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jc w:val="center"/>
        <w:tblLayout w:type="fixed"/>
        <w:tblLook w:val="04A0" w:firstRow="1" w:lastRow="0" w:firstColumn="1" w:lastColumn="0" w:noHBand="0" w:noVBand="1"/>
      </w:tblPr>
      <w:tblGrid>
        <w:gridCol w:w="10477"/>
      </w:tblGrid>
      <w:tr w:rsidR="0019057E" w:rsidRPr="00E50110" w14:paraId="1EE31D8D" w14:textId="77777777">
        <w:trPr>
          <w:cantSplit/>
          <w:jc w:val="center"/>
        </w:trPr>
        <w:tc>
          <w:tcPr>
            <w:tcW w:w="10440" w:type="dxa"/>
            <w:tcBorders>
              <w:top w:val="single" w:sz="4" w:space="0" w:color="AFC3D6"/>
              <w:left w:val="single" w:sz="24" w:space="0" w:color="C00000"/>
              <w:bottom w:val="single" w:sz="4" w:space="0" w:color="AFC3D6"/>
              <w:right w:val="single" w:sz="4" w:space="0" w:color="AFC3D6"/>
            </w:tcBorders>
            <w:shd w:val="clear" w:color="auto" w:fill="EAF1F8"/>
            <w:tcMar>
              <w:top w:w="60" w:type="dxa"/>
              <w:left w:w="120" w:type="dxa"/>
              <w:bottom w:w="60" w:type="dxa"/>
              <w:right w:w="80" w:type="dxa"/>
            </w:tcMar>
            <w:vAlign w:val="center"/>
          </w:tcPr>
          <w:p w14:paraId="6E71CD6F" w14:textId="77777777" w:rsidR="0019057E" w:rsidRPr="00E50110" w:rsidRDefault="00000000">
            <w:pPr>
              <w:spacing w:after="0" w:line="240" w:lineRule="auto"/>
              <w:rPr>
                <w:lang w:val="es-ES"/>
              </w:rPr>
            </w:pPr>
            <w:r w:rsidRPr="00E50110">
              <w:rPr>
                <w:b/>
                <w:color w:val="003B5C"/>
                <w:sz w:val="26"/>
                <w:lang w:val="es-ES"/>
              </w:rPr>
              <w:t>1. Datos Generales de la organización</w:t>
            </w:r>
          </w:p>
        </w:tc>
      </w:tr>
    </w:tbl>
    <w:p w14:paraId="09F17860" w14:textId="77777777" w:rsidR="0019057E" w:rsidRPr="00E50110" w:rsidRDefault="0019057E">
      <w:pPr>
        <w:spacing w:after="80" w:line="240" w:lineRule="auto"/>
        <w:rPr>
          <w:lang w:val="es-ES"/>
        </w:rPr>
      </w:pPr>
    </w:p>
    <w:tbl>
      <w:tblPr>
        <w:tblW w:w="5000" w:type="pct"/>
        <w:jc w:val="center"/>
        <w:tblLayout w:type="fixed"/>
        <w:tblLook w:val="04A0" w:firstRow="1" w:lastRow="0" w:firstColumn="1" w:lastColumn="0" w:noHBand="0" w:noVBand="1"/>
      </w:tblPr>
      <w:tblGrid>
        <w:gridCol w:w="1956"/>
        <w:gridCol w:w="4272"/>
        <w:gridCol w:w="4272"/>
      </w:tblGrid>
      <w:tr w:rsidR="0019057E" w:rsidRPr="00E50110" w14:paraId="6AA05232" w14:textId="77777777">
        <w:trPr>
          <w:cantSplit/>
          <w:jc w:val="center"/>
        </w:trPr>
        <w:tc>
          <w:tcPr>
            <w:tcW w:w="1944" w:type="dxa"/>
            <w:vMerge w:val="restart"/>
            <w:tcBorders>
              <w:top w:val="single" w:sz="5" w:space="0" w:color="AFC3D6"/>
              <w:left w:val="single" w:sz="5" w:space="0" w:color="AFC3D6"/>
              <w:bottom w:val="single" w:sz="5" w:space="0" w:color="AFC3D6"/>
              <w:right w:val="single" w:sz="5" w:space="0" w:color="AFC3D6"/>
            </w:tcBorders>
            <w:shd w:val="clear" w:color="auto" w:fill="003B5C"/>
            <w:tcMar>
              <w:top w:w="120" w:type="dxa"/>
              <w:left w:w="60" w:type="dxa"/>
              <w:bottom w:w="120" w:type="dxa"/>
              <w:right w:w="60" w:type="dxa"/>
            </w:tcMar>
            <w:vAlign w:val="center"/>
          </w:tcPr>
          <w:p w14:paraId="0FA3BFAA" w14:textId="77777777" w:rsidR="0019057E" w:rsidRPr="00E50110" w:rsidRDefault="00000000">
            <w:pPr>
              <w:spacing w:after="0" w:line="240" w:lineRule="auto"/>
              <w:jc w:val="center"/>
              <w:rPr>
                <w:lang w:val="es-ES"/>
              </w:rPr>
            </w:pPr>
            <w:r w:rsidRPr="00E50110">
              <w:rPr>
                <w:b/>
                <w:color w:val="FFFFFF"/>
                <w:sz w:val="26"/>
                <w:lang w:val="es-ES"/>
              </w:rPr>
              <w:t>SERVICIO</w:t>
            </w:r>
          </w:p>
        </w:tc>
        <w:tc>
          <w:tcPr>
            <w:tcW w:w="4248" w:type="dxa"/>
            <w:tcBorders>
              <w:top w:val="single" w:sz="5" w:space="0" w:color="AFC3D6"/>
              <w:left w:val="single" w:sz="5" w:space="0" w:color="AFC3D6"/>
              <w:bottom w:val="single" w:sz="5" w:space="0" w:color="AFC3D6"/>
              <w:right w:val="single" w:sz="5" w:space="0" w:color="AFC3D6"/>
            </w:tcBorders>
            <w:tcMar>
              <w:top w:w="70" w:type="dxa"/>
              <w:left w:w="70" w:type="dxa"/>
              <w:bottom w:w="70" w:type="dxa"/>
              <w:right w:w="70" w:type="dxa"/>
            </w:tcMar>
            <w:vAlign w:val="center"/>
          </w:tcPr>
          <w:p w14:paraId="17FC867F" w14:textId="77777777" w:rsidR="0019057E" w:rsidRPr="00E50110" w:rsidRDefault="00000000">
            <w:pPr>
              <w:spacing w:after="0" w:line="240" w:lineRule="auto"/>
              <w:rPr>
                <w:lang w:val="es-ES"/>
              </w:rPr>
            </w:pPr>
            <w:sdt>
              <w:sdtPr>
                <w:rPr>
                  <w:lang w:val="es-ES"/>
                </w:rPr>
                <w:alias w:val="serv_certificacion"/>
                <w:tag w:val="serv_certificacion"/>
                <w:id w:val="1147429246"/>
                <w14:checkbox>
                  <w14:checked w14:val="0"/>
                  <w14:checkedState w14:val="2612" w14:font="MS Gothic"/>
                  <w14:uncheckedState w14:val="2610" w14:font="MS Gothic"/>
                </w14:checkbox>
              </w:sdtPr>
              <w:sdtContent>
                <w:r w:rsidRPr="00E50110">
                  <w:rPr>
                    <w:color w:val="003B5C"/>
                    <w:sz w:val="22"/>
                    <w:lang w:val="es-ES"/>
                  </w:rPr>
                  <w:t>☐</w:t>
                </w:r>
              </w:sdtContent>
            </w:sdt>
            <w:r w:rsidRPr="00E50110">
              <w:rPr>
                <w:color w:val="003B5C"/>
                <w:sz w:val="22"/>
                <w:lang w:val="es-ES"/>
              </w:rPr>
              <w:t xml:space="preserve"> Certificación</w:t>
            </w:r>
          </w:p>
        </w:tc>
        <w:tc>
          <w:tcPr>
            <w:tcW w:w="4248" w:type="dxa"/>
            <w:tcBorders>
              <w:top w:val="single" w:sz="5" w:space="0" w:color="AFC3D6"/>
              <w:left w:val="single" w:sz="5" w:space="0" w:color="AFC3D6"/>
              <w:bottom w:val="single" w:sz="5" w:space="0" w:color="AFC3D6"/>
              <w:right w:val="single" w:sz="5" w:space="0" w:color="AFC3D6"/>
            </w:tcBorders>
            <w:tcMar>
              <w:top w:w="70" w:type="dxa"/>
              <w:left w:w="70" w:type="dxa"/>
              <w:bottom w:w="70" w:type="dxa"/>
              <w:right w:w="70" w:type="dxa"/>
            </w:tcMar>
            <w:vAlign w:val="center"/>
          </w:tcPr>
          <w:p w14:paraId="4DC07048" w14:textId="77777777" w:rsidR="0019057E" w:rsidRPr="00E50110" w:rsidRDefault="00000000">
            <w:pPr>
              <w:spacing w:after="0" w:line="240" w:lineRule="auto"/>
              <w:rPr>
                <w:lang w:val="es-ES"/>
              </w:rPr>
            </w:pPr>
            <w:sdt>
              <w:sdtPr>
                <w:rPr>
                  <w:lang w:val="es-ES"/>
                </w:rPr>
                <w:alias w:val="serv_transferencia"/>
                <w:tag w:val="serv_transferencia"/>
                <w:id w:val="1731966273"/>
                <w14:checkbox>
                  <w14:checked w14:val="0"/>
                  <w14:checkedState w14:val="2612" w14:font="MS Gothic"/>
                  <w14:uncheckedState w14:val="2610" w14:font="MS Gothic"/>
                </w14:checkbox>
              </w:sdtPr>
              <w:sdtContent>
                <w:r w:rsidRPr="00E50110">
                  <w:rPr>
                    <w:color w:val="003B5C"/>
                    <w:sz w:val="22"/>
                    <w:lang w:val="es-ES"/>
                  </w:rPr>
                  <w:t>☐</w:t>
                </w:r>
              </w:sdtContent>
            </w:sdt>
            <w:r w:rsidRPr="00E50110">
              <w:rPr>
                <w:color w:val="003B5C"/>
                <w:sz w:val="22"/>
                <w:lang w:val="es-ES"/>
              </w:rPr>
              <w:t xml:space="preserve"> Transferencia de organismo</w:t>
            </w:r>
          </w:p>
        </w:tc>
      </w:tr>
      <w:tr w:rsidR="0019057E" w:rsidRPr="00E50110" w14:paraId="77504A06" w14:textId="77777777">
        <w:trPr>
          <w:cantSplit/>
          <w:jc w:val="center"/>
        </w:trPr>
        <w:tc>
          <w:tcPr>
            <w:tcW w:w="1944" w:type="dxa"/>
            <w:vMerge/>
          </w:tcPr>
          <w:p w14:paraId="237E326A" w14:textId="77777777" w:rsidR="0019057E" w:rsidRPr="00E50110" w:rsidRDefault="0019057E">
            <w:pPr>
              <w:rPr>
                <w:lang w:val="es-ES"/>
              </w:rPr>
            </w:pPr>
          </w:p>
        </w:tc>
        <w:tc>
          <w:tcPr>
            <w:tcW w:w="4248" w:type="dxa"/>
            <w:tcBorders>
              <w:top w:val="single" w:sz="5" w:space="0" w:color="AFC3D6"/>
              <w:left w:val="single" w:sz="5" w:space="0" w:color="AFC3D6"/>
              <w:bottom w:val="single" w:sz="5" w:space="0" w:color="AFC3D6"/>
              <w:right w:val="single" w:sz="5" w:space="0" w:color="AFC3D6"/>
            </w:tcBorders>
            <w:tcMar>
              <w:top w:w="70" w:type="dxa"/>
              <w:left w:w="70" w:type="dxa"/>
              <w:bottom w:w="70" w:type="dxa"/>
              <w:right w:w="70" w:type="dxa"/>
            </w:tcMar>
            <w:vAlign w:val="center"/>
          </w:tcPr>
          <w:p w14:paraId="3B60D5B7" w14:textId="77777777" w:rsidR="0019057E" w:rsidRPr="00E50110" w:rsidRDefault="00000000">
            <w:pPr>
              <w:spacing w:after="0" w:line="240" w:lineRule="auto"/>
              <w:rPr>
                <w:lang w:val="es-ES"/>
              </w:rPr>
            </w:pPr>
            <w:sdt>
              <w:sdtPr>
                <w:rPr>
                  <w:lang w:val="es-ES"/>
                </w:rPr>
                <w:alias w:val="serv_recertificacion"/>
                <w:tag w:val="serv_recertificacion"/>
                <w:id w:val="1288806371"/>
                <w14:checkbox>
                  <w14:checked w14:val="0"/>
                  <w14:checkedState w14:val="2612" w14:font="MS Gothic"/>
                  <w14:uncheckedState w14:val="2610" w14:font="MS Gothic"/>
                </w14:checkbox>
              </w:sdtPr>
              <w:sdtContent>
                <w:r w:rsidRPr="00E50110">
                  <w:rPr>
                    <w:color w:val="003B5C"/>
                    <w:sz w:val="22"/>
                    <w:lang w:val="es-ES"/>
                  </w:rPr>
                  <w:t>☐</w:t>
                </w:r>
              </w:sdtContent>
            </w:sdt>
            <w:r w:rsidRPr="00E50110">
              <w:rPr>
                <w:color w:val="003B5C"/>
                <w:sz w:val="22"/>
                <w:lang w:val="es-ES"/>
              </w:rPr>
              <w:t xml:space="preserve"> Re – Certificación</w:t>
            </w:r>
          </w:p>
        </w:tc>
        <w:tc>
          <w:tcPr>
            <w:tcW w:w="4248" w:type="dxa"/>
            <w:tcBorders>
              <w:top w:val="single" w:sz="5" w:space="0" w:color="AFC3D6"/>
              <w:left w:val="single" w:sz="5" w:space="0" w:color="AFC3D6"/>
              <w:bottom w:val="single" w:sz="5" w:space="0" w:color="AFC3D6"/>
              <w:right w:val="single" w:sz="5" w:space="0" w:color="AFC3D6"/>
            </w:tcBorders>
            <w:tcMar>
              <w:top w:w="70" w:type="dxa"/>
              <w:left w:w="70" w:type="dxa"/>
              <w:bottom w:w="70" w:type="dxa"/>
              <w:right w:w="70" w:type="dxa"/>
            </w:tcMar>
            <w:vAlign w:val="center"/>
          </w:tcPr>
          <w:p w14:paraId="0CF392B8" w14:textId="77777777" w:rsidR="0019057E" w:rsidRPr="00E50110" w:rsidRDefault="00000000">
            <w:pPr>
              <w:spacing w:after="0" w:line="240" w:lineRule="auto"/>
              <w:rPr>
                <w:lang w:val="es-ES"/>
              </w:rPr>
            </w:pPr>
            <w:sdt>
              <w:sdtPr>
                <w:rPr>
                  <w:lang w:val="es-ES"/>
                </w:rPr>
                <w:alias w:val="serv_modificacion"/>
                <w:tag w:val="serv_modificacion"/>
                <w:id w:val="406489686"/>
                <w14:checkbox>
                  <w14:checked w14:val="0"/>
                  <w14:checkedState w14:val="2612" w14:font="MS Gothic"/>
                  <w14:uncheckedState w14:val="2610" w14:font="MS Gothic"/>
                </w14:checkbox>
              </w:sdtPr>
              <w:sdtContent>
                <w:r w:rsidRPr="00E50110">
                  <w:rPr>
                    <w:color w:val="003B5C"/>
                    <w:sz w:val="22"/>
                    <w:lang w:val="es-ES"/>
                  </w:rPr>
                  <w:t>☐</w:t>
                </w:r>
              </w:sdtContent>
            </w:sdt>
            <w:r w:rsidRPr="00E50110">
              <w:rPr>
                <w:color w:val="003B5C"/>
                <w:sz w:val="22"/>
                <w:lang w:val="es-ES"/>
              </w:rPr>
              <w:t xml:space="preserve"> Modificación al alcance</w:t>
            </w:r>
          </w:p>
        </w:tc>
      </w:tr>
    </w:tbl>
    <w:p w14:paraId="5E34B653" w14:textId="77777777" w:rsidR="0019057E" w:rsidRPr="00E50110" w:rsidRDefault="0019057E">
      <w:pPr>
        <w:spacing w:after="120" w:line="240" w:lineRule="auto"/>
        <w:rPr>
          <w:lang w:val="es-ES"/>
        </w:rPr>
      </w:pPr>
    </w:p>
    <w:tbl>
      <w:tblPr>
        <w:tblW w:w="5000" w:type="pct"/>
        <w:jc w:val="center"/>
        <w:tblLayout w:type="fixed"/>
        <w:tblLook w:val="04A0" w:firstRow="1" w:lastRow="0" w:firstColumn="1" w:lastColumn="0" w:noHBand="0" w:noVBand="1"/>
      </w:tblPr>
      <w:tblGrid>
        <w:gridCol w:w="3692"/>
        <w:gridCol w:w="6808"/>
      </w:tblGrid>
      <w:tr w:rsidR="0019057E" w:rsidRPr="00E50110" w14:paraId="6C3D086D" w14:textId="77777777">
        <w:trPr>
          <w:cantSplit/>
          <w:jc w:val="center"/>
        </w:trPr>
        <w:tc>
          <w:tcPr>
            <w:tcW w:w="3671" w:type="dxa"/>
            <w:tcBorders>
              <w:top w:val="single" w:sz="5" w:space="0" w:color="AFC3D6"/>
              <w:left w:val="single" w:sz="5" w:space="0" w:color="AFC3D6"/>
              <w:bottom w:val="single" w:sz="5" w:space="0" w:color="AFC3D6"/>
              <w:right w:val="single" w:sz="5" w:space="0" w:color="AFC3D6"/>
            </w:tcBorders>
            <w:shd w:val="clear" w:color="auto" w:fill="EAF1F8"/>
            <w:tcMar>
              <w:top w:w="45" w:type="dxa"/>
              <w:left w:w="60" w:type="dxa"/>
              <w:bottom w:w="45" w:type="dxa"/>
              <w:right w:w="60" w:type="dxa"/>
            </w:tcMar>
            <w:vAlign w:val="center"/>
          </w:tcPr>
          <w:p w14:paraId="27436898" w14:textId="77777777" w:rsidR="0019057E" w:rsidRPr="00E50110" w:rsidRDefault="00000000">
            <w:pPr>
              <w:spacing w:after="0" w:line="240" w:lineRule="auto"/>
              <w:jc w:val="right"/>
              <w:rPr>
                <w:lang w:val="es-ES"/>
              </w:rPr>
            </w:pPr>
            <w:r w:rsidRPr="00E50110">
              <w:rPr>
                <w:b/>
                <w:color w:val="003B5C"/>
                <w:lang w:val="es-ES"/>
              </w:rPr>
              <w:t>Fecha:</w:t>
            </w:r>
          </w:p>
        </w:tc>
        <w:tc>
          <w:tcPr>
            <w:tcW w:w="6768" w:type="dxa"/>
            <w:tcBorders>
              <w:top w:val="single" w:sz="5" w:space="0" w:color="AFC3D6"/>
              <w:left w:val="single" w:sz="5" w:space="0" w:color="AFC3D6"/>
              <w:bottom w:val="single" w:sz="5" w:space="0" w:color="AFC3D6"/>
              <w:right w:val="single" w:sz="5" w:space="0" w:color="AFC3D6"/>
            </w:tcBorders>
            <w:shd w:val="clear" w:color="auto" w:fill="F7FAFD"/>
            <w:tcMar>
              <w:top w:w="45" w:type="dxa"/>
              <w:left w:w="60" w:type="dxa"/>
              <w:bottom w:w="45" w:type="dxa"/>
              <w:right w:w="60" w:type="dxa"/>
            </w:tcMar>
            <w:vAlign w:val="center"/>
          </w:tcPr>
          <w:p w14:paraId="60104BE9" w14:textId="45BF4A0D" w:rsidR="0019057E" w:rsidRPr="00E50110" w:rsidRDefault="00104AE4">
            <w:pPr>
              <w:spacing w:after="0" w:line="240" w:lineRule="auto"/>
              <w:rPr>
                <w:lang w:val="es-ES"/>
              </w:rPr>
            </w:pPr>
            <w:r w:rsidRPr="00E50110">
              <w:rPr>
                <w:b/>
                <w:lang w:val="es-ES"/>
              </w:rPr>
              <w:fldChar w:fldCharType="begin"/>
            </w:r>
            <w:r w:rsidRPr="00E50110">
              <w:rPr>
                <w:b/>
                <w:lang w:val="es-ES"/>
              </w:rPr>
              <w:instrText xml:space="preserve"> TIME \@ "dddd, d' de 'MMMM' de 'yyyy" </w:instrText>
            </w:r>
            <w:r w:rsidRPr="00E50110">
              <w:rPr>
                <w:b/>
                <w:lang w:val="es-ES"/>
              </w:rPr>
              <w:fldChar w:fldCharType="separate"/>
            </w:r>
            <w:r w:rsidR="00F57AEF">
              <w:rPr>
                <w:b/>
                <w:noProof/>
                <w:lang w:val="es-ES"/>
              </w:rPr>
              <w:t>viernes, 5 de junio de 2026</w:t>
            </w:r>
            <w:r w:rsidRPr="00E50110">
              <w:rPr>
                <w:b/>
                <w:lang w:val="es-ES"/>
              </w:rPr>
              <w:fldChar w:fldCharType="end"/>
            </w:r>
          </w:p>
        </w:tc>
      </w:tr>
      <w:tr w:rsidR="0019057E" w:rsidRPr="00E50110" w14:paraId="26F7DA7B" w14:textId="77777777">
        <w:trPr>
          <w:cantSplit/>
          <w:jc w:val="center"/>
        </w:trPr>
        <w:tc>
          <w:tcPr>
            <w:tcW w:w="3671" w:type="dxa"/>
            <w:tcBorders>
              <w:top w:val="single" w:sz="5" w:space="0" w:color="AFC3D6"/>
              <w:left w:val="single" w:sz="5" w:space="0" w:color="AFC3D6"/>
              <w:bottom w:val="single" w:sz="5" w:space="0" w:color="AFC3D6"/>
              <w:right w:val="single" w:sz="5" w:space="0" w:color="AFC3D6"/>
            </w:tcBorders>
            <w:shd w:val="clear" w:color="auto" w:fill="EAF1F8"/>
            <w:tcMar>
              <w:top w:w="45" w:type="dxa"/>
              <w:left w:w="60" w:type="dxa"/>
              <w:bottom w:w="45" w:type="dxa"/>
              <w:right w:w="60" w:type="dxa"/>
            </w:tcMar>
            <w:vAlign w:val="center"/>
          </w:tcPr>
          <w:p w14:paraId="7C79352E" w14:textId="77777777" w:rsidR="0019057E" w:rsidRPr="00E50110" w:rsidRDefault="00000000">
            <w:pPr>
              <w:spacing w:after="0" w:line="240" w:lineRule="auto"/>
              <w:jc w:val="right"/>
              <w:rPr>
                <w:lang w:val="es-ES"/>
              </w:rPr>
            </w:pPr>
            <w:r w:rsidRPr="00E50110">
              <w:rPr>
                <w:b/>
                <w:color w:val="003B5C"/>
                <w:lang w:val="es-ES"/>
              </w:rPr>
              <w:t>Nombre de la organización:</w:t>
            </w:r>
          </w:p>
        </w:tc>
        <w:tc>
          <w:tcPr>
            <w:tcW w:w="6768" w:type="dxa"/>
            <w:tcBorders>
              <w:top w:val="single" w:sz="5" w:space="0" w:color="AFC3D6"/>
              <w:left w:val="single" w:sz="5" w:space="0" w:color="AFC3D6"/>
              <w:bottom w:val="single" w:sz="5" w:space="0" w:color="AFC3D6"/>
              <w:right w:val="single" w:sz="5" w:space="0" w:color="AFC3D6"/>
            </w:tcBorders>
            <w:shd w:val="clear" w:color="auto" w:fill="F7FAFD"/>
            <w:tcMar>
              <w:top w:w="45" w:type="dxa"/>
              <w:left w:w="60" w:type="dxa"/>
              <w:bottom w:w="45" w:type="dxa"/>
              <w:right w:w="60" w:type="dxa"/>
            </w:tcMar>
            <w:vAlign w:val="center"/>
          </w:tcPr>
          <w:p w14:paraId="50FA2204" w14:textId="77777777" w:rsidR="0019057E" w:rsidRPr="00E50110" w:rsidRDefault="0019057E">
            <w:pPr>
              <w:spacing w:after="0" w:line="240" w:lineRule="auto"/>
              <w:rPr>
                <w:lang w:val="es-ES"/>
              </w:rPr>
            </w:pPr>
          </w:p>
        </w:tc>
      </w:tr>
      <w:tr w:rsidR="0019057E" w:rsidRPr="00E50110" w14:paraId="2EAEF9C1" w14:textId="77777777">
        <w:trPr>
          <w:cantSplit/>
          <w:jc w:val="center"/>
        </w:trPr>
        <w:tc>
          <w:tcPr>
            <w:tcW w:w="3671" w:type="dxa"/>
            <w:tcBorders>
              <w:top w:val="single" w:sz="5" w:space="0" w:color="AFC3D6"/>
              <w:left w:val="single" w:sz="5" w:space="0" w:color="AFC3D6"/>
              <w:bottom w:val="single" w:sz="5" w:space="0" w:color="AFC3D6"/>
              <w:right w:val="single" w:sz="5" w:space="0" w:color="AFC3D6"/>
            </w:tcBorders>
            <w:shd w:val="clear" w:color="auto" w:fill="EAF1F8"/>
            <w:tcMar>
              <w:top w:w="45" w:type="dxa"/>
              <w:left w:w="60" w:type="dxa"/>
              <w:bottom w:w="45" w:type="dxa"/>
              <w:right w:w="60" w:type="dxa"/>
            </w:tcMar>
            <w:vAlign w:val="center"/>
          </w:tcPr>
          <w:p w14:paraId="0D857129" w14:textId="77777777" w:rsidR="0019057E" w:rsidRPr="00E50110" w:rsidRDefault="00000000">
            <w:pPr>
              <w:spacing w:after="0" w:line="240" w:lineRule="auto"/>
              <w:jc w:val="right"/>
              <w:rPr>
                <w:lang w:val="es-ES"/>
              </w:rPr>
            </w:pPr>
            <w:r w:rsidRPr="00E50110">
              <w:rPr>
                <w:b/>
                <w:color w:val="003B5C"/>
                <w:lang w:val="es-ES"/>
              </w:rPr>
              <w:t>Razón social:</w:t>
            </w:r>
          </w:p>
        </w:tc>
        <w:tc>
          <w:tcPr>
            <w:tcW w:w="6768" w:type="dxa"/>
            <w:tcBorders>
              <w:top w:val="single" w:sz="5" w:space="0" w:color="AFC3D6"/>
              <w:left w:val="single" w:sz="5" w:space="0" w:color="AFC3D6"/>
              <w:bottom w:val="single" w:sz="5" w:space="0" w:color="AFC3D6"/>
              <w:right w:val="single" w:sz="5" w:space="0" w:color="AFC3D6"/>
            </w:tcBorders>
            <w:shd w:val="clear" w:color="auto" w:fill="F7FAFD"/>
            <w:tcMar>
              <w:top w:w="45" w:type="dxa"/>
              <w:left w:w="60" w:type="dxa"/>
              <w:bottom w:w="45" w:type="dxa"/>
              <w:right w:w="60" w:type="dxa"/>
            </w:tcMar>
            <w:vAlign w:val="center"/>
          </w:tcPr>
          <w:p w14:paraId="5352E884" w14:textId="77777777" w:rsidR="0019057E" w:rsidRPr="00E50110" w:rsidRDefault="0019057E">
            <w:pPr>
              <w:spacing w:after="0" w:line="240" w:lineRule="auto"/>
              <w:rPr>
                <w:lang w:val="es-ES"/>
              </w:rPr>
            </w:pPr>
          </w:p>
        </w:tc>
      </w:tr>
      <w:tr w:rsidR="0019057E" w:rsidRPr="00E50110" w14:paraId="5B0E1FC1" w14:textId="77777777">
        <w:trPr>
          <w:cantSplit/>
          <w:jc w:val="center"/>
        </w:trPr>
        <w:tc>
          <w:tcPr>
            <w:tcW w:w="3671" w:type="dxa"/>
            <w:tcBorders>
              <w:top w:val="single" w:sz="5" w:space="0" w:color="AFC3D6"/>
              <w:left w:val="single" w:sz="5" w:space="0" w:color="AFC3D6"/>
              <w:bottom w:val="single" w:sz="5" w:space="0" w:color="AFC3D6"/>
              <w:right w:val="single" w:sz="5" w:space="0" w:color="AFC3D6"/>
            </w:tcBorders>
            <w:shd w:val="clear" w:color="auto" w:fill="EAF1F8"/>
            <w:tcMar>
              <w:top w:w="45" w:type="dxa"/>
              <w:left w:w="60" w:type="dxa"/>
              <w:bottom w:w="45" w:type="dxa"/>
              <w:right w:w="60" w:type="dxa"/>
            </w:tcMar>
            <w:vAlign w:val="center"/>
          </w:tcPr>
          <w:p w14:paraId="09B026E0" w14:textId="77777777" w:rsidR="0019057E" w:rsidRPr="00E50110" w:rsidRDefault="00000000">
            <w:pPr>
              <w:spacing w:after="0" w:line="240" w:lineRule="auto"/>
              <w:jc w:val="right"/>
              <w:rPr>
                <w:lang w:val="es-ES"/>
              </w:rPr>
            </w:pPr>
            <w:r w:rsidRPr="00E50110">
              <w:rPr>
                <w:b/>
                <w:color w:val="003B5C"/>
                <w:lang w:val="es-ES"/>
              </w:rPr>
              <w:t>Nombre comercial o marca registrada:</w:t>
            </w:r>
          </w:p>
        </w:tc>
        <w:tc>
          <w:tcPr>
            <w:tcW w:w="6768" w:type="dxa"/>
            <w:tcBorders>
              <w:top w:val="single" w:sz="5" w:space="0" w:color="AFC3D6"/>
              <w:left w:val="single" w:sz="5" w:space="0" w:color="AFC3D6"/>
              <w:bottom w:val="single" w:sz="5" w:space="0" w:color="AFC3D6"/>
              <w:right w:val="single" w:sz="5" w:space="0" w:color="AFC3D6"/>
            </w:tcBorders>
            <w:shd w:val="clear" w:color="auto" w:fill="F7FAFD"/>
            <w:tcMar>
              <w:top w:w="45" w:type="dxa"/>
              <w:left w:w="60" w:type="dxa"/>
              <w:bottom w:w="45" w:type="dxa"/>
              <w:right w:w="60" w:type="dxa"/>
            </w:tcMar>
            <w:vAlign w:val="center"/>
          </w:tcPr>
          <w:p w14:paraId="45D016F9" w14:textId="77777777" w:rsidR="0019057E" w:rsidRPr="00E50110" w:rsidRDefault="0019057E">
            <w:pPr>
              <w:spacing w:after="0" w:line="240" w:lineRule="auto"/>
              <w:rPr>
                <w:lang w:val="es-ES"/>
              </w:rPr>
            </w:pPr>
          </w:p>
        </w:tc>
      </w:tr>
      <w:tr w:rsidR="0019057E" w:rsidRPr="00E50110" w14:paraId="7B97ADF7" w14:textId="77777777">
        <w:trPr>
          <w:cantSplit/>
          <w:jc w:val="center"/>
        </w:trPr>
        <w:tc>
          <w:tcPr>
            <w:tcW w:w="3671" w:type="dxa"/>
            <w:tcBorders>
              <w:top w:val="single" w:sz="5" w:space="0" w:color="AFC3D6"/>
              <w:left w:val="single" w:sz="5" w:space="0" w:color="AFC3D6"/>
              <w:bottom w:val="single" w:sz="5" w:space="0" w:color="AFC3D6"/>
              <w:right w:val="single" w:sz="5" w:space="0" w:color="AFC3D6"/>
            </w:tcBorders>
            <w:shd w:val="clear" w:color="auto" w:fill="EAF1F8"/>
            <w:tcMar>
              <w:top w:w="45" w:type="dxa"/>
              <w:left w:w="60" w:type="dxa"/>
              <w:bottom w:w="45" w:type="dxa"/>
              <w:right w:w="60" w:type="dxa"/>
            </w:tcMar>
            <w:vAlign w:val="center"/>
          </w:tcPr>
          <w:p w14:paraId="47E50C06" w14:textId="77777777" w:rsidR="0019057E" w:rsidRPr="00E50110" w:rsidRDefault="00000000">
            <w:pPr>
              <w:spacing w:after="0" w:line="240" w:lineRule="auto"/>
              <w:jc w:val="right"/>
              <w:rPr>
                <w:lang w:val="es-ES"/>
              </w:rPr>
            </w:pPr>
            <w:r w:rsidRPr="00E50110">
              <w:rPr>
                <w:b/>
                <w:color w:val="003B5C"/>
                <w:lang w:val="es-ES"/>
              </w:rPr>
              <w:t>Página WEB:</w:t>
            </w:r>
          </w:p>
        </w:tc>
        <w:tc>
          <w:tcPr>
            <w:tcW w:w="6768" w:type="dxa"/>
            <w:tcBorders>
              <w:top w:val="single" w:sz="5" w:space="0" w:color="AFC3D6"/>
              <w:left w:val="single" w:sz="5" w:space="0" w:color="AFC3D6"/>
              <w:bottom w:val="single" w:sz="5" w:space="0" w:color="AFC3D6"/>
              <w:right w:val="single" w:sz="5" w:space="0" w:color="AFC3D6"/>
            </w:tcBorders>
            <w:shd w:val="clear" w:color="auto" w:fill="F7FAFD"/>
            <w:tcMar>
              <w:top w:w="45" w:type="dxa"/>
              <w:left w:w="60" w:type="dxa"/>
              <w:bottom w:w="45" w:type="dxa"/>
              <w:right w:w="60" w:type="dxa"/>
            </w:tcMar>
            <w:vAlign w:val="center"/>
          </w:tcPr>
          <w:p w14:paraId="390B2503" w14:textId="77777777" w:rsidR="0019057E" w:rsidRPr="00E50110" w:rsidRDefault="0019057E">
            <w:pPr>
              <w:spacing w:after="0" w:line="240" w:lineRule="auto"/>
              <w:rPr>
                <w:lang w:val="es-ES"/>
              </w:rPr>
            </w:pPr>
          </w:p>
        </w:tc>
      </w:tr>
      <w:tr w:rsidR="0019057E" w:rsidRPr="00E50110" w14:paraId="413405EE" w14:textId="77777777">
        <w:trPr>
          <w:cantSplit/>
          <w:jc w:val="center"/>
        </w:trPr>
        <w:tc>
          <w:tcPr>
            <w:tcW w:w="3671" w:type="dxa"/>
            <w:tcBorders>
              <w:top w:val="single" w:sz="5" w:space="0" w:color="AFC3D6"/>
              <w:left w:val="single" w:sz="5" w:space="0" w:color="AFC3D6"/>
              <w:bottom w:val="single" w:sz="5" w:space="0" w:color="AFC3D6"/>
              <w:right w:val="single" w:sz="5" w:space="0" w:color="AFC3D6"/>
            </w:tcBorders>
            <w:shd w:val="clear" w:color="auto" w:fill="EAF1F8"/>
            <w:tcMar>
              <w:top w:w="45" w:type="dxa"/>
              <w:left w:w="60" w:type="dxa"/>
              <w:bottom w:w="45" w:type="dxa"/>
              <w:right w:w="60" w:type="dxa"/>
            </w:tcMar>
            <w:vAlign w:val="center"/>
          </w:tcPr>
          <w:p w14:paraId="04F9E0AF" w14:textId="77777777" w:rsidR="0019057E" w:rsidRPr="00E50110" w:rsidRDefault="00000000">
            <w:pPr>
              <w:spacing w:after="0" w:line="240" w:lineRule="auto"/>
              <w:jc w:val="right"/>
              <w:rPr>
                <w:lang w:val="es-ES"/>
              </w:rPr>
            </w:pPr>
            <w:r w:rsidRPr="00E50110">
              <w:rPr>
                <w:b/>
                <w:color w:val="003B5C"/>
                <w:lang w:val="es-ES"/>
              </w:rPr>
              <w:t>Fecha deseada iniciar el proceso de certificación</w:t>
            </w:r>
            <w:r w:rsidRPr="00E50110">
              <w:rPr>
                <w:lang w:val="es-ES"/>
              </w:rPr>
              <w:br/>
            </w:r>
            <w:r w:rsidRPr="00E50110">
              <w:rPr>
                <w:b/>
                <w:color w:val="003B5C"/>
                <w:lang w:val="es-ES"/>
              </w:rPr>
              <w:t>(sujeto a disponibilidad):</w:t>
            </w:r>
          </w:p>
        </w:tc>
        <w:tc>
          <w:tcPr>
            <w:tcW w:w="6768" w:type="dxa"/>
            <w:tcBorders>
              <w:top w:val="single" w:sz="5" w:space="0" w:color="AFC3D6"/>
              <w:left w:val="single" w:sz="5" w:space="0" w:color="AFC3D6"/>
              <w:bottom w:val="single" w:sz="5" w:space="0" w:color="AFC3D6"/>
              <w:right w:val="single" w:sz="5" w:space="0" w:color="AFC3D6"/>
            </w:tcBorders>
            <w:shd w:val="clear" w:color="auto" w:fill="F7FAFD"/>
            <w:tcMar>
              <w:top w:w="45" w:type="dxa"/>
              <w:left w:w="60" w:type="dxa"/>
              <w:bottom w:w="45" w:type="dxa"/>
              <w:right w:w="60" w:type="dxa"/>
            </w:tcMar>
            <w:vAlign w:val="center"/>
          </w:tcPr>
          <w:p w14:paraId="012D481C" w14:textId="77777777" w:rsidR="0019057E" w:rsidRPr="00E50110" w:rsidRDefault="0019057E">
            <w:pPr>
              <w:spacing w:after="0" w:line="240" w:lineRule="auto"/>
              <w:rPr>
                <w:lang w:val="es-ES"/>
              </w:rPr>
            </w:pPr>
          </w:p>
        </w:tc>
      </w:tr>
      <w:tr w:rsidR="0019057E" w:rsidRPr="00E50110" w14:paraId="7CB0B72B" w14:textId="77777777">
        <w:trPr>
          <w:cantSplit/>
          <w:jc w:val="center"/>
        </w:trPr>
        <w:tc>
          <w:tcPr>
            <w:tcW w:w="3671" w:type="dxa"/>
            <w:tcBorders>
              <w:top w:val="single" w:sz="5" w:space="0" w:color="AFC3D6"/>
              <w:left w:val="single" w:sz="5" w:space="0" w:color="AFC3D6"/>
              <w:bottom w:val="single" w:sz="5" w:space="0" w:color="AFC3D6"/>
              <w:right w:val="single" w:sz="5" w:space="0" w:color="AFC3D6"/>
            </w:tcBorders>
            <w:shd w:val="clear" w:color="auto" w:fill="EAF1F8"/>
            <w:tcMar>
              <w:top w:w="45" w:type="dxa"/>
              <w:left w:w="60" w:type="dxa"/>
              <w:bottom w:w="45" w:type="dxa"/>
              <w:right w:w="60" w:type="dxa"/>
            </w:tcMar>
            <w:vAlign w:val="center"/>
          </w:tcPr>
          <w:p w14:paraId="03D4584D" w14:textId="77777777" w:rsidR="0019057E" w:rsidRPr="00E50110" w:rsidRDefault="00000000">
            <w:pPr>
              <w:spacing w:after="0" w:line="240" w:lineRule="auto"/>
              <w:jc w:val="right"/>
              <w:rPr>
                <w:lang w:val="es-ES"/>
              </w:rPr>
            </w:pPr>
            <w:r w:rsidRPr="00E50110">
              <w:rPr>
                <w:b/>
                <w:color w:val="003B5C"/>
                <w:lang w:val="es-ES"/>
              </w:rPr>
              <w:t>Norma de referencia en versión vigente:</w:t>
            </w:r>
          </w:p>
        </w:tc>
        <w:tc>
          <w:tcPr>
            <w:tcW w:w="6768" w:type="dxa"/>
            <w:tcBorders>
              <w:top w:val="single" w:sz="5" w:space="0" w:color="AFC3D6"/>
              <w:left w:val="single" w:sz="5" w:space="0" w:color="AFC3D6"/>
              <w:bottom w:val="single" w:sz="5" w:space="0" w:color="AFC3D6"/>
              <w:right w:val="single" w:sz="5" w:space="0" w:color="AFC3D6"/>
            </w:tcBorders>
            <w:shd w:val="clear" w:color="auto" w:fill="F7FAFD"/>
            <w:tcMar>
              <w:top w:w="45" w:type="dxa"/>
              <w:left w:w="60" w:type="dxa"/>
              <w:bottom w:w="45" w:type="dxa"/>
              <w:right w:w="60" w:type="dxa"/>
            </w:tcMar>
            <w:vAlign w:val="center"/>
          </w:tcPr>
          <w:p w14:paraId="044C42F1" w14:textId="77777777" w:rsidR="0019057E" w:rsidRPr="00E50110" w:rsidRDefault="00000000">
            <w:pPr>
              <w:spacing w:after="0" w:line="240" w:lineRule="auto"/>
              <w:rPr>
                <w:lang w:val="es-ES"/>
              </w:rPr>
            </w:pPr>
            <w:r w:rsidRPr="00E50110">
              <w:rPr>
                <w:b/>
                <w:color w:val="C00000"/>
                <w:lang w:val="es-ES"/>
              </w:rPr>
              <w:t>ISO 27001:2022</w:t>
            </w:r>
          </w:p>
        </w:tc>
      </w:tr>
    </w:tbl>
    <w:p w14:paraId="226FDF7D" w14:textId="77777777" w:rsidR="0019057E" w:rsidRPr="00E50110" w:rsidRDefault="0019057E">
      <w:pPr>
        <w:spacing w:after="140" w:line="240" w:lineRule="auto"/>
        <w:rPr>
          <w:lang w:val="es-ES"/>
        </w:rPr>
      </w:pPr>
    </w:p>
    <w:p w14:paraId="38DD836B" w14:textId="77777777" w:rsidR="0019057E" w:rsidRPr="00E50110" w:rsidRDefault="00000000">
      <w:pPr>
        <w:spacing w:after="80" w:line="252" w:lineRule="auto"/>
        <w:jc w:val="center"/>
        <w:rPr>
          <w:lang w:val="es-ES"/>
        </w:rPr>
      </w:pPr>
      <w:r w:rsidRPr="00E50110">
        <w:rPr>
          <w:b/>
          <w:color w:val="003B5C"/>
          <w:sz w:val="22"/>
          <w:lang w:val="es-ES"/>
        </w:rPr>
        <w:t>INFORMACIÓN DEL SOLICITANTE</w:t>
      </w:r>
    </w:p>
    <w:tbl>
      <w:tblPr>
        <w:tblW w:w="5000" w:type="pct"/>
        <w:jc w:val="center"/>
        <w:tblLayout w:type="fixed"/>
        <w:tblLook w:val="04A0" w:firstRow="1" w:lastRow="0" w:firstColumn="1" w:lastColumn="0" w:noHBand="0" w:noVBand="1"/>
      </w:tblPr>
      <w:tblGrid>
        <w:gridCol w:w="3403"/>
        <w:gridCol w:w="7097"/>
      </w:tblGrid>
      <w:tr w:rsidR="0019057E" w:rsidRPr="00E50110" w14:paraId="79541C7A" w14:textId="77777777">
        <w:trPr>
          <w:cantSplit/>
          <w:jc w:val="center"/>
        </w:trPr>
        <w:tc>
          <w:tcPr>
            <w:tcW w:w="3384" w:type="dxa"/>
            <w:tcBorders>
              <w:top w:val="single" w:sz="5" w:space="0" w:color="AFC3D6"/>
              <w:left w:val="single" w:sz="5" w:space="0" w:color="AFC3D6"/>
              <w:bottom w:val="single" w:sz="5" w:space="0" w:color="AFC3D6"/>
              <w:right w:val="single" w:sz="5" w:space="0" w:color="AFC3D6"/>
            </w:tcBorders>
            <w:shd w:val="clear" w:color="auto" w:fill="EAF1F8"/>
            <w:tcMar>
              <w:top w:w="45" w:type="dxa"/>
              <w:left w:w="60" w:type="dxa"/>
              <w:bottom w:w="45" w:type="dxa"/>
              <w:right w:w="60" w:type="dxa"/>
            </w:tcMar>
            <w:vAlign w:val="center"/>
          </w:tcPr>
          <w:p w14:paraId="250784E0" w14:textId="77777777" w:rsidR="0019057E" w:rsidRPr="00E50110" w:rsidRDefault="00000000">
            <w:pPr>
              <w:spacing w:after="0" w:line="240" w:lineRule="auto"/>
              <w:jc w:val="right"/>
              <w:rPr>
                <w:lang w:val="es-ES"/>
              </w:rPr>
            </w:pPr>
            <w:r w:rsidRPr="00E50110">
              <w:rPr>
                <w:b/>
                <w:color w:val="003B5C"/>
                <w:lang w:val="es-ES"/>
              </w:rPr>
              <w:t>Nombre del solicitante:</w:t>
            </w:r>
          </w:p>
        </w:tc>
        <w:tc>
          <w:tcPr>
            <w:tcW w:w="7056" w:type="dxa"/>
            <w:tcBorders>
              <w:top w:val="single" w:sz="5" w:space="0" w:color="AFC3D6"/>
              <w:left w:val="single" w:sz="5" w:space="0" w:color="AFC3D6"/>
              <w:bottom w:val="single" w:sz="5" w:space="0" w:color="AFC3D6"/>
              <w:right w:val="single" w:sz="5" w:space="0" w:color="AFC3D6"/>
            </w:tcBorders>
            <w:shd w:val="clear" w:color="auto" w:fill="F7FAFD"/>
            <w:tcMar>
              <w:top w:w="45" w:type="dxa"/>
              <w:left w:w="60" w:type="dxa"/>
              <w:bottom w:w="45" w:type="dxa"/>
              <w:right w:w="60" w:type="dxa"/>
            </w:tcMar>
            <w:vAlign w:val="center"/>
          </w:tcPr>
          <w:p w14:paraId="2C815985" w14:textId="77777777" w:rsidR="0019057E" w:rsidRPr="00E50110" w:rsidRDefault="0019057E">
            <w:pPr>
              <w:spacing w:after="0" w:line="240" w:lineRule="auto"/>
              <w:rPr>
                <w:lang w:val="es-ES"/>
              </w:rPr>
            </w:pPr>
          </w:p>
        </w:tc>
      </w:tr>
      <w:tr w:rsidR="0019057E" w:rsidRPr="00E50110" w14:paraId="35E51B6E" w14:textId="77777777">
        <w:trPr>
          <w:cantSplit/>
          <w:jc w:val="center"/>
        </w:trPr>
        <w:tc>
          <w:tcPr>
            <w:tcW w:w="3384" w:type="dxa"/>
            <w:tcBorders>
              <w:top w:val="single" w:sz="5" w:space="0" w:color="AFC3D6"/>
              <w:left w:val="single" w:sz="5" w:space="0" w:color="AFC3D6"/>
              <w:bottom w:val="single" w:sz="5" w:space="0" w:color="AFC3D6"/>
              <w:right w:val="single" w:sz="5" w:space="0" w:color="AFC3D6"/>
            </w:tcBorders>
            <w:shd w:val="clear" w:color="auto" w:fill="EAF1F8"/>
            <w:tcMar>
              <w:top w:w="45" w:type="dxa"/>
              <w:left w:w="60" w:type="dxa"/>
              <w:bottom w:w="45" w:type="dxa"/>
              <w:right w:w="60" w:type="dxa"/>
            </w:tcMar>
            <w:vAlign w:val="center"/>
          </w:tcPr>
          <w:p w14:paraId="2AD57A5E" w14:textId="77777777" w:rsidR="0019057E" w:rsidRPr="00E50110" w:rsidRDefault="00000000">
            <w:pPr>
              <w:spacing w:after="0" w:line="240" w:lineRule="auto"/>
              <w:jc w:val="right"/>
              <w:rPr>
                <w:lang w:val="es-ES"/>
              </w:rPr>
            </w:pPr>
            <w:r w:rsidRPr="00E50110">
              <w:rPr>
                <w:b/>
                <w:color w:val="003B5C"/>
                <w:lang w:val="es-ES"/>
              </w:rPr>
              <w:t>Puesto:</w:t>
            </w:r>
          </w:p>
        </w:tc>
        <w:tc>
          <w:tcPr>
            <w:tcW w:w="7056" w:type="dxa"/>
            <w:tcBorders>
              <w:top w:val="single" w:sz="5" w:space="0" w:color="AFC3D6"/>
              <w:left w:val="single" w:sz="5" w:space="0" w:color="AFC3D6"/>
              <w:bottom w:val="single" w:sz="5" w:space="0" w:color="AFC3D6"/>
              <w:right w:val="single" w:sz="5" w:space="0" w:color="AFC3D6"/>
            </w:tcBorders>
            <w:shd w:val="clear" w:color="auto" w:fill="F7FAFD"/>
            <w:tcMar>
              <w:top w:w="45" w:type="dxa"/>
              <w:left w:w="60" w:type="dxa"/>
              <w:bottom w:w="45" w:type="dxa"/>
              <w:right w:w="60" w:type="dxa"/>
            </w:tcMar>
            <w:vAlign w:val="center"/>
          </w:tcPr>
          <w:p w14:paraId="5AC44056" w14:textId="77777777" w:rsidR="0019057E" w:rsidRPr="00E50110" w:rsidRDefault="0019057E">
            <w:pPr>
              <w:spacing w:after="0" w:line="240" w:lineRule="auto"/>
              <w:rPr>
                <w:lang w:val="es-ES"/>
              </w:rPr>
            </w:pPr>
          </w:p>
        </w:tc>
      </w:tr>
      <w:tr w:rsidR="0019057E" w:rsidRPr="00E50110" w14:paraId="15687722" w14:textId="77777777">
        <w:trPr>
          <w:cantSplit/>
          <w:jc w:val="center"/>
        </w:trPr>
        <w:tc>
          <w:tcPr>
            <w:tcW w:w="3384" w:type="dxa"/>
            <w:tcBorders>
              <w:top w:val="single" w:sz="5" w:space="0" w:color="AFC3D6"/>
              <w:left w:val="single" w:sz="5" w:space="0" w:color="AFC3D6"/>
              <w:bottom w:val="single" w:sz="5" w:space="0" w:color="AFC3D6"/>
              <w:right w:val="single" w:sz="5" w:space="0" w:color="AFC3D6"/>
            </w:tcBorders>
            <w:shd w:val="clear" w:color="auto" w:fill="EAF1F8"/>
            <w:tcMar>
              <w:top w:w="45" w:type="dxa"/>
              <w:left w:w="60" w:type="dxa"/>
              <w:bottom w:w="45" w:type="dxa"/>
              <w:right w:w="60" w:type="dxa"/>
            </w:tcMar>
            <w:vAlign w:val="center"/>
          </w:tcPr>
          <w:p w14:paraId="315A0BED" w14:textId="77777777" w:rsidR="0019057E" w:rsidRPr="00E50110" w:rsidRDefault="00000000">
            <w:pPr>
              <w:spacing w:after="0" w:line="240" w:lineRule="auto"/>
              <w:jc w:val="right"/>
              <w:rPr>
                <w:lang w:val="es-ES"/>
              </w:rPr>
            </w:pPr>
            <w:r w:rsidRPr="00E50110">
              <w:rPr>
                <w:b/>
                <w:color w:val="003B5C"/>
                <w:lang w:val="es-ES"/>
              </w:rPr>
              <w:t>E-mail:</w:t>
            </w:r>
          </w:p>
        </w:tc>
        <w:tc>
          <w:tcPr>
            <w:tcW w:w="7056" w:type="dxa"/>
            <w:tcBorders>
              <w:top w:val="single" w:sz="5" w:space="0" w:color="AFC3D6"/>
              <w:left w:val="single" w:sz="5" w:space="0" w:color="AFC3D6"/>
              <w:bottom w:val="single" w:sz="5" w:space="0" w:color="AFC3D6"/>
              <w:right w:val="single" w:sz="5" w:space="0" w:color="AFC3D6"/>
            </w:tcBorders>
            <w:shd w:val="clear" w:color="auto" w:fill="F7FAFD"/>
            <w:tcMar>
              <w:top w:w="45" w:type="dxa"/>
              <w:left w:w="60" w:type="dxa"/>
              <w:bottom w:w="45" w:type="dxa"/>
              <w:right w:w="60" w:type="dxa"/>
            </w:tcMar>
            <w:vAlign w:val="center"/>
          </w:tcPr>
          <w:p w14:paraId="66884914" w14:textId="77777777" w:rsidR="0019057E" w:rsidRPr="00E50110" w:rsidRDefault="0019057E">
            <w:pPr>
              <w:spacing w:after="0" w:line="240" w:lineRule="auto"/>
              <w:rPr>
                <w:lang w:val="es-ES"/>
              </w:rPr>
            </w:pPr>
          </w:p>
        </w:tc>
      </w:tr>
      <w:tr w:rsidR="0019057E" w:rsidRPr="00E50110" w14:paraId="6C8DCDD9" w14:textId="77777777">
        <w:trPr>
          <w:cantSplit/>
          <w:jc w:val="center"/>
        </w:trPr>
        <w:tc>
          <w:tcPr>
            <w:tcW w:w="3384" w:type="dxa"/>
            <w:tcBorders>
              <w:top w:val="single" w:sz="5" w:space="0" w:color="AFC3D6"/>
              <w:left w:val="single" w:sz="5" w:space="0" w:color="AFC3D6"/>
              <w:bottom w:val="single" w:sz="5" w:space="0" w:color="AFC3D6"/>
              <w:right w:val="single" w:sz="5" w:space="0" w:color="AFC3D6"/>
            </w:tcBorders>
            <w:shd w:val="clear" w:color="auto" w:fill="EAF1F8"/>
            <w:tcMar>
              <w:top w:w="45" w:type="dxa"/>
              <w:left w:w="60" w:type="dxa"/>
              <w:bottom w:w="45" w:type="dxa"/>
              <w:right w:w="60" w:type="dxa"/>
            </w:tcMar>
            <w:vAlign w:val="center"/>
          </w:tcPr>
          <w:p w14:paraId="63AF1849" w14:textId="77777777" w:rsidR="0019057E" w:rsidRPr="00E50110" w:rsidRDefault="00000000">
            <w:pPr>
              <w:spacing w:after="0" w:line="240" w:lineRule="auto"/>
              <w:jc w:val="right"/>
              <w:rPr>
                <w:lang w:val="es-ES"/>
              </w:rPr>
            </w:pPr>
            <w:r w:rsidRPr="00E50110">
              <w:rPr>
                <w:b/>
                <w:color w:val="003B5C"/>
                <w:lang w:val="es-ES"/>
              </w:rPr>
              <w:t>Tel./Ext. (directo):</w:t>
            </w:r>
          </w:p>
        </w:tc>
        <w:tc>
          <w:tcPr>
            <w:tcW w:w="7056" w:type="dxa"/>
            <w:tcBorders>
              <w:top w:val="single" w:sz="5" w:space="0" w:color="AFC3D6"/>
              <w:left w:val="single" w:sz="5" w:space="0" w:color="AFC3D6"/>
              <w:bottom w:val="single" w:sz="5" w:space="0" w:color="AFC3D6"/>
              <w:right w:val="single" w:sz="5" w:space="0" w:color="AFC3D6"/>
            </w:tcBorders>
            <w:shd w:val="clear" w:color="auto" w:fill="F7FAFD"/>
            <w:tcMar>
              <w:top w:w="45" w:type="dxa"/>
              <w:left w:w="60" w:type="dxa"/>
              <w:bottom w:w="45" w:type="dxa"/>
              <w:right w:w="60" w:type="dxa"/>
            </w:tcMar>
            <w:vAlign w:val="center"/>
          </w:tcPr>
          <w:p w14:paraId="4F43868E" w14:textId="77777777" w:rsidR="0019057E" w:rsidRPr="00E50110" w:rsidRDefault="0019057E">
            <w:pPr>
              <w:spacing w:after="0" w:line="240" w:lineRule="auto"/>
              <w:rPr>
                <w:lang w:val="es-ES"/>
              </w:rPr>
            </w:pPr>
          </w:p>
        </w:tc>
      </w:tr>
      <w:tr w:rsidR="0019057E" w:rsidRPr="00E50110" w14:paraId="0C96BC58" w14:textId="77777777">
        <w:trPr>
          <w:cantSplit/>
          <w:jc w:val="center"/>
        </w:trPr>
        <w:tc>
          <w:tcPr>
            <w:tcW w:w="3384" w:type="dxa"/>
            <w:tcBorders>
              <w:top w:val="single" w:sz="5" w:space="0" w:color="AFC3D6"/>
              <w:left w:val="single" w:sz="5" w:space="0" w:color="AFC3D6"/>
              <w:bottom w:val="single" w:sz="5" w:space="0" w:color="AFC3D6"/>
              <w:right w:val="single" w:sz="5" w:space="0" w:color="AFC3D6"/>
            </w:tcBorders>
            <w:shd w:val="clear" w:color="auto" w:fill="EAF1F8"/>
            <w:tcMar>
              <w:top w:w="45" w:type="dxa"/>
              <w:left w:w="60" w:type="dxa"/>
              <w:bottom w:w="45" w:type="dxa"/>
              <w:right w:w="60" w:type="dxa"/>
            </w:tcMar>
            <w:vAlign w:val="center"/>
          </w:tcPr>
          <w:p w14:paraId="171EFCFD" w14:textId="77777777" w:rsidR="0019057E" w:rsidRPr="00E50110" w:rsidRDefault="00000000">
            <w:pPr>
              <w:spacing w:after="0" w:line="240" w:lineRule="auto"/>
              <w:jc w:val="right"/>
              <w:rPr>
                <w:lang w:val="es-ES"/>
              </w:rPr>
            </w:pPr>
            <w:r w:rsidRPr="00E50110">
              <w:rPr>
                <w:b/>
                <w:color w:val="003B5C"/>
                <w:lang w:val="es-ES"/>
              </w:rPr>
              <w:t>Horarios de trabajo:</w:t>
            </w:r>
          </w:p>
        </w:tc>
        <w:tc>
          <w:tcPr>
            <w:tcW w:w="7056" w:type="dxa"/>
            <w:tcBorders>
              <w:top w:val="single" w:sz="5" w:space="0" w:color="AFC3D6"/>
              <w:left w:val="single" w:sz="5" w:space="0" w:color="AFC3D6"/>
              <w:bottom w:val="single" w:sz="5" w:space="0" w:color="AFC3D6"/>
              <w:right w:val="single" w:sz="5" w:space="0" w:color="AFC3D6"/>
            </w:tcBorders>
            <w:shd w:val="clear" w:color="auto" w:fill="F7FAFD"/>
            <w:tcMar>
              <w:top w:w="45" w:type="dxa"/>
              <w:left w:w="60" w:type="dxa"/>
              <w:bottom w:w="45" w:type="dxa"/>
              <w:right w:w="60" w:type="dxa"/>
            </w:tcMar>
            <w:vAlign w:val="center"/>
          </w:tcPr>
          <w:p w14:paraId="1ADC32D4" w14:textId="77777777" w:rsidR="0019057E" w:rsidRPr="00E50110" w:rsidRDefault="0019057E">
            <w:pPr>
              <w:spacing w:after="0" w:line="240" w:lineRule="auto"/>
              <w:rPr>
                <w:lang w:val="es-ES"/>
              </w:rPr>
            </w:pPr>
          </w:p>
        </w:tc>
      </w:tr>
      <w:tr w:rsidR="0019057E" w:rsidRPr="00E50110" w14:paraId="0BC2EE05" w14:textId="77777777">
        <w:trPr>
          <w:cantSplit/>
          <w:jc w:val="center"/>
        </w:trPr>
        <w:tc>
          <w:tcPr>
            <w:tcW w:w="3384" w:type="dxa"/>
            <w:tcBorders>
              <w:top w:val="single" w:sz="5" w:space="0" w:color="AFC3D6"/>
              <w:left w:val="single" w:sz="5" w:space="0" w:color="AFC3D6"/>
              <w:bottom w:val="single" w:sz="5" w:space="0" w:color="AFC3D6"/>
              <w:right w:val="single" w:sz="5" w:space="0" w:color="AFC3D6"/>
            </w:tcBorders>
            <w:shd w:val="clear" w:color="auto" w:fill="EAF1F8"/>
            <w:tcMar>
              <w:top w:w="45" w:type="dxa"/>
              <w:left w:w="60" w:type="dxa"/>
              <w:bottom w:w="45" w:type="dxa"/>
              <w:right w:w="60" w:type="dxa"/>
            </w:tcMar>
            <w:vAlign w:val="center"/>
          </w:tcPr>
          <w:p w14:paraId="332F41DF" w14:textId="77777777" w:rsidR="00E50110" w:rsidRPr="00E50110" w:rsidRDefault="00E50110" w:rsidP="00E50110">
            <w:pPr>
              <w:spacing w:after="0" w:line="240" w:lineRule="auto"/>
              <w:jc w:val="right"/>
              <w:rPr>
                <w:b/>
                <w:color w:val="003B5C"/>
                <w:lang w:val="es-ES"/>
              </w:rPr>
            </w:pPr>
            <w:r w:rsidRPr="00E50110">
              <w:rPr>
                <w:b/>
                <w:color w:val="003B5C"/>
                <w:lang w:val="es-ES"/>
              </w:rPr>
              <w:t>Empresa consultora o personal consultor</w:t>
            </w:r>
          </w:p>
          <w:p w14:paraId="0DC440D5" w14:textId="36FEDF61" w:rsidR="0019057E" w:rsidRPr="00E50110" w:rsidRDefault="00E50110" w:rsidP="00E50110">
            <w:pPr>
              <w:spacing w:after="0" w:line="240" w:lineRule="auto"/>
              <w:jc w:val="right"/>
              <w:rPr>
                <w:lang w:val="es-ES"/>
              </w:rPr>
            </w:pPr>
            <w:r w:rsidRPr="00E50110">
              <w:rPr>
                <w:b/>
                <w:color w:val="003B5C"/>
                <w:lang w:val="es-ES"/>
              </w:rPr>
              <w:t>(si aplica):</w:t>
            </w:r>
          </w:p>
        </w:tc>
        <w:tc>
          <w:tcPr>
            <w:tcW w:w="7056" w:type="dxa"/>
            <w:tcBorders>
              <w:top w:val="single" w:sz="5" w:space="0" w:color="AFC3D6"/>
              <w:left w:val="single" w:sz="5" w:space="0" w:color="AFC3D6"/>
              <w:bottom w:val="single" w:sz="5" w:space="0" w:color="AFC3D6"/>
              <w:right w:val="single" w:sz="5" w:space="0" w:color="AFC3D6"/>
            </w:tcBorders>
            <w:shd w:val="clear" w:color="auto" w:fill="F7FAFD"/>
            <w:tcMar>
              <w:top w:w="45" w:type="dxa"/>
              <w:left w:w="60" w:type="dxa"/>
              <w:bottom w:w="45" w:type="dxa"/>
              <w:right w:w="60" w:type="dxa"/>
            </w:tcMar>
            <w:vAlign w:val="center"/>
          </w:tcPr>
          <w:p w14:paraId="3CF7DC15" w14:textId="77777777" w:rsidR="0019057E" w:rsidRPr="00E50110" w:rsidRDefault="0019057E">
            <w:pPr>
              <w:spacing w:after="0" w:line="240" w:lineRule="auto"/>
              <w:rPr>
                <w:lang w:val="es-ES"/>
              </w:rPr>
            </w:pPr>
          </w:p>
        </w:tc>
      </w:tr>
      <w:tr w:rsidR="0019057E" w:rsidRPr="00E50110" w14:paraId="25991661" w14:textId="77777777">
        <w:trPr>
          <w:cantSplit/>
          <w:jc w:val="center"/>
        </w:trPr>
        <w:tc>
          <w:tcPr>
            <w:tcW w:w="10440" w:type="dxa"/>
            <w:gridSpan w:val="2"/>
            <w:tcBorders>
              <w:top w:val="single" w:sz="5" w:space="0" w:color="AFC3D6"/>
              <w:left w:val="single" w:sz="5" w:space="0" w:color="AFC3D6"/>
              <w:bottom w:val="single" w:sz="5" w:space="0" w:color="AFC3D6"/>
              <w:right w:val="single" w:sz="5" w:space="0" w:color="AFC3D6"/>
            </w:tcBorders>
            <w:shd w:val="clear" w:color="auto" w:fill="DDEAF7"/>
            <w:tcMar>
              <w:top w:w="45" w:type="dxa"/>
              <w:left w:w="60" w:type="dxa"/>
              <w:bottom w:w="45" w:type="dxa"/>
              <w:right w:w="60" w:type="dxa"/>
            </w:tcMar>
            <w:vAlign w:val="center"/>
          </w:tcPr>
          <w:p w14:paraId="5031E7DE" w14:textId="77777777" w:rsidR="0019057E" w:rsidRPr="00E50110" w:rsidRDefault="00000000">
            <w:pPr>
              <w:spacing w:after="0" w:line="240" w:lineRule="auto"/>
              <w:jc w:val="center"/>
              <w:rPr>
                <w:lang w:val="es-ES"/>
              </w:rPr>
            </w:pPr>
            <w:r w:rsidRPr="00E50110">
              <w:rPr>
                <w:b/>
                <w:i/>
                <w:color w:val="003B5C"/>
                <w:lang w:val="es-ES"/>
              </w:rPr>
              <w:t>IMPORTANTE: Adjunto a esta solicitud deberá incluir su Declaración de Aplicabilidad (SoA)</w:t>
            </w:r>
          </w:p>
        </w:tc>
      </w:tr>
    </w:tbl>
    <w:p w14:paraId="7CFC3BD6" w14:textId="77777777" w:rsidR="0019057E" w:rsidRPr="00E50110" w:rsidRDefault="00000000">
      <w:pPr>
        <w:spacing w:before="160" w:after="40" w:line="252" w:lineRule="auto"/>
        <w:rPr>
          <w:lang w:val="es-ES"/>
        </w:rPr>
      </w:pPr>
      <w:r w:rsidRPr="00E50110">
        <w:rPr>
          <w:i/>
          <w:lang w:val="es-ES"/>
        </w:rPr>
        <w:t>Nota: Todos los datos provistos en esta solicitud serán la base para la presentación de la propuesta comercial y la realización del proceso de certificación, en caso de que la información no sea precisa o se reporten divergencias o cambios, la organización deberá presentar una nueva solicitud.</w:t>
      </w:r>
    </w:p>
    <w:p w14:paraId="73906E36" w14:textId="77777777" w:rsidR="0019057E" w:rsidRPr="00E50110" w:rsidRDefault="0019057E">
      <w:pPr>
        <w:rPr>
          <w:lang w:val="es-ES"/>
        </w:rPr>
        <w:sectPr w:rsidR="0019057E" w:rsidRPr="00E50110">
          <w:headerReference w:type="default" r:id="rId8"/>
          <w:footerReference w:type="default" r:id="rId9"/>
          <w:pgSz w:w="12240" w:h="15840"/>
          <w:pgMar w:top="1872" w:right="864" w:bottom="1512" w:left="864" w:header="259" w:footer="216" w:gutter="0"/>
          <w:cols w:space="720"/>
          <w:docGrid w:linePitch="360"/>
        </w:sectPr>
      </w:pPr>
    </w:p>
    <w:tbl>
      <w:tblPr>
        <w:tblW w:w="5000" w:type="pct"/>
        <w:jc w:val="center"/>
        <w:tblLayout w:type="fixed"/>
        <w:tblLook w:val="04A0" w:firstRow="1" w:lastRow="0" w:firstColumn="1" w:lastColumn="0" w:noHBand="0" w:noVBand="1"/>
      </w:tblPr>
      <w:tblGrid>
        <w:gridCol w:w="14365"/>
      </w:tblGrid>
      <w:tr w:rsidR="0019057E" w:rsidRPr="00E50110" w14:paraId="7F49EC28" w14:textId="77777777">
        <w:trPr>
          <w:cantSplit/>
          <w:jc w:val="center"/>
        </w:trPr>
        <w:tc>
          <w:tcPr>
            <w:tcW w:w="14256" w:type="dxa"/>
            <w:tcBorders>
              <w:top w:val="single" w:sz="4" w:space="0" w:color="AFC3D6"/>
              <w:left w:val="single" w:sz="24" w:space="0" w:color="C00000"/>
              <w:bottom w:val="single" w:sz="4" w:space="0" w:color="AFC3D6"/>
              <w:right w:val="single" w:sz="4" w:space="0" w:color="AFC3D6"/>
            </w:tcBorders>
            <w:shd w:val="clear" w:color="auto" w:fill="EAF1F8"/>
            <w:tcMar>
              <w:top w:w="60" w:type="dxa"/>
              <w:left w:w="120" w:type="dxa"/>
              <w:bottom w:w="60" w:type="dxa"/>
              <w:right w:w="80" w:type="dxa"/>
            </w:tcMar>
            <w:vAlign w:val="center"/>
          </w:tcPr>
          <w:p w14:paraId="06E0F5FF" w14:textId="77777777" w:rsidR="0019057E" w:rsidRPr="00E50110" w:rsidRDefault="00000000">
            <w:pPr>
              <w:spacing w:after="0" w:line="240" w:lineRule="auto"/>
              <w:rPr>
                <w:lang w:val="es-ES"/>
              </w:rPr>
            </w:pPr>
            <w:r w:rsidRPr="00E50110">
              <w:rPr>
                <w:b/>
                <w:color w:val="003B5C"/>
                <w:sz w:val="26"/>
                <w:lang w:val="es-ES"/>
              </w:rPr>
              <w:lastRenderedPageBreak/>
              <w:t>2. DATOS PARA LA CERTIFICACIÓN</w:t>
            </w:r>
          </w:p>
        </w:tc>
      </w:tr>
    </w:tbl>
    <w:p w14:paraId="51F5C765" w14:textId="77777777" w:rsidR="0019057E" w:rsidRPr="00E50110" w:rsidRDefault="0019057E">
      <w:pPr>
        <w:spacing w:after="80" w:line="240" w:lineRule="auto"/>
        <w:rPr>
          <w:lang w:val="es-ES"/>
        </w:rPr>
      </w:pPr>
    </w:p>
    <w:tbl>
      <w:tblPr>
        <w:tblW w:w="5000" w:type="pct"/>
        <w:jc w:val="center"/>
        <w:tblLayout w:type="fixed"/>
        <w:tblLook w:val="04A0" w:firstRow="1" w:lastRow="0" w:firstColumn="1" w:lastColumn="0" w:noHBand="0" w:noVBand="1"/>
      </w:tblPr>
      <w:tblGrid>
        <w:gridCol w:w="4814"/>
        <w:gridCol w:w="2163"/>
        <w:gridCol w:w="1671"/>
        <w:gridCol w:w="2403"/>
        <w:gridCol w:w="1738"/>
        <w:gridCol w:w="1599"/>
      </w:tblGrid>
      <w:tr w:rsidR="0019057E" w:rsidRPr="00E50110" w14:paraId="2646103E" w14:textId="77777777" w:rsidTr="008D0CB2">
        <w:trPr>
          <w:cantSplit/>
          <w:trHeight w:val="434"/>
          <w:jc w:val="center"/>
        </w:trPr>
        <w:tc>
          <w:tcPr>
            <w:tcW w:w="4814" w:type="dxa"/>
            <w:tcBorders>
              <w:top w:val="single" w:sz="5" w:space="0" w:color="AFC3D6"/>
              <w:left w:val="single" w:sz="5" w:space="0" w:color="AFC3D6"/>
              <w:bottom w:val="single" w:sz="5" w:space="0" w:color="AFC3D6"/>
              <w:right w:val="single" w:sz="5" w:space="0" w:color="AFC3D6"/>
            </w:tcBorders>
            <w:shd w:val="clear" w:color="auto" w:fill="EAF1F8"/>
            <w:tcMar>
              <w:top w:w="45" w:type="dxa"/>
              <w:left w:w="60" w:type="dxa"/>
              <w:bottom w:w="45" w:type="dxa"/>
              <w:right w:w="60" w:type="dxa"/>
            </w:tcMar>
            <w:vAlign w:val="center"/>
          </w:tcPr>
          <w:p w14:paraId="5CEF5A1C" w14:textId="593CE55D" w:rsidR="0019057E" w:rsidRPr="00E50110" w:rsidRDefault="00000000">
            <w:pPr>
              <w:spacing w:after="0" w:line="240" w:lineRule="auto"/>
              <w:jc w:val="center"/>
              <w:rPr>
                <w:sz w:val="18"/>
                <w:szCs w:val="20"/>
                <w:lang w:val="es-ES"/>
              </w:rPr>
            </w:pPr>
            <w:r w:rsidRPr="00E50110">
              <w:rPr>
                <w:b/>
                <w:color w:val="003B5C"/>
                <w:sz w:val="18"/>
                <w:szCs w:val="20"/>
                <w:lang w:val="es-ES"/>
              </w:rPr>
              <w:t>Alcance</w:t>
            </w:r>
            <w:r w:rsidR="00E50110" w:rsidRPr="00E50110">
              <w:rPr>
                <w:b/>
                <w:color w:val="003B5C"/>
                <w:sz w:val="18"/>
                <w:szCs w:val="20"/>
                <w:lang w:val="es-ES"/>
              </w:rPr>
              <w:t xml:space="preserve"> de certificación</w:t>
            </w:r>
            <w:r w:rsidRPr="00E50110">
              <w:rPr>
                <w:b/>
                <w:color w:val="003B5C"/>
                <w:sz w:val="18"/>
                <w:szCs w:val="20"/>
                <w:lang w:val="es-ES"/>
              </w:rPr>
              <w:t xml:space="preserve"> solicitado:</w:t>
            </w:r>
          </w:p>
        </w:tc>
        <w:tc>
          <w:tcPr>
            <w:tcW w:w="3834" w:type="dxa"/>
            <w:gridSpan w:val="2"/>
            <w:tcBorders>
              <w:top w:val="single" w:sz="5" w:space="0" w:color="AFC3D6"/>
              <w:left w:val="single" w:sz="5" w:space="0" w:color="AFC3D6"/>
              <w:bottom w:val="single" w:sz="5" w:space="0" w:color="AFC3D6"/>
              <w:right w:val="single" w:sz="5" w:space="0" w:color="AFC3D6"/>
            </w:tcBorders>
            <w:shd w:val="clear" w:color="auto" w:fill="F7FAFD"/>
            <w:tcMar>
              <w:top w:w="45" w:type="dxa"/>
              <w:left w:w="60" w:type="dxa"/>
              <w:bottom w:w="45" w:type="dxa"/>
              <w:right w:w="60" w:type="dxa"/>
            </w:tcMar>
            <w:vAlign w:val="center"/>
          </w:tcPr>
          <w:p w14:paraId="6560DE01" w14:textId="77777777" w:rsidR="0019057E" w:rsidRPr="00E50110" w:rsidRDefault="0019057E">
            <w:pPr>
              <w:spacing w:after="0" w:line="240" w:lineRule="auto"/>
              <w:rPr>
                <w:sz w:val="18"/>
                <w:szCs w:val="20"/>
                <w:lang w:val="es-ES"/>
              </w:rPr>
            </w:pPr>
          </w:p>
        </w:tc>
        <w:tc>
          <w:tcPr>
            <w:tcW w:w="4141" w:type="dxa"/>
            <w:gridSpan w:val="2"/>
            <w:tcBorders>
              <w:top w:val="single" w:sz="5" w:space="0" w:color="AFC3D6"/>
              <w:left w:val="single" w:sz="5" w:space="0" w:color="AFC3D6"/>
              <w:bottom w:val="single" w:sz="5" w:space="0" w:color="AFC3D6"/>
              <w:right w:val="single" w:sz="5" w:space="0" w:color="AFC3D6"/>
            </w:tcBorders>
            <w:shd w:val="clear" w:color="auto" w:fill="EAF1F8"/>
            <w:tcMar>
              <w:top w:w="45" w:type="dxa"/>
              <w:left w:w="60" w:type="dxa"/>
              <w:bottom w:w="45" w:type="dxa"/>
              <w:right w:w="60" w:type="dxa"/>
            </w:tcMar>
            <w:vAlign w:val="center"/>
          </w:tcPr>
          <w:p w14:paraId="5031B38A" w14:textId="77777777" w:rsidR="0019057E" w:rsidRPr="00E50110" w:rsidRDefault="00000000">
            <w:pPr>
              <w:spacing w:after="0" w:line="240" w:lineRule="auto"/>
              <w:rPr>
                <w:sz w:val="18"/>
                <w:szCs w:val="20"/>
                <w:lang w:val="es-ES"/>
              </w:rPr>
            </w:pPr>
            <w:r w:rsidRPr="00E50110">
              <w:rPr>
                <w:b/>
                <w:color w:val="003B5C"/>
                <w:sz w:val="18"/>
                <w:szCs w:val="20"/>
                <w:lang w:val="es-ES"/>
              </w:rPr>
              <w:t>¿Su solicitud incluye más de un sitio?</w:t>
            </w:r>
          </w:p>
        </w:tc>
        <w:tc>
          <w:tcPr>
            <w:tcW w:w="1599" w:type="dxa"/>
            <w:tcBorders>
              <w:top w:val="single" w:sz="5" w:space="0" w:color="AFC3D6"/>
              <w:left w:val="single" w:sz="5" w:space="0" w:color="AFC3D6"/>
              <w:bottom w:val="single" w:sz="5" w:space="0" w:color="AFC3D6"/>
              <w:right w:val="single" w:sz="5" w:space="0" w:color="AFC3D6"/>
            </w:tcBorders>
            <w:tcMar>
              <w:top w:w="40" w:type="dxa"/>
              <w:left w:w="35" w:type="dxa"/>
              <w:bottom w:w="40" w:type="dxa"/>
              <w:right w:w="35" w:type="dxa"/>
            </w:tcMar>
            <w:vAlign w:val="center"/>
          </w:tcPr>
          <w:p w14:paraId="1DC1938B" w14:textId="77777777" w:rsidR="0019057E" w:rsidRPr="00E50110" w:rsidRDefault="00000000">
            <w:pPr>
              <w:spacing w:after="0" w:line="240" w:lineRule="auto"/>
              <w:jc w:val="center"/>
              <w:rPr>
                <w:sz w:val="18"/>
                <w:szCs w:val="20"/>
                <w:lang w:val="es-ES"/>
              </w:rPr>
            </w:pPr>
            <w:sdt>
              <w:sdtPr>
                <w:rPr>
                  <w:sz w:val="18"/>
                  <w:szCs w:val="20"/>
                  <w:lang w:val="es-ES"/>
                </w:rPr>
                <w:alias w:val="incluye_mas_sitio_1"/>
                <w:tag w:val="incluye_mas_sitio_1"/>
                <w:id w:val="840313250"/>
                <w14:checkbox>
                  <w14:checked w14:val="0"/>
                  <w14:checkedState w14:val="2612" w14:font="MS Gothic"/>
                  <w14:uncheckedState w14:val="2610" w14:font="MS Gothic"/>
                </w14:checkbox>
              </w:sdtPr>
              <w:sdtContent>
                <w:r w:rsidRPr="00E50110">
                  <w:rPr>
                    <w:color w:val="003B5C"/>
                    <w:sz w:val="18"/>
                    <w:szCs w:val="20"/>
                    <w:lang w:val="es-ES"/>
                  </w:rPr>
                  <w:t>☐</w:t>
                </w:r>
              </w:sdtContent>
            </w:sdt>
            <w:r w:rsidRPr="00E50110">
              <w:rPr>
                <w:color w:val="003B5C"/>
                <w:sz w:val="18"/>
                <w:szCs w:val="20"/>
                <w:lang w:val="es-ES"/>
              </w:rPr>
              <w:t xml:space="preserve"> Sí</w:t>
            </w:r>
            <w:r w:rsidRPr="00E50110">
              <w:rPr>
                <w:sz w:val="18"/>
                <w:szCs w:val="20"/>
                <w:lang w:val="es-ES"/>
              </w:rPr>
              <w:t xml:space="preserve">   </w:t>
            </w:r>
            <w:sdt>
              <w:sdtPr>
                <w:rPr>
                  <w:sz w:val="18"/>
                  <w:szCs w:val="20"/>
                  <w:lang w:val="es-ES"/>
                </w:rPr>
                <w:alias w:val="incluye_mas_sitio_2"/>
                <w:tag w:val="incluye_mas_sitio_2"/>
                <w:id w:val="424170344"/>
                <w14:checkbox>
                  <w14:checked w14:val="0"/>
                  <w14:checkedState w14:val="2612" w14:font="MS Gothic"/>
                  <w14:uncheckedState w14:val="2610" w14:font="MS Gothic"/>
                </w14:checkbox>
              </w:sdtPr>
              <w:sdtContent>
                <w:r w:rsidRPr="00E50110">
                  <w:rPr>
                    <w:color w:val="003B5C"/>
                    <w:sz w:val="18"/>
                    <w:szCs w:val="20"/>
                    <w:lang w:val="es-ES"/>
                  </w:rPr>
                  <w:t>☐</w:t>
                </w:r>
              </w:sdtContent>
            </w:sdt>
            <w:r w:rsidRPr="00E50110">
              <w:rPr>
                <w:color w:val="003B5C"/>
                <w:sz w:val="18"/>
                <w:szCs w:val="20"/>
                <w:lang w:val="es-ES"/>
              </w:rPr>
              <w:t xml:space="preserve"> No</w:t>
            </w:r>
          </w:p>
        </w:tc>
      </w:tr>
      <w:tr w:rsidR="0019057E" w:rsidRPr="00E50110" w14:paraId="5F3317FB" w14:textId="77777777" w:rsidTr="008D0CB2">
        <w:trPr>
          <w:cantSplit/>
          <w:trHeight w:val="458"/>
          <w:jc w:val="center"/>
        </w:trPr>
        <w:tc>
          <w:tcPr>
            <w:tcW w:w="4814" w:type="dxa"/>
            <w:tcBorders>
              <w:top w:val="single" w:sz="5" w:space="0" w:color="AFC3D6"/>
              <w:left w:val="single" w:sz="5" w:space="0" w:color="AFC3D6"/>
              <w:bottom w:val="single" w:sz="5" w:space="0" w:color="AFC3D6"/>
              <w:right w:val="single" w:sz="5" w:space="0" w:color="AFC3D6"/>
            </w:tcBorders>
            <w:shd w:val="clear" w:color="auto" w:fill="EAF1F8"/>
            <w:tcMar>
              <w:top w:w="45" w:type="dxa"/>
              <w:left w:w="60" w:type="dxa"/>
              <w:bottom w:w="45" w:type="dxa"/>
              <w:right w:w="60" w:type="dxa"/>
            </w:tcMar>
            <w:vAlign w:val="center"/>
          </w:tcPr>
          <w:p w14:paraId="68E9DEB5" w14:textId="77777777" w:rsidR="0019057E" w:rsidRPr="00E50110" w:rsidRDefault="00000000">
            <w:pPr>
              <w:spacing w:after="0" w:line="240" w:lineRule="auto"/>
              <w:jc w:val="center"/>
              <w:rPr>
                <w:sz w:val="18"/>
                <w:szCs w:val="20"/>
                <w:lang w:val="es-ES"/>
              </w:rPr>
            </w:pPr>
            <w:r w:rsidRPr="00E50110">
              <w:rPr>
                <w:b/>
                <w:color w:val="003B5C"/>
                <w:sz w:val="18"/>
                <w:szCs w:val="20"/>
                <w:lang w:val="es-ES"/>
              </w:rPr>
              <w:t>Domicilio del sitio (En caso de que todas las actividades se realicen de forma remota o virtual, especificarlo)</w:t>
            </w:r>
          </w:p>
        </w:tc>
        <w:tc>
          <w:tcPr>
            <w:tcW w:w="3834" w:type="dxa"/>
            <w:gridSpan w:val="2"/>
            <w:tcBorders>
              <w:top w:val="single" w:sz="5" w:space="0" w:color="AFC3D6"/>
              <w:left w:val="single" w:sz="5" w:space="0" w:color="AFC3D6"/>
              <w:bottom w:val="single" w:sz="5" w:space="0" w:color="AFC3D6"/>
              <w:right w:val="single" w:sz="5" w:space="0" w:color="AFC3D6"/>
            </w:tcBorders>
            <w:shd w:val="clear" w:color="auto" w:fill="F7FAFD"/>
            <w:tcMar>
              <w:top w:w="45" w:type="dxa"/>
              <w:left w:w="60" w:type="dxa"/>
              <w:bottom w:w="45" w:type="dxa"/>
              <w:right w:w="60" w:type="dxa"/>
            </w:tcMar>
            <w:vAlign w:val="center"/>
          </w:tcPr>
          <w:p w14:paraId="6F11AAD4" w14:textId="77777777" w:rsidR="0019057E" w:rsidRPr="00E50110" w:rsidRDefault="0019057E">
            <w:pPr>
              <w:spacing w:after="0" w:line="240" w:lineRule="auto"/>
              <w:rPr>
                <w:sz w:val="18"/>
                <w:szCs w:val="20"/>
                <w:lang w:val="es-ES"/>
              </w:rPr>
            </w:pPr>
          </w:p>
        </w:tc>
        <w:tc>
          <w:tcPr>
            <w:tcW w:w="4141" w:type="dxa"/>
            <w:gridSpan w:val="2"/>
            <w:tcBorders>
              <w:top w:val="single" w:sz="5" w:space="0" w:color="AFC3D6"/>
              <w:left w:val="single" w:sz="5" w:space="0" w:color="AFC3D6"/>
              <w:bottom w:val="single" w:sz="5" w:space="0" w:color="AFC3D6"/>
              <w:right w:val="single" w:sz="5" w:space="0" w:color="AFC3D6"/>
            </w:tcBorders>
            <w:shd w:val="clear" w:color="auto" w:fill="EAF1F8"/>
            <w:tcMar>
              <w:top w:w="45" w:type="dxa"/>
              <w:left w:w="60" w:type="dxa"/>
              <w:bottom w:w="45" w:type="dxa"/>
              <w:right w:w="60" w:type="dxa"/>
            </w:tcMar>
            <w:vAlign w:val="center"/>
          </w:tcPr>
          <w:p w14:paraId="13D3887F" w14:textId="77777777" w:rsidR="0019057E" w:rsidRPr="00E50110" w:rsidRDefault="00000000">
            <w:pPr>
              <w:spacing w:after="0" w:line="240" w:lineRule="auto"/>
              <w:rPr>
                <w:sz w:val="18"/>
                <w:szCs w:val="20"/>
                <w:lang w:val="es-ES"/>
              </w:rPr>
            </w:pPr>
            <w:r w:rsidRPr="00E50110">
              <w:rPr>
                <w:b/>
                <w:color w:val="003B5C"/>
                <w:sz w:val="18"/>
                <w:szCs w:val="20"/>
                <w:lang w:val="es-ES"/>
              </w:rPr>
              <w:t>¿Todos los sitios operan bajo el mismo sistema de gestión?</w:t>
            </w:r>
          </w:p>
        </w:tc>
        <w:tc>
          <w:tcPr>
            <w:tcW w:w="1599" w:type="dxa"/>
            <w:tcBorders>
              <w:top w:val="single" w:sz="5" w:space="0" w:color="AFC3D6"/>
              <w:left w:val="single" w:sz="5" w:space="0" w:color="AFC3D6"/>
              <w:bottom w:val="single" w:sz="5" w:space="0" w:color="AFC3D6"/>
              <w:right w:val="single" w:sz="5" w:space="0" w:color="AFC3D6"/>
            </w:tcBorders>
            <w:tcMar>
              <w:top w:w="40" w:type="dxa"/>
              <w:left w:w="35" w:type="dxa"/>
              <w:bottom w:w="40" w:type="dxa"/>
              <w:right w:w="35" w:type="dxa"/>
            </w:tcMar>
            <w:vAlign w:val="center"/>
          </w:tcPr>
          <w:p w14:paraId="35281ED1" w14:textId="77777777" w:rsidR="0019057E" w:rsidRPr="00E50110" w:rsidRDefault="00000000">
            <w:pPr>
              <w:spacing w:after="0" w:line="240" w:lineRule="auto"/>
              <w:jc w:val="center"/>
              <w:rPr>
                <w:sz w:val="18"/>
                <w:szCs w:val="20"/>
                <w:lang w:val="es-ES"/>
              </w:rPr>
            </w:pPr>
            <w:sdt>
              <w:sdtPr>
                <w:rPr>
                  <w:sz w:val="18"/>
                  <w:szCs w:val="20"/>
                  <w:lang w:val="es-ES"/>
                </w:rPr>
                <w:alias w:val="sitios_mismo_sg_1"/>
                <w:tag w:val="sitios_mismo_sg_1"/>
                <w:id w:val="1244459087"/>
                <w14:checkbox>
                  <w14:checked w14:val="0"/>
                  <w14:checkedState w14:val="2612" w14:font="MS Gothic"/>
                  <w14:uncheckedState w14:val="2610" w14:font="MS Gothic"/>
                </w14:checkbox>
              </w:sdtPr>
              <w:sdtContent>
                <w:r w:rsidRPr="00E50110">
                  <w:rPr>
                    <w:color w:val="003B5C"/>
                    <w:sz w:val="18"/>
                    <w:szCs w:val="20"/>
                    <w:lang w:val="es-ES"/>
                  </w:rPr>
                  <w:t>☐</w:t>
                </w:r>
              </w:sdtContent>
            </w:sdt>
            <w:r w:rsidRPr="00E50110">
              <w:rPr>
                <w:color w:val="003B5C"/>
                <w:sz w:val="18"/>
                <w:szCs w:val="20"/>
                <w:lang w:val="es-ES"/>
              </w:rPr>
              <w:t xml:space="preserve"> Sí</w:t>
            </w:r>
            <w:r w:rsidRPr="00E50110">
              <w:rPr>
                <w:sz w:val="18"/>
                <w:szCs w:val="20"/>
                <w:lang w:val="es-ES"/>
              </w:rPr>
              <w:t xml:space="preserve">   </w:t>
            </w:r>
            <w:sdt>
              <w:sdtPr>
                <w:rPr>
                  <w:sz w:val="18"/>
                  <w:szCs w:val="20"/>
                  <w:lang w:val="es-ES"/>
                </w:rPr>
                <w:alias w:val="sitios_mismo_sg_2"/>
                <w:tag w:val="sitios_mismo_sg_2"/>
                <w:id w:val="763847043"/>
                <w14:checkbox>
                  <w14:checked w14:val="0"/>
                  <w14:checkedState w14:val="2612" w14:font="MS Gothic"/>
                  <w14:uncheckedState w14:val="2610" w14:font="MS Gothic"/>
                </w14:checkbox>
              </w:sdtPr>
              <w:sdtContent>
                <w:r w:rsidRPr="00E50110">
                  <w:rPr>
                    <w:color w:val="003B5C"/>
                    <w:sz w:val="18"/>
                    <w:szCs w:val="20"/>
                    <w:lang w:val="es-ES"/>
                  </w:rPr>
                  <w:t>☐</w:t>
                </w:r>
              </w:sdtContent>
            </w:sdt>
            <w:r w:rsidRPr="00E50110">
              <w:rPr>
                <w:color w:val="003B5C"/>
                <w:sz w:val="18"/>
                <w:szCs w:val="20"/>
                <w:lang w:val="es-ES"/>
              </w:rPr>
              <w:t xml:space="preserve"> No</w:t>
            </w:r>
          </w:p>
        </w:tc>
      </w:tr>
      <w:tr w:rsidR="0019057E" w:rsidRPr="00E50110" w14:paraId="48D310F2" w14:textId="77777777" w:rsidTr="008D0CB2">
        <w:trPr>
          <w:cantSplit/>
          <w:trHeight w:val="466"/>
          <w:jc w:val="center"/>
        </w:trPr>
        <w:tc>
          <w:tcPr>
            <w:tcW w:w="4814" w:type="dxa"/>
            <w:tcBorders>
              <w:top w:val="single" w:sz="5" w:space="0" w:color="AFC3D6"/>
              <w:left w:val="single" w:sz="5" w:space="0" w:color="AFC3D6"/>
              <w:bottom w:val="single" w:sz="5" w:space="0" w:color="AFC3D6"/>
              <w:right w:val="single" w:sz="5" w:space="0" w:color="AFC3D6"/>
            </w:tcBorders>
            <w:shd w:val="clear" w:color="auto" w:fill="EAF1F8"/>
            <w:tcMar>
              <w:top w:w="45" w:type="dxa"/>
              <w:left w:w="60" w:type="dxa"/>
              <w:bottom w:w="45" w:type="dxa"/>
              <w:right w:w="60" w:type="dxa"/>
            </w:tcMar>
            <w:vAlign w:val="center"/>
          </w:tcPr>
          <w:p w14:paraId="462BF324" w14:textId="77777777" w:rsidR="0019057E" w:rsidRPr="00E50110" w:rsidRDefault="00000000">
            <w:pPr>
              <w:spacing w:after="0" w:line="240" w:lineRule="auto"/>
              <w:jc w:val="center"/>
              <w:rPr>
                <w:sz w:val="18"/>
                <w:szCs w:val="20"/>
                <w:lang w:val="es-ES"/>
              </w:rPr>
            </w:pPr>
            <w:r w:rsidRPr="00E50110">
              <w:rPr>
                <w:b/>
                <w:color w:val="003B5C"/>
                <w:sz w:val="18"/>
                <w:szCs w:val="20"/>
                <w:lang w:val="es-ES"/>
              </w:rPr>
              <w:t>Número de personas que ejecutan los controles (SoA) y se encargan del resguardo de información</w:t>
            </w:r>
          </w:p>
        </w:tc>
        <w:tc>
          <w:tcPr>
            <w:tcW w:w="2163" w:type="dxa"/>
            <w:tcBorders>
              <w:top w:val="single" w:sz="5" w:space="0" w:color="AFC3D6"/>
              <w:left w:val="single" w:sz="5" w:space="0" w:color="AFC3D6"/>
              <w:bottom w:val="single" w:sz="5" w:space="0" w:color="AFC3D6"/>
              <w:right w:val="single" w:sz="5" w:space="0" w:color="AFC3D6"/>
            </w:tcBorders>
            <w:shd w:val="clear" w:color="auto" w:fill="F7FAFD"/>
            <w:tcMar>
              <w:top w:w="45" w:type="dxa"/>
              <w:left w:w="60" w:type="dxa"/>
              <w:bottom w:w="45" w:type="dxa"/>
              <w:right w:w="60" w:type="dxa"/>
            </w:tcMar>
            <w:vAlign w:val="center"/>
          </w:tcPr>
          <w:p w14:paraId="1F1B88B1" w14:textId="77777777" w:rsidR="0019057E" w:rsidRPr="00E50110" w:rsidRDefault="0019057E">
            <w:pPr>
              <w:spacing w:after="0" w:line="240" w:lineRule="auto"/>
              <w:rPr>
                <w:sz w:val="18"/>
                <w:szCs w:val="20"/>
                <w:lang w:val="es-ES"/>
              </w:rPr>
            </w:pPr>
          </w:p>
        </w:tc>
        <w:tc>
          <w:tcPr>
            <w:tcW w:w="1671" w:type="dxa"/>
            <w:tcBorders>
              <w:top w:val="single" w:sz="5" w:space="0" w:color="AFC3D6"/>
              <w:left w:val="single" w:sz="5" w:space="0" w:color="AFC3D6"/>
              <w:bottom w:val="single" w:sz="5" w:space="0" w:color="AFC3D6"/>
              <w:right w:val="single" w:sz="5" w:space="0" w:color="AFC3D6"/>
            </w:tcBorders>
            <w:shd w:val="clear" w:color="auto" w:fill="EAF1F8"/>
            <w:tcMar>
              <w:top w:w="45" w:type="dxa"/>
              <w:left w:w="60" w:type="dxa"/>
              <w:bottom w:w="45" w:type="dxa"/>
              <w:right w:w="60" w:type="dxa"/>
            </w:tcMar>
            <w:vAlign w:val="center"/>
          </w:tcPr>
          <w:p w14:paraId="7E57B541" w14:textId="77777777" w:rsidR="0019057E" w:rsidRPr="00E50110" w:rsidRDefault="00000000">
            <w:pPr>
              <w:spacing w:after="0" w:line="240" w:lineRule="auto"/>
              <w:jc w:val="center"/>
              <w:rPr>
                <w:sz w:val="18"/>
                <w:szCs w:val="20"/>
                <w:lang w:val="es-ES"/>
              </w:rPr>
            </w:pPr>
            <w:r w:rsidRPr="00E50110">
              <w:rPr>
                <w:b/>
                <w:color w:val="003B5C"/>
                <w:sz w:val="18"/>
                <w:szCs w:val="20"/>
                <w:lang w:val="es-ES"/>
              </w:rPr>
              <w:t>No. De turnos y sus horarios</w:t>
            </w:r>
          </w:p>
        </w:tc>
        <w:tc>
          <w:tcPr>
            <w:tcW w:w="2403" w:type="dxa"/>
            <w:tcBorders>
              <w:top w:val="single" w:sz="5" w:space="0" w:color="AFC3D6"/>
              <w:left w:val="single" w:sz="5" w:space="0" w:color="AFC3D6"/>
              <w:bottom w:val="single" w:sz="5" w:space="0" w:color="AFC3D6"/>
              <w:right w:val="single" w:sz="5" w:space="0" w:color="AFC3D6"/>
            </w:tcBorders>
            <w:shd w:val="clear" w:color="auto" w:fill="F7FAFD"/>
            <w:tcMar>
              <w:top w:w="45" w:type="dxa"/>
              <w:left w:w="60" w:type="dxa"/>
              <w:bottom w:w="45" w:type="dxa"/>
              <w:right w:w="60" w:type="dxa"/>
            </w:tcMar>
            <w:vAlign w:val="center"/>
          </w:tcPr>
          <w:p w14:paraId="05D17F58" w14:textId="77777777" w:rsidR="0019057E" w:rsidRPr="00E50110" w:rsidRDefault="0019057E">
            <w:pPr>
              <w:spacing w:after="0" w:line="240" w:lineRule="auto"/>
              <w:rPr>
                <w:sz w:val="18"/>
                <w:szCs w:val="20"/>
                <w:lang w:val="es-ES"/>
              </w:rPr>
            </w:pPr>
          </w:p>
        </w:tc>
        <w:tc>
          <w:tcPr>
            <w:tcW w:w="3337" w:type="dxa"/>
            <w:gridSpan w:val="2"/>
            <w:tcBorders>
              <w:top w:val="single" w:sz="5" w:space="0" w:color="AFC3D6"/>
              <w:left w:val="single" w:sz="5" w:space="0" w:color="AFC3D6"/>
              <w:bottom w:val="single" w:sz="5" w:space="0" w:color="AFC3D6"/>
              <w:right w:val="single" w:sz="5" w:space="0" w:color="AFC3D6"/>
            </w:tcBorders>
            <w:shd w:val="clear" w:color="auto" w:fill="EAF1F8"/>
            <w:tcMar>
              <w:top w:w="45" w:type="dxa"/>
              <w:left w:w="60" w:type="dxa"/>
              <w:bottom w:w="45" w:type="dxa"/>
              <w:right w:w="60" w:type="dxa"/>
            </w:tcMar>
            <w:vAlign w:val="center"/>
          </w:tcPr>
          <w:p w14:paraId="510F08D7" w14:textId="77777777" w:rsidR="0019057E" w:rsidRPr="00E50110" w:rsidRDefault="00000000">
            <w:pPr>
              <w:spacing w:after="0" w:line="240" w:lineRule="auto"/>
              <w:jc w:val="center"/>
              <w:rPr>
                <w:sz w:val="18"/>
                <w:szCs w:val="20"/>
                <w:lang w:val="es-ES"/>
              </w:rPr>
            </w:pPr>
            <w:r w:rsidRPr="00E50110">
              <w:rPr>
                <w:b/>
                <w:color w:val="003B5C"/>
                <w:sz w:val="18"/>
                <w:szCs w:val="20"/>
                <w:lang w:val="es-ES"/>
              </w:rPr>
              <w:t>Utilice el siguiente recuadro para describir los sitios incluidos en su solicitud.</w:t>
            </w:r>
          </w:p>
        </w:tc>
      </w:tr>
      <w:tr w:rsidR="0019057E" w:rsidRPr="00E50110" w14:paraId="5F594E52" w14:textId="77777777" w:rsidTr="008D0CB2">
        <w:trPr>
          <w:cantSplit/>
          <w:trHeight w:val="460"/>
          <w:jc w:val="center"/>
        </w:trPr>
        <w:tc>
          <w:tcPr>
            <w:tcW w:w="4814" w:type="dxa"/>
            <w:tcBorders>
              <w:top w:val="single" w:sz="5" w:space="0" w:color="AFC3D6"/>
              <w:left w:val="single" w:sz="5" w:space="0" w:color="AFC3D6"/>
              <w:bottom w:val="single" w:sz="5" w:space="0" w:color="AFC3D6"/>
              <w:right w:val="single" w:sz="5" w:space="0" w:color="AFC3D6"/>
            </w:tcBorders>
            <w:shd w:val="clear" w:color="auto" w:fill="EAF1F8"/>
            <w:tcMar>
              <w:top w:w="45" w:type="dxa"/>
              <w:left w:w="60" w:type="dxa"/>
              <w:bottom w:w="45" w:type="dxa"/>
              <w:right w:w="60" w:type="dxa"/>
            </w:tcMar>
            <w:vAlign w:val="center"/>
          </w:tcPr>
          <w:p w14:paraId="643E02E2" w14:textId="77777777" w:rsidR="0019057E" w:rsidRPr="00E50110" w:rsidRDefault="00000000">
            <w:pPr>
              <w:spacing w:after="0" w:line="240" w:lineRule="auto"/>
              <w:jc w:val="center"/>
              <w:rPr>
                <w:sz w:val="18"/>
                <w:szCs w:val="20"/>
                <w:lang w:val="es-ES"/>
              </w:rPr>
            </w:pPr>
            <w:r w:rsidRPr="00E50110">
              <w:rPr>
                <w:b/>
                <w:color w:val="003B5C"/>
                <w:sz w:val="18"/>
                <w:szCs w:val="20"/>
                <w:lang w:val="es-ES"/>
              </w:rPr>
              <w:t xml:space="preserve">Número de personas que realizan actividades idénticas </w:t>
            </w:r>
          </w:p>
        </w:tc>
        <w:tc>
          <w:tcPr>
            <w:tcW w:w="2163" w:type="dxa"/>
            <w:tcBorders>
              <w:top w:val="single" w:sz="5" w:space="0" w:color="AFC3D6"/>
              <w:left w:val="single" w:sz="5" w:space="0" w:color="AFC3D6"/>
              <w:bottom w:val="single" w:sz="5" w:space="0" w:color="AFC3D6"/>
              <w:right w:val="single" w:sz="5" w:space="0" w:color="AFC3D6"/>
            </w:tcBorders>
            <w:shd w:val="clear" w:color="auto" w:fill="F7FAFD"/>
            <w:tcMar>
              <w:top w:w="45" w:type="dxa"/>
              <w:left w:w="60" w:type="dxa"/>
              <w:bottom w:w="45" w:type="dxa"/>
              <w:right w:w="60" w:type="dxa"/>
            </w:tcMar>
            <w:vAlign w:val="center"/>
          </w:tcPr>
          <w:p w14:paraId="3A017251" w14:textId="77777777" w:rsidR="0019057E" w:rsidRPr="00E50110" w:rsidRDefault="0019057E">
            <w:pPr>
              <w:spacing w:after="0" w:line="240" w:lineRule="auto"/>
              <w:rPr>
                <w:sz w:val="18"/>
                <w:szCs w:val="20"/>
                <w:lang w:val="es-ES"/>
              </w:rPr>
            </w:pPr>
          </w:p>
        </w:tc>
        <w:tc>
          <w:tcPr>
            <w:tcW w:w="5812" w:type="dxa"/>
            <w:gridSpan w:val="3"/>
            <w:tcBorders>
              <w:top w:val="single" w:sz="5" w:space="0" w:color="AFC3D6"/>
              <w:left w:val="single" w:sz="5" w:space="0" w:color="AFC3D6"/>
              <w:bottom w:val="single" w:sz="5" w:space="0" w:color="AFC3D6"/>
              <w:right w:val="single" w:sz="5" w:space="0" w:color="AFC3D6"/>
            </w:tcBorders>
            <w:shd w:val="clear" w:color="auto" w:fill="EAF1F8"/>
            <w:tcMar>
              <w:top w:w="45" w:type="dxa"/>
              <w:left w:w="60" w:type="dxa"/>
              <w:bottom w:w="45" w:type="dxa"/>
              <w:right w:w="60" w:type="dxa"/>
            </w:tcMar>
            <w:vAlign w:val="center"/>
          </w:tcPr>
          <w:p w14:paraId="648B5B93" w14:textId="77777777" w:rsidR="0019057E" w:rsidRPr="00E50110" w:rsidRDefault="00000000">
            <w:pPr>
              <w:spacing w:after="0" w:line="240" w:lineRule="auto"/>
              <w:rPr>
                <w:sz w:val="18"/>
                <w:szCs w:val="20"/>
                <w:lang w:val="es-ES"/>
              </w:rPr>
            </w:pPr>
            <w:r w:rsidRPr="00E50110">
              <w:rPr>
                <w:b/>
                <w:color w:val="003B5C"/>
                <w:sz w:val="18"/>
                <w:szCs w:val="20"/>
                <w:lang w:val="es-ES"/>
              </w:rPr>
              <w:t>¿Las actividades que desempeñan estas personas, fueron identificadas con un riesgo bajo en su evaluación de riesgo a la seguridad de la información?</w:t>
            </w:r>
          </w:p>
        </w:tc>
        <w:tc>
          <w:tcPr>
            <w:tcW w:w="1599" w:type="dxa"/>
            <w:tcBorders>
              <w:top w:val="single" w:sz="5" w:space="0" w:color="AFC3D6"/>
              <w:left w:val="single" w:sz="5" w:space="0" w:color="AFC3D6"/>
              <w:bottom w:val="single" w:sz="5" w:space="0" w:color="AFC3D6"/>
              <w:right w:val="single" w:sz="5" w:space="0" w:color="AFC3D6"/>
            </w:tcBorders>
            <w:tcMar>
              <w:top w:w="40" w:type="dxa"/>
              <w:left w:w="35" w:type="dxa"/>
              <w:bottom w:w="40" w:type="dxa"/>
              <w:right w:w="35" w:type="dxa"/>
            </w:tcMar>
            <w:vAlign w:val="center"/>
          </w:tcPr>
          <w:p w14:paraId="5145018D" w14:textId="77777777" w:rsidR="0019057E" w:rsidRPr="00E50110" w:rsidRDefault="00000000">
            <w:pPr>
              <w:spacing w:after="0" w:line="240" w:lineRule="auto"/>
              <w:jc w:val="center"/>
              <w:rPr>
                <w:sz w:val="18"/>
                <w:szCs w:val="20"/>
                <w:lang w:val="es-ES"/>
              </w:rPr>
            </w:pPr>
            <w:sdt>
              <w:sdtPr>
                <w:rPr>
                  <w:sz w:val="18"/>
                  <w:szCs w:val="20"/>
                  <w:lang w:val="es-ES"/>
                </w:rPr>
                <w:alias w:val="actividades_riesgo_bajo_1"/>
                <w:tag w:val="actividades_riesgo_bajo_1"/>
                <w:id w:val="952390850"/>
                <w14:checkbox>
                  <w14:checked w14:val="0"/>
                  <w14:checkedState w14:val="2612" w14:font="MS Gothic"/>
                  <w14:uncheckedState w14:val="2610" w14:font="MS Gothic"/>
                </w14:checkbox>
              </w:sdtPr>
              <w:sdtContent>
                <w:r w:rsidRPr="00E50110">
                  <w:rPr>
                    <w:color w:val="003B5C"/>
                    <w:sz w:val="18"/>
                    <w:szCs w:val="20"/>
                    <w:lang w:val="es-ES"/>
                  </w:rPr>
                  <w:t>☐</w:t>
                </w:r>
              </w:sdtContent>
            </w:sdt>
            <w:r w:rsidRPr="00E50110">
              <w:rPr>
                <w:color w:val="003B5C"/>
                <w:sz w:val="18"/>
                <w:szCs w:val="20"/>
                <w:lang w:val="es-ES"/>
              </w:rPr>
              <w:t xml:space="preserve"> Sí</w:t>
            </w:r>
            <w:r w:rsidRPr="00E50110">
              <w:rPr>
                <w:sz w:val="18"/>
                <w:szCs w:val="20"/>
                <w:lang w:val="es-ES"/>
              </w:rPr>
              <w:t xml:space="preserve">   </w:t>
            </w:r>
            <w:sdt>
              <w:sdtPr>
                <w:rPr>
                  <w:sz w:val="18"/>
                  <w:szCs w:val="20"/>
                  <w:lang w:val="es-ES"/>
                </w:rPr>
                <w:alias w:val="actividades_riesgo_bajo_2"/>
                <w:tag w:val="actividades_riesgo_bajo_2"/>
                <w:id w:val="768877828"/>
                <w14:checkbox>
                  <w14:checked w14:val="0"/>
                  <w14:checkedState w14:val="2612" w14:font="MS Gothic"/>
                  <w14:uncheckedState w14:val="2610" w14:font="MS Gothic"/>
                </w14:checkbox>
              </w:sdtPr>
              <w:sdtContent>
                <w:r w:rsidRPr="00E50110">
                  <w:rPr>
                    <w:color w:val="003B5C"/>
                    <w:sz w:val="18"/>
                    <w:szCs w:val="20"/>
                    <w:lang w:val="es-ES"/>
                  </w:rPr>
                  <w:t>☐</w:t>
                </w:r>
              </w:sdtContent>
            </w:sdt>
            <w:r w:rsidRPr="00E50110">
              <w:rPr>
                <w:color w:val="003B5C"/>
                <w:sz w:val="18"/>
                <w:szCs w:val="20"/>
                <w:lang w:val="es-ES"/>
              </w:rPr>
              <w:t xml:space="preserve"> No</w:t>
            </w:r>
          </w:p>
        </w:tc>
      </w:tr>
      <w:tr w:rsidR="00E50110" w:rsidRPr="00E50110" w14:paraId="3247818F" w14:textId="77777777" w:rsidTr="00DB281C">
        <w:trPr>
          <w:cantSplit/>
          <w:trHeight w:val="460"/>
          <w:jc w:val="center"/>
        </w:trPr>
        <w:tc>
          <w:tcPr>
            <w:tcW w:w="14388" w:type="dxa"/>
            <w:gridSpan w:val="6"/>
            <w:tcBorders>
              <w:top w:val="single" w:sz="5" w:space="0" w:color="AFC3D6"/>
              <w:left w:val="single" w:sz="5" w:space="0" w:color="AFC3D6"/>
              <w:bottom w:val="single" w:sz="5" w:space="0" w:color="AFC3D6"/>
              <w:right w:val="single" w:sz="5" w:space="0" w:color="AFC3D6"/>
            </w:tcBorders>
            <w:shd w:val="clear" w:color="auto" w:fill="EAF1F8"/>
            <w:tcMar>
              <w:top w:w="45" w:type="dxa"/>
              <w:left w:w="60" w:type="dxa"/>
              <w:bottom w:w="45" w:type="dxa"/>
              <w:right w:w="60" w:type="dxa"/>
            </w:tcMar>
            <w:vAlign w:val="center"/>
          </w:tcPr>
          <w:p w14:paraId="78961F9B" w14:textId="0EA1E5E4" w:rsidR="00E50110" w:rsidRPr="00E50110" w:rsidRDefault="00E50110">
            <w:pPr>
              <w:spacing w:after="0" w:line="240" w:lineRule="auto"/>
              <w:jc w:val="center"/>
              <w:rPr>
                <w:color w:val="003B5C"/>
                <w:sz w:val="18"/>
                <w:szCs w:val="20"/>
                <w:lang w:val="es-ES"/>
              </w:rPr>
            </w:pPr>
            <w:r w:rsidRPr="00E50110">
              <w:rPr>
                <w:b/>
                <w:i/>
                <w:iCs/>
                <w:color w:val="003B5C"/>
                <w:sz w:val="18"/>
                <w:szCs w:val="20"/>
                <w:lang w:val="es-ES"/>
              </w:rPr>
              <w:t>En caso de no contar con un alcance definido, solicitar al asesor comercial la “Guía para</w:t>
            </w:r>
            <w:r w:rsidRPr="00E50110">
              <w:rPr>
                <w:i/>
                <w:iCs/>
                <w:color w:val="003B5C"/>
                <w:sz w:val="18"/>
                <w:szCs w:val="20"/>
                <w:lang w:val="es-ES"/>
              </w:rPr>
              <w:br/>
            </w:r>
            <w:r w:rsidRPr="00E50110">
              <w:rPr>
                <w:b/>
                <w:i/>
                <w:iCs/>
                <w:color w:val="003B5C"/>
                <w:sz w:val="18"/>
                <w:szCs w:val="20"/>
                <w:lang w:val="es-ES"/>
              </w:rPr>
              <w:t xml:space="preserve">definir el alcance” o descargarse en </w:t>
            </w:r>
            <w:hyperlink r:id="rId10" w:history="1">
              <w:r w:rsidRPr="00E50110">
                <w:rPr>
                  <w:rStyle w:val="Hipervnculo"/>
                  <w:b/>
                  <w:i/>
                  <w:iCs/>
                  <w:sz w:val="18"/>
                  <w:szCs w:val="20"/>
                  <w:lang w:val="es-ES"/>
                </w:rPr>
                <w:t>www.avr.com.mx</w:t>
              </w:r>
            </w:hyperlink>
          </w:p>
        </w:tc>
      </w:tr>
    </w:tbl>
    <w:p w14:paraId="2D2CBBA7" w14:textId="09304E39" w:rsidR="0019057E" w:rsidRPr="00E50110" w:rsidRDefault="008D0CB2" w:rsidP="008D0CB2">
      <w:pPr>
        <w:jc w:val="center"/>
        <w:rPr>
          <w:lang w:val="es-ES"/>
        </w:rPr>
      </w:pPr>
      <w:r w:rsidRPr="00E50110">
        <w:rPr>
          <w:b/>
          <w:color w:val="003B5C"/>
          <w:sz w:val="22"/>
          <w:lang w:val="es-ES"/>
        </w:rPr>
        <w:br/>
        <w:t>2.1 ALCANCE Y SUB-ALCANCES (ORGANIZACIÓN MULTI-SITIO)</w:t>
      </w:r>
    </w:p>
    <w:tbl>
      <w:tblPr>
        <w:tblW w:w="5000" w:type="pct"/>
        <w:jc w:val="center"/>
        <w:tblLayout w:type="fixed"/>
        <w:tblLook w:val="04A0" w:firstRow="1" w:lastRow="0" w:firstColumn="1" w:lastColumn="0" w:noHBand="0" w:noVBand="1"/>
      </w:tblPr>
      <w:tblGrid>
        <w:gridCol w:w="1588"/>
        <w:gridCol w:w="1816"/>
        <w:gridCol w:w="1977"/>
        <w:gridCol w:w="2410"/>
        <w:gridCol w:w="2693"/>
        <w:gridCol w:w="1726"/>
        <w:gridCol w:w="1089"/>
        <w:gridCol w:w="1089"/>
      </w:tblGrid>
      <w:tr w:rsidR="0019057E" w:rsidRPr="00E50110" w14:paraId="44CC2CB9" w14:textId="77777777" w:rsidTr="008D0CB2">
        <w:trPr>
          <w:cantSplit/>
          <w:trHeight w:val="319"/>
          <w:jc w:val="center"/>
        </w:trPr>
        <w:tc>
          <w:tcPr>
            <w:tcW w:w="1588" w:type="dxa"/>
            <w:vMerge w:val="restart"/>
            <w:tcBorders>
              <w:top w:val="single" w:sz="5" w:space="0" w:color="AFC3D6"/>
              <w:left w:val="single" w:sz="5" w:space="0" w:color="AFC3D6"/>
              <w:bottom w:val="single" w:sz="5" w:space="0" w:color="AFC3D6"/>
              <w:right w:val="single" w:sz="5" w:space="0" w:color="AFC3D6"/>
            </w:tcBorders>
            <w:shd w:val="clear" w:color="auto" w:fill="B8CCF0"/>
            <w:tcMar>
              <w:top w:w="22" w:type="dxa"/>
              <w:left w:w="25" w:type="dxa"/>
              <w:bottom w:w="22" w:type="dxa"/>
              <w:right w:w="25" w:type="dxa"/>
            </w:tcMar>
            <w:vAlign w:val="center"/>
          </w:tcPr>
          <w:p w14:paraId="2827B98E" w14:textId="77777777" w:rsidR="0019057E" w:rsidRPr="00E50110" w:rsidRDefault="0019057E">
            <w:pPr>
              <w:spacing w:after="0" w:line="240" w:lineRule="auto"/>
              <w:jc w:val="center"/>
              <w:rPr>
                <w:lang w:val="es-ES"/>
              </w:rPr>
            </w:pPr>
          </w:p>
        </w:tc>
        <w:tc>
          <w:tcPr>
            <w:tcW w:w="1816" w:type="dxa"/>
            <w:vMerge w:val="restart"/>
            <w:tcBorders>
              <w:top w:val="single" w:sz="5" w:space="0" w:color="AFC3D6"/>
              <w:left w:val="single" w:sz="5" w:space="0" w:color="AFC3D6"/>
              <w:bottom w:val="single" w:sz="5" w:space="0" w:color="AFC3D6"/>
              <w:right w:val="single" w:sz="5" w:space="0" w:color="AFC3D6"/>
            </w:tcBorders>
            <w:shd w:val="clear" w:color="auto" w:fill="B8CCF0"/>
            <w:tcMar>
              <w:top w:w="22" w:type="dxa"/>
              <w:left w:w="25" w:type="dxa"/>
              <w:bottom w:w="22" w:type="dxa"/>
              <w:right w:w="25" w:type="dxa"/>
            </w:tcMar>
            <w:vAlign w:val="center"/>
          </w:tcPr>
          <w:p w14:paraId="1706542E" w14:textId="77777777" w:rsidR="0019057E" w:rsidRPr="00E50110" w:rsidRDefault="00000000">
            <w:pPr>
              <w:spacing w:after="0" w:line="240" w:lineRule="auto"/>
              <w:jc w:val="center"/>
              <w:rPr>
                <w:lang w:val="es-ES"/>
              </w:rPr>
            </w:pPr>
            <w:r w:rsidRPr="00E50110">
              <w:rPr>
                <w:b/>
                <w:sz w:val="17"/>
                <w:lang w:val="es-ES"/>
              </w:rPr>
              <w:t>Nombre de sitio</w:t>
            </w:r>
          </w:p>
        </w:tc>
        <w:tc>
          <w:tcPr>
            <w:tcW w:w="1977" w:type="dxa"/>
            <w:vMerge w:val="restart"/>
            <w:tcBorders>
              <w:top w:val="single" w:sz="5" w:space="0" w:color="AFC3D6"/>
              <w:left w:val="single" w:sz="5" w:space="0" w:color="AFC3D6"/>
              <w:bottom w:val="single" w:sz="5" w:space="0" w:color="AFC3D6"/>
              <w:right w:val="single" w:sz="5" w:space="0" w:color="AFC3D6"/>
            </w:tcBorders>
            <w:shd w:val="clear" w:color="auto" w:fill="B8CCF0"/>
            <w:tcMar>
              <w:top w:w="22" w:type="dxa"/>
              <w:left w:w="25" w:type="dxa"/>
              <w:bottom w:w="22" w:type="dxa"/>
              <w:right w:w="25" w:type="dxa"/>
            </w:tcMar>
            <w:vAlign w:val="center"/>
          </w:tcPr>
          <w:p w14:paraId="68D82926" w14:textId="77777777" w:rsidR="0019057E" w:rsidRPr="00E50110" w:rsidRDefault="00000000">
            <w:pPr>
              <w:spacing w:after="0" w:line="240" w:lineRule="auto"/>
              <w:jc w:val="center"/>
              <w:rPr>
                <w:lang w:val="es-ES"/>
              </w:rPr>
            </w:pPr>
            <w:r w:rsidRPr="00E50110">
              <w:rPr>
                <w:b/>
                <w:sz w:val="17"/>
                <w:lang w:val="es-ES"/>
              </w:rPr>
              <w:t>Tipo de sitio</w:t>
            </w:r>
            <w:r w:rsidRPr="00E50110">
              <w:rPr>
                <w:lang w:val="es-ES"/>
              </w:rPr>
              <w:br/>
            </w:r>
            <w:r w:rsidRPr="00E50110">
              <w:rPr>
                <w:b/>
                <w:sz w:val="17"/>
                <w:lang w:val="es-ES"/>
              </w:rPr>
              <w:t>(Permanente,</w:t>
            </w:r>
            <w:r w:rsidRPr="00E50110">
              <w:rPr>
                <w:lang w:val="es-ES"/>
              </w:rPr>
              <w:br/>
            </w:r>
            <w:r w:rsidRPr="00E50110">
              <w:rPr>
                <w:b/>
                <w:sz w:val="17"/>
                <w:lang w:val="es-ES"/>
              </w:rPr>
              <w:t>Temporal, Virtual)</w:t>
            </w:r>
          </w:p>
        </w:tc>
        <w:tc>
          <w:tcPr>
            <w:tcW w:w="2410" w:type="dxa"/>
            <w:vMerge w:val="restart"/>
            <w:tcBorders>
              <w:top w:val="single" w:sz="5" w:space="0" w:color="AFC3D6"/>
              <w:left w:val="single" w:sz="5" w:space="0" w:color="AFC3D6"/>
              <w:bottom w:val="single" w:sz="5" w:space="0" w:color="AFC3D6"/>
              <w:right w:val="single" w:sz="5" w:space="0" w:color="AFC3D6"/>
            </w:tcBorders>
            <w:shd w:val="clear" w:color="auto" w:fill="B8CCF0"/>
            <w:tcMar>
              <w:top w:w="22" w:type="dxa"/>
              <w:left w:w="25" w:type="dxa"/>
              <w:bottom w:w="22" w:type="dxa"/>
              <w:right w:w="25" w:type="dxa"/>
            </w:tcMar>
            <w:vAlign w:val="center"/>
          </w:tcPr>
          <w:p w14:paraId="47AF78BC" w14:textId="77777777" w:rsidR="0019057E" w:rsidRPr="00E50110" w:rsidRDefault="00000000">
            <w:pPr>
              <w:spacing w:after="0" w:line="240" w:lineRule="auto"/>
              <w:jc w:val="center"/>
              <w:rPr>
                <w:lang w:val="es-ES"/>
              </w:rPr>
            </w:pPr>
            <w:r w:rsidRPr="00E50110">
              <w:rPr>
                <w:b/>
                <w:sz w:val="17"/>
                <w:lang w:val="es-ES"/>
              </w:rPr>
              <w:t>Alcance o sub-alcance</w:t>
            </w:r>
          </w:p>
        </w:tc>
        <w:tc>
          <w:tcPr>
            <w:tcW w:w="2693" w:type="dxa"/>
            <w:vMerge w:val="restart"/>
            <w:tcBorders>
              <w:top w:val="single" w:sz="5" w:space="0" w:color="AFC3D6"/>
              <w:left w:val="single" w:sz="5" w:space="0" w:color="AFC3D6"/>
              <w:bottom w:val="single" w:sz="5" w:space="0" w:color="AFC3D6"/>
              <w:right w:val="single" w:sz="5" w:space="0" w:color="AFC3D6"/>
            </w:tcBorders>
            <w:shd w:val="clear" w:color="auto" w:fill="B8CCF0"/>
            <w:tcMar>
              <w:top w:w="22" w:type="dxa"/>
              <w:left w:w="25" w:type="dxa"/>
              <w:bottom w:w="22" w:type="dxa"/>
              <w:right w:w="25" w:type="dxa"/>
            </w:tcMar>
            <w:vAlign w:val="center"/>
          </w:tcPr>
          <w:p w14:paraId="31B7ADA6" w14:textId="77777777" w:rsidR="0019057E" w:rsidRPr="00E50110" w:rsidRDefault="00000000">
            <w:pPr>
              <w:spacing w:after="0" w:line="240" w:lineRule="auto"/>
              <w:jc w:val="center"/>
              <w:rPr>
                <w:lang w:val="es-ES"/>
              </w:rPr>
            </w:pPr>
            <w:r w:rsidRPr="00E50110">
              <w:rPr>
                <w:b/>
                <w:sz w:val="17"/>
                <w:lang w:val="es-ES"/>
              </w:rPr>
              <w:t>Domicilio</w:t>
            </w:r>
          </w:p>
        </w:tc>
        <w:tc>
          <w:tcPr>
            <w:tcW w:w="3904" w:type="dxa"/>
            <w:gridSpan w:val="3"/>
            <w:tcBorders>
              <w:top w:val="single" w:sz="5" w:space="0" w:color="AFC3D6"/>
              <w:left w:val="single" w:sz="5" w:space="0" w:color="AFC3D6"/>
              <w:bottom w:val="single" w:sz="5" w:space="0" w:color="AFC3D6"/>
              <w:right w:val="single" w:sz="5" w:space="0" w:color="AFC3D6"/>
            </w:tcBorders>
            <w:shd w:val="clear" w:color="auto" w:fill="B8CCF0"/>
            <w:tcMar>
              <w:top w:w="35" w:type="dxa"/>
              <w:left w:w="35" w:type="dxa"/>
              <w:bottom w:w="35" w:type="dxa"/>
              <w:right w:w="35" w:type="dxa"/>
            </w:tcMar>
            <w:vAlign w:val="center"/>
          </w:tcPr>
          <w:p w14:paraId="6E8D7B9D" w14:textId="7EACE998" w:rsidR="0019057E" w:rsidRPr="00E50110" w:rsidRDefault="00000000">
            <w:pPr>
              <w:spacing w:after="0" w:line="240" w:lineRule="auto"/>
              <w:jc w:val="center"/>
              <w:rPr>
                <w:lang w:val="es-ES"/>
              </w:rPr>
            </w:pPr>
            <w:r w:rsidRPr="00E50110">
              <w:rPr>
                <w:b/>
                <w:sz w:val="18"/>
                <w:lang w:val="es-ES"/>
              </w:rPr>
              <w:t>Número de personas que ejecutan los controles (SoA)</w:t>
            </w:r>
            <w:r w:rsidR="008D0CB2" w:rsidRPr="00E50110">
              <w:rPr>
                <w:lang w:val="es-ES"/>
              </w:rPr>
              <w:t xml:space="preserve"> </w:t>
            </w:r>
            <w:r w:rsidRPr="00E50110">
              <w:rPr>
                <w:b/>
                <w:sz w:val="18"/>
                <w:lang w:val="es-ES"/>
              </w:rPr>
              <w:t>y se encargan del resguardo</w:t>
            </w:r>
            <w:r w:rsidR="008D0CB2" w:rsidRPr="00E50110">
              <w:rPr>
                <w:lang w:val="es-ES"/>
              </w:rPr>
              <w:t xml:space="preserve"> </w:t>
            </w:r>
            <w:r w:rsidRPr="00E50110">
              <w:rPr>
                <w:b/>
                <w:sz w:val="18"/>
                <w:lang w:val="es-ES"/>
              </w:rPr>
              <w:t>de información</w:t>
            </w:r>
          </w:p>
        </w:tc>
      </w:tr>
      <w:tr w:rsidR="0019057E" w:rsidRPr="00E50110" w14:paraId="2FEA6BDE" w14:textId="77777777" w:rsidTr="008D0CB2">
        <w:trPr>
          <w:cantSplit/>
          <w:trHeight w:val="143"/>
          <w:jc w:val="center"/>
        </w:trPr>
        <w:tc>
          <w:tcPr>
            <w:tcW w:w="1588" w:type="dxa"/>
            <w:vMerge/>
          </w:tcPr>
          <w:p w14:paraId="67DC8441" w14:textId="77777777" w:rsidR="0019057E" w:rsidRPr="00E50110" w:rsidRDefault="0019057E">
            <w:pPr>
              <w:rPr>
                <w:lang w:val="es-ES"/>
              </w:rPr>
            </w:pPr>
          </w:p>
        </w:tc>
        <w:tc>
          <w:tcPr>
            <w:tcW w:w="1816" w:type="dxa"/>
            <w:vMerge/>
          </w:tcPr>
          <w:p w14:paraId="11CAA3A8" w14:textId="77777777" w:rsidR="0019057E" w:rsidRPr="00E50110" w:rsidRDefault="0019057E">
            <w:pPr>
              <w:rPr>
                <w:lang w:val="es-ES"/>
              </w:rPr>
            </w:pPr>
          </w:p>
        </w:tc>
        <w:tc>
          <w:tcPr>
            <w:tcW w:w="1977" w:type="dxa"/>
            <w:vMerge/>
          </w:tcPr>
          <w:p w14:paraId="25F5290B" w14:textId="77777777" w:rsidR="0019057E" w:rsidRPr="00E50110" w:rsidRDefault="0019057E">
            <w:pPr>
              <w:rPr>
                <w:lang w:val="es-ES"/>
              </w:rPr>
            </w:pPr>
          </w:p>
        </w:tc>
        <w:tc>
          <w:tcPr>
            <w:tcW w:w="2410" w:type="dxa"/>
            <w:vMerge/>
          </w:tcPr>
          <w:p w14:paraId="493449A3" w14:textId="77777777" w:rsidR="0019057E" w:rsidRPr="00E50110" w:rsidRDefault="0019057E">
            <w:pPr>
              <w:rPr>
                <w:lang w:val="es-ES"/>
              </w:rPr>
            </w:pPr>
          </w:p>
        </w:tc>
        <w:tc>
          <w:tcPr>
            <w:tcW w:w="2693" w:type="dxa"/>
            <w:vMerge/>
          </w:tcPr>
          <w:p w14:paraId="75F9C65B" w14:textId="77777777" w:rsidR="0019057E" w:rsidRPr="00E50110" w:rsidRDefault="0019057E">
            <w:pPr>
              <w:rPr>
                <w:lang w:val="es-ES"/>
              </w:rPr>
            </w:pPr>
          </w:p>
        </w:tc>
        <w:tc>
          <w:tcPr>
            <w:tcW w:w="1726" w:type="dxa"/>
            <w:tcBorders>
              <w:top w:val="single" w:sz="5" w:space="0" w:color="AFC3D6"/>
              <w:left w:val="single" w:sz="5" w:space="0" w:color="AFC3D6"/>
              <w:bottom w:val="single" w:sz="5" w:space="0" w:color="AFC3D6"/>
              <w:right w:val="single" w:sz="5" w:space="0" w:color="AFC3D6"/>
            </w:tcBorders>
            <w:shd w:val="clear" w:color="auto" w:fill="B8CCF0"/>
            <w:tcMar>
              <w:top w:w="20" w:type="dxa"/>
              <w:left w:w="15" w:type="dxa"/>
              <w:bottom w:w="20" w:type="dxa"/>
              <w:right w:w="15" w:type="dxa"/>
            </w:tcMar>
            <w:vAlign w:val="center"/>
          </w:tcPr>
          <w:p w14:paraId="0A3B9097" w14:textId="77777777" w:rsidR="0019057E" w:rsidRPr="00E50110" w:rsidRDefault="00000000">
            <w:pPr>
              <w:spacing w:after="0" w:line="240" w:lineRule="auto"/>
              <w:jc w:val="center"/>
              <w:rPr>
                <w:lang w:val="es-ES"/>
              </w:rPr>
            </w:pPr>
            <w:r w:rsidRPr="00E50110">
              <w:rPr>
                <w:b/>
                <w:sz w:val="18"/>
                <w:lang w:val="es-ES"/>
              </w:rPr>
              <w:t>Turno</w:t>
            </w:r>
          </w:p>
        </w:tc>
        <w:tc>
          <w:tcPr>
            <w:tcW w:w="1089" w:type="dxa"/>
            <w:tcBorders>
              <w:top w:val="single" w:sz="5" w:space="0" w:color="AFC3D6"/>
              <w:left w:val="single" w:sz="5" w:space="0" w:color="AFC3D6"/>
              <w:bottom w:val="single" w:sz="5" w:space="0" w:color="AFC3D6"/>
              <w:right w:val="single" w:sz="5" w:space="0" w:color="AFC3D6"/>
            </w:tcBorders>
            <w:shd w:val="clear" w:color="auto" w:fill="B8CCF0"/>
            <w:tcMar>
              <w:top w:w="20" w:type="dxa"/>
              <w:left w:w="15" w:type="dxa"/>
              <w:bottom w:w="20" w:type="dxa"/>
              <w:right w:w="15" w:type="dxa"/>
            </w:tcMar>
            <w:vAlign w:val="center"/>
          </w:tcPr>
          <w:p w14:paraId="2A26AA54" w14:textId="77777777" w:rsidR="0019057E" w:rsidRPr="00E50110" w:rsidRDefault="00000000">
            <w:pPr>
              <w:spacing w:after="0" w:line="240" w:lineRule="auto"/>
              <w:jc w:val="center"/>
              <w:rPr>
                <w:lang w:val="es-ES"/>
              </w:rPr>
            </w:pPr>
            <w:r w:rsidRPr="00E50110">
              <w:rPr>
                <w:b/>
                <w:sz w:val="18"/>
                <w:lang w:val="es-ES"/>
              </w:rPr>
              <w:t>Turno</w:t>
            </w:r>
          </w:p>
        </w:tc>
        <w:tc>
          <w:tcPr>
            <w:tcW w:w="1089" w:type="dxa"/>
            <w:tcBorders>
              <w:top w:val="single" w:sz="5" w:space="0" w:color="AFC3D6"/>
              <w:left w:val="single" w:sz="5" w:space="0" w:color="AFC3D6"/>
              <w:bottom w:val="single" w:sz="5" w:space="0" w:color="AFC3D6"/>
              <w:right w:val="single" w:sz="5" w:space="0" w:color="AFC3D6"/>
            </w:tcBorders>
            <w:shd w:val="clear" w:color="auto" w:fill="B8CCF0"/>
            <w:tcMar>
              <w:top w:w="20" w:type="dxa"/>
              <w:left w:w="15" w:type="dxa"/>
              <w:bottom w:w="20" w:type="dxa"/>
              <w:right w:w="15" w:type="dxa"/>
            </w:tcMar>
            <w:vAlign w:val="center"/>
          </w:tcPr>
          <w:p w14:paraId="28611835" w14:textId="77777777" w:rsidR="0019057E" w:rsidRPr="00E50110" w:rsidRDefault="00000000">
            <w:pPr>
              <w:spacing w:after="0" w:line="240" w:lineRule="auto"/>
              <w:jc w:val="center"/>
              <w:rPr>
                <w:lang w:val="es-ES"/>
              </w:rPr>
            </w:pPr>
            <w:r w:rsidRPr="00E50110">
              <w:rPr>
                <w:b/>
                <w:sz w:val="18"/>
                <w:lang w:val="es-ES"/>
              </w:rPr>
              <w:t>Turno</w:t>
            </w:r>
          </w:p>
        </w:tc>
      </w:tr>
      <w:tr w:rsidR="0019057E" w:rsidRPr="00E50110" w14:paraId="1F9B65E9" w14:textId="77777777" w:rsidTr="008D0CB2">
        <w:trPr>
          <w:cantSplit/>
          <w:trHeight w:val="70"/>
          <w:jc w:val="center"/>
        </w:trPr>
        <w:tc>
          <w:tcPr>
            <w:tcW w:w="1588" w:type="dxa"/>
            <w:tcBorders>
              <w:top w:val="single" w:sz="5" w:space="0" w:color="AFC3D6"/>
              <w:left w:val="single" w:sz="5" w:space="0" w:color="AFC3D6"/>
              <w:bottom w:val="single" w:sz="5" w:space="0" w:color="AFC3D6"/>
              <w:right w:val="single" w:sz="5" w:space="0" w:color="AFC3D6"/>
            </w:tcBorders>
            <w:shd w:val="clear" w:color="auto" w:fill="9CB8EB"/>
            <w:tcMar>
              <w:top w:w="20" w:type="dxa"/>
              <w:left w:w="25" w:type="dxa"/>
              <w:bottom w:w="20" w:type="dxa"/>
              <w:right w:w="25" w:type="dxa"/>
            </w:tcMar>
            <w:vAlign w:val="center"/>
          </w:tcPr>
          <w:p w14:paraId="4F38E97B" w14:textId="69335A0E" w:rsidR="0019057E" w:rsidRPr="00E50110" w:rsidRDefault="00000000">
            <w:pPr>
              <w:spacing w:after="0" w:line="240" w:lineRule="auto"/>
              <w:rPr>
                <w:lang w:val="es-ES"/>
              </w:rPr>
            </w:pPr>
            <w:r w:rsidRPr="00E50110">
              <w:rPr>
                <w:b/>
                <w:color w:val="003B5C"/>
                <w:lang w:val="es-ES"/>
              </w:rPr>
              <w:t>Función</w:t>
            </w:r>
            <w:r w:rsidR="008D0CB2" w:rsidRPr="00E50110">
              <w:rPr>
                <w:lang w:val="es-ES"/>
              </w:rPr>
              <w:t xml:space="preserve"> </w:t>
            </w:r>
            <w:r w:rsidRPr="00E50110">
              <w:rPr>
                <w:b/>
                <w:color w:val="003B5C"/>
                <w:lang w:val="es-ES"/>
              </w:rPr>
              <w:t>Central</w:t>
            </w:r>
          </w:p>
        </w:tc>
        <w:tc>
          <w:tcPr>
            <w:tcW w:w="1816" w:type="dxa"/>
            <w:tcBorders>
              <w:top w:val="single" w:sz="5" w:space="0" w:color="AFC3D6"/>
              <w:left w:val="single" w:sz="5" w:space="0" w:color="AFC3D6"/>
              <w:bottom w:val="single" w:sz="5" w:space="0" w:color="AFC3D6"/>
              <w:right w:val="single" w:sz="5" w:space="0" w:color="AFC3D6"/>
            </w:tcBorders>
            <w:shd w:val="clear" w:color="auto" w:fill="FFFFFF"/>
            <w:tcMar>
              <w:top w:w="20" w:type="dxa"/>
              <w:left w:w="25" w:type="dxa"/>
              <w:bottom w:w="20" w:type="dxa"/>
              <w:right w:w="25" w:type="dxa"/>
            </w:tcMar>
            <w:vAlign w:val="center"/>
          </w:tcPr>
          <w:p w14:paraId="5561F89C" w14:textId="77777777" w:rsidR="0019057E" w:rsidRPr="00E50110" w:rsidRDefault="0019057E">
            <w:pPr>
              <w:spacing w:after="0" w:line="240" w:lineRule="auto"/>
              <w:rPr>
                <w:lang w:val="es-ES"/>
              </w:rPr>
            </w:pPr>
          </w:p>
        </w:tc>
        <w:tc>
          <w:tcPr>
            <w:tcW w:w="1977" w:type="dxa"/>
            <w:tcBorders>
              <w:top w:val="single" w:sz="5" w:space="0" w:color="AFC3D6"/>
              <w:left w:val="single" w:sz="5" w:space="0" w:color="AFC3D6"/>
              <w:bottom w:val="single" w:sz="5" w:space="0" w:color="AFC3D6"/>
              <w:right w:val="single" w:sz="5" w:space="0" w:color="AFC3D6"/>
            </w:tcBorders>
            <w:shd w:val="clear" w:color="auto" w:fill="FFFFFF"/>
            <w:tcMar>
              <w:top w:w="20" w:type="dxa"/>
              <w:left w:w="25" w:type="dxa"/>
              <w:bottom w:w="20" w:type="dxa"/>
              <w:right w:w="25" w:type="dxa"/>
            </w:tcMar>
            <w:vAlign w:val="center"/>
          </w:tcPr>
          <w:p w14:paraId="2A8B6C37" w14:textId="77777777" w:rsidR="0019057E" w:rsidRPr="00E50110" w:rsidRDefault="0019057E">
            <w:pPr>
              <w:spacing w:after="0" w:line="240" w:lineRule="auto"/>
              <w:rPr>
                <w:lang w:val="es-ES"/>
              </w:rPr>
            </w:pPr>
          </w:p>
        </w:tc>
        <w:tc>
          <w:tcPr>
            <w:tcW w:w="2410" w:type="dxa"/>
            <w:tcBorders>
              <w:top w:val="single" w:sz="5" w:space="0" w:color="AFC3D6"/>
              <w:left w:val="single" w:sz="5" w:space="0" w:color="AFC3D6"/>
              <w:bottom w:val="single" w:sz="5" w:space="0" w:color="AFC3D6"/>
              <w:right w:val="single" w:sz="5" w:space="0" w:color="AFC3D6"/>
            </w:tcBorders>
            <w:shd w:val="clear" w:color="auto" w:fill="FFFFFF"/>
            <w:tcMar>
              <w:top w:w="20" w:type="dxa"/>
              <w:left w:w="25" w:type="dxa"/>
              <w:bottom w:w="20" w:type="dxa"/>
              <w:right w:w="25" w:type="dxa"/>
            </w:tcMar>
            <w:vAlign w:val="center"/>
          </w:tcPr>
          <w:p w14:paraId="41C330E7" w14:textId="77777777" w:rsidR="0019057E" w:rsidRPr="00E50110" w:rsidRDefault="0019057E">
            <w:pPr>
              <w:spacing w:after="0" w:line="240" w:lineRule="auto"/>
              <w:rPr>
                <w:lang w:val="es-ES"/>
              </w:rPr>
            </w:pPr>
          </w:p>
        </w:tc>
        <w:tc>
          <w:tcPr>
            <w:tcW w:w="2693" w:type="dxa"/>
            <w:tcBorders>
              <w:top w:val="single" w:sz="5" w:space="0" w:color="AFC3D6"/>
              <w:left w:val="single" w:sz="5" w:space="0" w:color="AFC3D6"/>
              <w:bottom w:val="single" w:sz="5" w:space="0" w:color="AFC3D6"/>
              <w:right w:val="single" w:sz="5" w:space="0" w:color="AFC3D6"/>
            </w:tcBorders>
            <w:shd w:val="clear" w:color="auto" w:fill="FFFFFF"/>
            <w:tcMar>
              <w:top w:w="20" w:type="dxa"/>
              <w:left w:w="25" w:type="dxa"/>
              <w:bottom w:w="20" w:type="dxa"/>
              <w:right w:w="25" w:type="dxa"/>
            </w:tcMar>
            <w:vAlign w:val="center"/>
          </w:tcPr>
          <w:p w14:paraId="7837ED39" w14:textId="77777777" w:rsidR="0019057E" w:rsidRPr="00E50110" w:rsidRDefault="0019057E">
            <w:pPr>
              <w:spacing w:after="0" w:line="240" w:lineRule="auto"/>
              <w:rPr>
                <w:lang w:val="es-ES"/>
              </w:rPr>
            </w:pPr>
          </w:p>
        </w:tc>
        <w:tc>
          <w:tcPr>
            <w:tcW w:w="1726" w:type="dxa"/>
            <w:tcBorders>
              <w:top w:val="single" w:sz="5" w:space="0" w:color="AFC3D6"/>
              <w:left w:val="single" w:sz="5" w:space="0" w:color="AFC3D6"/>
              <w:bottom w:val="single" w:sz="5" w:space="0" w:color="AFC3D6"/>
              <w:right w:val="single" w:sz="5" w:space="0" w:color="AFC3D6"/>
            </w:tcBorders>
            <w:shd w:val="clear" w:color="auto" w:fill="FFFFFF"/>
            <w:tcMar>
              <w:top w:w="20" w:type="dxa"/>
              <w:left w:w="25" w:type="dxa"/>
              <w:bottom w:w="20" w:type="dxa"/>
              <w:right w:w="25" w:type="dxa"/>
            </w:tcMar>
            <w:vAlign w:val="center"/>
          </w:tcPr>
          <w:p w14:paraId="1494A5B6" w14:textId="77777777" w:rsidR="0019057E" w:rsidRPr="00E50110" w:rsidRDefault="0019057E">
            <w:pPr>
              <w:spacing w:after="0" w:line="240" w:lineRule="auto"/>
              <w:rPr>
                <w:lang w:val="es-ES"/>
              </w:rPr>
            </w:pPr>
          </w:p>
        </w:tc>
        <w:tc>
          <w:tcPr>
            <w:tcW w:w="1089" w:type="dxa"/>
            <w:tcBorders>
              <w:top w:val="single" w:sz="5" w:space="0" w:color="AFC3D6"/>
              <w:left w:val="single" w:sz="5" w:space="0" w:color="AFC3D6"/>
              <w:bottom w:val="single" w:sz="5" w:space="0" w:color="AFC3D6"/>
              <w:right w:val="single" w:sz="5" w:space="0" w:color="AFC3D6"/>
            </w:tcBorders>
            <w:shd w:val="clear" w:color="auto" w:fill="FFFFFF"/>
            <w:tcMar>
              <w:top w:w="20" w:type="dxa"/>
              <w:left w:w="25" w:type="dxa"/>
              <w:bottom w:w="20" w:type="dxa"/>
              <w:right w:w="25" w:type="dxa"/>
            </w:tcMar>
            <w:vAlign w:val="center"/>
          </w:tcPr>
          <w:p w14:paraId="25A5F04A" w14:textId="77777777" w:rsidR="0019057E" w:rsidRPr="00E50110" w:rsidRDefault="0019057E">
            <w:pPr>
              <w:spacing w:after="0" w:line="240" w:lineRule="auto"/>
              <w:rPr>
                <w:lang w:val="es-ES"/>
              </w:rPr>
            </w:pPr>
          </w:p>
        </w:tc>
        <w:tc>
          <w:tcPr>
            <w:tcW w:w="1089" w:type="dxa"/>
            <w:tcBorders>
              <w:top w:val="single" w:sz="5" w:space="0" w:color="AFC3D6"/>
              <w:left w:val="single" w:sz="5" w:space="0" w:color="AFC3D6"/>
              <w:bottom w:val="single" w:sz="5" w:space="0" w:color="AFC3D6"/>
              <w:right w:val="single" w:sz="5" w:space="0" w:color="AFC3D6"/>
            </w:tcBorders>
            <w:shd w:val="clear" w:color="auto" w:fill="FFFFFF"/>
            <w:tcMar>
              <w:top w:w="20" w:type="dxa"/>
              <w:left w:w="25" w:type="dxa"/>
              <w:bottom w:w="20" w:type="dxa"/>
              <w:right w:w="25" w:type="dxa"/>
            </w:tcMar>
            <w:vAlign w:val="center"/>
          </w:tcPr>
          <w:p w14:paraId="6A00110F" w14:textId="77777777" w:rsidR="0019057E" w:rsidRPr="00E50110" w:rsidRDefault="0019057E">
            <w:pPr>
              <w:spacing w:after="0" w:line="240" w:lineRule="auto"/>
              <w:rPr>
                <w:lang w:val="es-ES"/>
              </w:rPr>
            </w:pPr>
          </w:p>
        </w:tc>
      </w:tr>
      <w:tr w:rsidR="0019057E" w:rsidRPr="00E50110" w14:paraId="32792D3F" w14:textId="77777777" w:rsidTr="008D0CB2">
        <w:trPr>
          <w:cantSplit/>
          <w:trHeight w:val="276"/>
          <w:jc w:val="center"/>
        </w:trPr>
        <w:tc>
          <w:tcPr>
            <w:tcW w:w="1588" w:type="dxa"/>
            <w:tcBorders>
              <w:top w:val="single" w:sz="5" w:space="0" w:color="AFC3D6"/>
              <w:left w:val="single" w:sz="5" w:space="0" w:color="AFC3D6"/>
              <w:bottom w:val="single" w:sz="5" w:space="0" w:color="AFC3D6"/>
              <w:right w:val="single" w:sz="5" w:space="0" w:color="AFC3D6"/>
            </w:tcBorders>
            <w:shd w:val="clear" w:color="auto" w:fill="9CB8EB"/>
            <w:tcMar>
              <w:top w:w="20" w:type="dxa"/>
              <w:left w:w="25" w:type="dxa"/>
              <w:bottom w:w="20" w:type="dxa"/>
              <w:right w:w="25" w:type="dxa"/>
            </w:tcMar>
            <w:vAlign w:val="center"/>
          </w:tcPr>
          <w:p w14:paraId="27A15FFB" w14:textId="77777777" w:rsidR="0019057E" w:rsidRPr="00E50110" w:rsidRDefault="00000000">
            <w:pPr>
              <w:spacing w:after="0" w:line="240" w:lineRule="auto"/>
              <w:rPr>
                <w:lang w:val="es-ES"/>
              </w:rPr>
            </w:pPr>
            <w:r w:rsidRPr="00E50110">
              <w:rPr>
                <w:b/>
                <w:color w:val="003B5C"/>
                <w:lang w:val="es-ES"/>
              </w:rPr>
              <w:t>Sitio 1</w:t>
            </w:r>
          </w:p>
        </w:tc>
        <w:tc>
          <w:tcPr>
            <w:tcW w:w="1816" w:type="dxa"/>
            <w:tcBorders>
              <w:top w:val="single" w:sz="5" w:space="0" w:color="AFC3D6"/>
              <w:left w:val="single" w:sz="5" w:space="0" w:color="AFC3D6"/>
              <w:bottom w:val="single" w:sz="5" w:space="0" w:color="AFC3D6"/>
              <w:right w:val="single" w:sz="5" w:space="0" w:color="AFC3D6"/>
            </w:tcBorders>
            <w:shd w:val="clear" w:color="auto" w:fill="FFFFFF"/>
            <w:tcMar>
              <w:top w:w="20" w:type="dxa"/>
              <w:left w:w="25" w:type="dxa"/>
              <w:bottom w:w="20" w:type="dxa"/>
              <w:right w:w="25" w:type="dxa"/>
            </w:tcMar>
            <w:vAlign w:val="center"/>
          </w:tcPr>
          <w:p w14:paraId="74EBECD5" w14:textId="77777777" w:rsidR="0019057E" w:rsidRPr="00E50110" w:rsidRDefault="0019057E">
            <w:pPr>
              <w:spacing w:after="0" w:line="240" w:lineRule="auto"/>
              <w:rPr>
                <w:lang w:val="es-ES"/>
              </w:rPr>
            </w:pPr>
          </w:p>
        </w:tc>
        <w:tc>
          <w:tcPr>
            <w:tcW w:w="1977" w:type="dxa"/>
            <w:tcBorders>
              <w:top w:val="single" w:sz="5" w:space="0" w:color="AFC3D6"/>
              <w:left w:val="single" w:sz="5" w:space="0" w:color="AFC3D6"/>
              <w:bottom w:val="single" w:sz="5" w:space="0" w:color="AFC3D6"/>
              <w:right w:val="single" w:sz="5" w:space="0" w:color="AFC3D6"/>
            </w:tcBorders>
            <w:shd w:val="clear" w:color="auto" w:fill="FFFFFF"/>
            <w:tcMar>
              <w:top w:w="20" w:type="dxa"/>
              <w:left w:w="25" w:type="dxa"/>
              <w:bottom w:w="20" w:type="dxa"/>
              <w:right w:w="25" w:type="dxa"/>
            </w:tcMar>
            <w:vAlign w:val="center"/>
          </w:tcPr>
          <w:p w14:paraId="19E9A09E" w14:textId="77777777" w:rsidR="0019057E" w:rsidRPr="00E50110" w:rsidRDefault="0019057E">
            <w:pPr>
              <w:spacing w:after="0" w:line="240" w:lineRule="auto"/>
              <w:rPr>
                <w:lang w:val="es-ES"/>
              </w:rPr>
            </w:pPr>
          </w:p>
        </w:tc>
        <w:tc>
          <w:tcPr>
            <w:tcW w:w="2410" w:type="dxa"/>
            <w:tcBorders>
              <w:top w:val="single" w:sz="5" w:space="0" w:color="AFC3D6"/>
              <w:left w:val="single" w:sz="5" w:space="0" w:color="AFC3D6"/>
              <w:bottom w:val="single" w:sz="5" w:space="0" w:color="AFC3D6"/>
              <w:right w:val="single" w:sz="5" w:space="0" w:color="AFC3D6"/>
            </w:tcBorders>
            <w:shd w:val="clear" w:color="auto" w:fill="FFFFFF"/>
            <w:tcMar>
              <w:top w:w="20" w:type="dxa"/>
              <w:left w:w="25" w:type="dxa"/>
              <w:bottom w:w="20" w:type="dxa"/>
              <w:right w:w="25" w:type="dxa"/>
            </w:tcMar>
            <w:vAlign w:val="center"/>
          </w:tcPr>
          <w:p w14:paraId="32C37CFB" w14:textId="77777777" w:rsidR="0019057E" w:rsidRPr="00E50110" w:rsidRDefault="0019057E">
            <w:pPr>
              <w:spacing w:after="0" w:line="240" w:lineRule="auto"/>
              <w:rPr>
                <w:lang w:val="es-ES"/>
              </w:rPr>
            </w:pPr>
          </w:p>
        </w:tc>
        <w:tc>
          <w:tcPr>
            <w:tcW w:w="2693" w:type="dxa"/>
            <w:tcBorders>
              <w:top w:val="single" w:sz="5" w:space="0" w:color="AFC3D6"/>
              <w:left w:val="single" w:sz="5" w:space="0" w:color="AFC3D6"/>
              <w:bottom w:val="single" w:sz="5" w:space="0" w:color="AFC3D6"/>
              <w:right w:val="single" w:sz="5" w:space="0" w:color="AFC3D6"/>
            </w:tcBorders>
            <w:shd w:val="clear" w:color="auto" w:fill="FFFFFF"/>
            <w:tcMar>
              <w:top w:w="20" w:type="dxa"/>
              <w:left w:w="25" w:type="dxa"/>
              <w:bottom w:w="20" w:type="dxa"/>
              <w:right w:w="25" w:type="dxa"/>
            </w:tcMar>
            <w:vAlign w:val="center"/>
          </w:tcPr>
          <w:p w14:paraId="109E69C6" w14:textId="77777777" w:rsidR="0019057E" w:rsidRPr="00E50110" w:rsidRDefault="0019057E">
            <w:pPr>
              <w:spacing w:after="0" w:line="240" w:lineRule="auto"/>
              <w:rPr>
                <w:lang w:val="es-ES"/>
              </w:rPr>
            </w:pPr>
          </w:p>
        </w:tc>
        <w:tc>
          <w:tcPr>
            <w:tcW w:w="1726" w:type="dxa"/>
            <w:tcBorders>
              <w:top w:val="single" w:sz="5" w:space="0" w:color="AFC3D6"/>
              <w:left w:val="single" w:sz="5" w:space="0" w:color="AFC3D6"/>
              <w:bottom w:val="single" w:sz="5" w:space="0" w:color="AFC3D6"/>
              <w:right w:val="single" w:sz="5" w:space="0" w:color="AFC3D6"/>
            </w:tcBorders>
            <w:shd w:val="clear" w:color="auto" w:fill="FFFFFF"/>
            <w:tcMar>
              <w:top w:w="20" w:type="dxa"/>
              <w:left w:w="25" w:type="dxa"/>
              <w:bottom w:w="20" w:type="dxa"/>
              <w:right w:w="25" w:type="dxa"/>
            </w:tcMar>
            <w:vAlign w:val="center"/>
          </w:tcPr>
          <w:p w14:paraId="284C9A70" w14:textId="77777777" w:rsidR="0019057E" w:rsidRPr="00E50110" w:rsidRDefault="0019057E">
            <w:pPr>
              <w:spacing w:after="0" w:line="240" w:lineRule="auto"/>
              <w:rPr>
                <w:lang w:val="es-ES"/>
              </w:rPr>
            </w:pPr>
          </w:p>
        </w:tc>
        <w:tc>
          <w:tcPr>
            <w:tcW w:w="1089" w:type="dxa"/>
            <w:tcBorders>
              <w:top w:val="single" w:sz="5" w:space="0" w:color="AFC3D6"/>
              <w:left w:val="single" w:sz="5" w:space="0" w:color="AFC3D6"/>
              <w:bottom w:val="single" w:sz="5" w:space="0" w:color="AFC3D6"/>
              <w:right w:val="single" w:sz="5" w:space="0" w:color="AFC3D6"/>
            </w:tcBorders>
            <w:shd w:val="clear" w:color="auto" w:fill="FFFFFF"/>
            <w:tcMar>
              <w:top w:w="20" w:type="dxa"/>
              <w:left w:w="25" w:type="dxa"/>
              <w:bottom w:w="20" w:type="dxa"/>
              <w:right w:w="25" w:type="dxa"/>
            </w:tcMar>
            <w:vAlign w:val="center"/>
          </w:tcPr>
          <w:p w14:paraId="1DCD756F" w14:textId="77777777" w:rsidR="0019057E" w:rsidRPr="00E50110" w:rsidRDefault="0019057E">
            <w:pPr>
              <w:spacing w:after="0" w:line="240" w:lineRule="auto"/>
              <w:rPr>
                <w:lang w:val="es-ES"/>
              </w:rPr>
            </w:pPr>
          </w:p>
        </w:tc>
        <w:tc>
          <w:tcPr>
            <w:tcW w:w="1089" w:type="dxa"/>
            <w:tcBorders>
              <w:top w:val="single" w:sz="5" w:space="0" w:color="AFC3D6"/>
              <w:left w:val="single" w:sz="5" w:space="0" w:color="AFC3D6"/>
              <w:bottom w:val="single" w:sz="5" w:space="0" w:color="AFC3D6"/>
              <w:right w:val="single" w:sz="5" w:space="0" w:color="AFC3D6"/>
            </w:tcBorders>
            <w:shd w:val="clear" w:color="auto" w:fill="FFFFFF"/>
            <w:tcMar>
              <w:top w:w="20" w:type="dxa"/>
              <w:left w:w="25" w:type="dxa"/>
              <w:bottom w:w="20" w:type="dxa"/>
              <w:right w:w="25" w:type="dxa"/>
            </w:tcMar>
            <w:vAlign w:val="center"/>
          </w:tcPr>
          <w:p w14:paraId="6E1EE662" w14:textId="77777777" w:rsidR="0019057E" w:rsidRPr="00E50110" w:rsidRDefault="0019057E">
            <w:pPr>
              <w:spacing w:after="0" w:line="240" w:lineRule="auto"/>
              <w:rPr>
                <w:lang w:val="es-ES"/>
              </w:rPr>
            </w:pPr>
          </w:p>
        </w:tc>
      </w:tr>
      <w:tr w:rsidR="0019057E" w:rsidRPr="00E50110" w14:paraId="62819919" w14:textId="77777777" w:rsidTr="008D0CB2">
        <w:trPr>
          <w:cantSplit/>
          <w:trHeight w:val="237"/>
          <w:jc w:val="center"/>
        </w:trPr>
        <w:tc>
          <w:tcPr>
            <w:tcW w:w="1588" w:type="dxa"/>
            <w:tcBorders>
              <w:top w:val="single" w:sz="5" w:space="0" w:color="AFC3D6"/>
              <w:left w:val="single" w:sz="5" w:space="0" w:color="AFC3D6"/>
              <w:bottom w:val="single" w:sz="5" w:space="0" w:color="AFC3D6"/>
              <w:right w:val="single" w:sz="5" w:space="0" w:color="AFC3D6"/>
            </w:tcBorders>
            <w:shd w:val="clear" w:color="auto" w:fill="9CB8EB"/>
            <w:tcMar>
              <w:top w:w="20" w:type="dxa"/>
              <w:left w:w="25" w:type="dxa"/>
              <w:bottom w:w="20" w:type="dxa"/>
              <w:right w:w="25" w:type="dxa"/>
            </w:tcMar>
            <w:vAlign w:val="center"/>
          </w:tcPr>
          <w:p w14:paraId="6DC9963C" w14:textId="77777777" w:rsidR="0019057E" w:rsidRPr="00E50110" w:rsidRDefault="00000000">
            <w:pPr>
              <w:spacing w:after="0" w:line="240" w:lineRule="auto"/>
              <w:rPr>
                <w:lang w:val="es-ES"/>
              </w:rPr>
            </w:pPr>
            <w:r w:rsidRPr="00E50110">
              <w:rPr>
                <w:b/>
                <w:color w:val="003B5C"/>
                <w:lang w:val="es-ES"/>
              </w:rPr>
              <w:t>Sitio 2</w:t>
            </w:r>
          </w:p>
        </w:tc>
        <w:tc>
          <w:tcPr>
            <w:tcW w:w="1816" w:type="dxa"/>
            <w:tcBorders>
              <w:top w:val="single" w:sz="5" w:space="0" w:color="AFC3D6"/>
              <w:left w:val="single" w:sz="5" w:space="0" w:color="AFC3D6"/>
              <w:bottom w:val="single" w:sz="5" w:space="0" w:color="AFC3D6"/>
              <w:right w:val="single" w:sz="5" w:space="0" w:color="AFC3D6"/>
            </w:tcBorders>
            <w:shd w:val="clear" w:color="auto" w:fill="FFFFFF"/>
            <w:tcMar>
              <w:top w:w="20" w:type="dxa"/>
              <w:left w:w="25" w:type="dxa"/>
              <w:bottom w:w="20" w:type="dxa"/>
              <w:right w:w="25" w:type="dxa"/>
            </w:tcMar>
            <w:vAlign w:val="center"/>
          </w:tcPr>
          <w:p w14:paraId="69957F85" w14:textId="77777777" w:rsidR="0019057E" w:rsidRPr="00E50110" w:rsidRDefault="0019057E">
            <w:pPr>
              <w:spacing w:after="0" w:line="240" w:lineRule="auto"/>
              <w:rPr>
                <w:lang w:val="es-ES"/>
              </w:rPr>
            </w:pPr>
          </w:p>
        </w:tc>
        <w:tc>
          <w:tcPr>
            <w:tcW w:w="1977" w:type="dxa"/>
            <w:tcBorders>
              <w:top w:val="single" w:sz="5" w:space="0" w:color="AFC3D6"/>
              <w:left w:val="single" w:sz="5" w:space="0" w:color="AFC3D6"/>
              <w:bottom w:val="single" w:sz="5" w:space="0" w:color="AFC3D6"/>
              <w:right w:val="single" w:sz="5" w:space="0" w:color="AFC3D6"/>
            </w:tcBorders>
            <w:shd w:val="clear" w:color="auto" w:fill="FFFFFF"/>
            <w:tcMar>
              <w:top w:w="20" w:type="dxa"/>
              <w:left w:w="25" w:type="dxa"/>
              <w:bottom w:w="20" w:type="dxa"/>
              <w:right w:w="25" w:type="dxa"/>
            </w:tcMar>
            <w:vAlign w:val="center"/>
          </w:tcPr>
          <w:p w14:paraId="2749F7BF" w14:textId="77777777" w:rsidR="0019057E" w:rsidRPr="00E50110" w:rsidRDefault="0019057E">
            <w:pPr>
              <w:spacing w:after="0" w:line="240" w:lineRule="auto"/>
              <w:rPr>
                <w:lang w:val="es-ES"/>
              </w:rPr>
            </w:pPr>
          </w:p>
        </w:tc>
        <w:tc>
          <w:tcPr>
            <w:tcW w:w="2410" w:type="dxa"/>
            <w:tcBorders>
              <w:top w:val="single" w:sz="5" w:space="0" w:color="AFC3D6"/>
              <w:left w:val="single" w:sz="5" w:space="0" w:color="AFC3D6"/>
              <w:bottom w:val="single" w:sz="5" w:space="0" w:color="AFC3D6"/>
              <w:right w:val="single" w:sz="5" w:space="0" w:color="AFC3D6"/>
            </w:tcBorders>
            <w:shd w:val="clear" w:color="auto" w:fill="FFFFFF"/>
            <w:tcMar>
              <w:top w:w="20" w:type="dxa"/>
              <w:left w:w="25" w:type="dxa"/>
              <w:bottom w:w="20" w:type="dxa"/>
              <w:right w:w="25" w:type="dxa"/>
            </w:tcMar>
            <w:vAlign w:val="center"/>
          </w:tcPr>
          <w:p w14:paraId="5BB2197A" w14:textId="77777777" w:rsidR="0019057E" w:rsidRPr="00E50110" w:rsidRDefault="0019057E">
            <w:pPr>
              <w:spacing w:after="0" w:line="240" w:lineRule="auto"/>
              <w:rPr>
                <w:lang w:val="es-ES"/>
              </w:rPr>
            </w:pPr>
          </w:p>
        </w:tc>
        <w:tc>
          <w:tcPr>
            <w:tcW w:w="2693" w:type="dxa"/>
            <w:tcBorders>
              <w:top w:val="single" w:sz="5" w:space="0" w:color="AFC3D6"/>
              <w:left w:val="single" w:sz="5" w:space="0" w:color="AFC3D6"/>
              <w:bottom w:val="single" w:sz="5" w:space="0" w:color="AFC3D6"/>
              <w:right w:val="single" w:sz="5" w:space="0" w:color="AFC3D6"/>
            </w:tcBorders>
            <w:shd w:val="clear" w:color="auto" w:fill="FFFFFF"/>
            <w:tcMar>
              <w:top w:w="20" w:type="dxa"/>
              <w:left w:w="25" w:type="dxa"/>
              <w:bottom w:w="20" w:type="dxa"/>
              <w:right w:w="25" w:type="dxa"/>
            </w:tcMar>
            <w:vAlign w:val="center"/>
          </w:tcPr>
          <w:p w14:paraId="5A8834E9" w14:textId="77777777" w:rsidR="0019057E" w:rsidRPr="00E50110" w:rsidRDefault="0019057E">
            <w:pPr>
              <w:spacing w:after="0" w:line="240" w:lineRule="auto"/>
              <w:rPr>
                <w:lang w:val="es-ES"/>
              </w:rPr>
            </w:pPr>
          </w:p>
        </w:tc>
        <w:tc>
          <w:tcPr>
            <w:tcW w:w="1726" w:type="dxa"/>
            <w:tcBorders>
              <w:top w:val="single" w:sz="5" w:space="0" w:color="AFC3D6"/>
              <w:left w:val="single" w:sz="5" w:space="0" w:color="AFC3D6"/>
              <w:bottom w:val="single" w:sz="5" w:space="0" w:color="AFC3D6"/>
              <w:right w:val="single" w:sz="5" w:space="0" w:color="AFC3D6"/>
            </w:tcBorders>
            <w:shd w:val="clear" w:color="auto" w:fill="FFFFFF"/>
            <w:tcMar>
              <w:top w:w="20" w:type="dxa"/>
              <w:left w:w="25" w:type="dxa"/>
              <w:bottom w:w="20" w:type="dxa"/>
              <w:right w:w="25" w:type="dxa"/>
            </w:tcMar>
            <w:vAlign w:val="center"/>
          </w:tcPr>
          <w:p w14:paraId="3662B572" w14:textId="77777777" w:rsidR="0019057E" w:rsidRPr="00E50110" w:rsidRDefault="0019057E">
            <w:pPr>
              <w:spacing w:after="0" w:line="240" w:lineRule="auto"/>
              <w:rPr>
                <w:lang w:val="es-ES"/>
              </w:rPr>
            </w:pPr>
          </w:p>
        </w:tc>
        <w:tc>
          <w:tcPr>
            <w:tcW w:w="1089" w:type="dxa"/>
            <w:tcBorders>
              <w:top w:val="single" w:sz="5" w:space="0" w:color="AFC3D6"/>
              <w:left w:val="single" w:sz="5" w:space="0" w:color="AFC3D6"/>
              <w:bottom w:val="single" w:sz="5" w:space="0" w:color="AFC3D6"/>
              <w:right w:val="single" w:sz="5" w:space="0" w:color="AFC3D6"/>
            </w:tcBorders>
            <w:shd w:val="clear" w:color="auto" w:fill="FFFFFF"/>
            <w:tcMar>
              <w:top w:w="20" w:type="dxa"/>
              <w:left w:w="25" w:type="dxa"/>
              <w:bottom w:w="20" w:type="dxa"/>
              <w:right w:w="25" w:type="dxa"/>
            </w:tcMar>
            <w:vAlign w:val="center"/>
          </w:tcPr>
          <w:p w14:paraId="03D7B859" w14:textId="77777777" w:rsidR="0019057E" w:rsidRPr="00E50110" w:rsidRDefault="0019057E">
            <w:pPr>
              <w:spacing w:after="0" w:line="240" w:lineRule="auto"/>
              <w:rPr>
                <w:lang w:val="es-ES"/>
              </w:rPr>
            </w:pPr>
          </w:p>
        </w:tc>
        <w:tc>
          <w:tcPr>
            <w:tcW w:w="1089" w:type="dxa"/>
            <w:tcBorders>
              <w:top w:val="single" w:sz="5" w:space="0" w:color="AFC3D6"/>
              <w:left w:val="single" w:sz="5" w:space="0" w:color="AFC3D6"/>
              <w:bottom w:val="single" w:sz="5" w:space="0" w:color="AFC3D6"/>
              <w:right w:val="single" w:sz="5" w:space="0" w:color="AFC3D6"/>
            </w:tcBorders>
            <w:shd w:val="clear" w:color="auto" w:fill="FFFFFF"/>
            <w:tcMar>
              <w:top w:w="20" w:type="dxa"/>
              <w:left w:w="25" w:type="dxa"/>
              <w:bottom w:w="20" w:type="dxa"/>
              <w:right w:w="25" w:type="dxa"/>
            </w:tcMar>
            <w:vAlign w:val="center"/>
          </w:tcPr>
          <w:p w14:paraId="05C7F152" w14:textId="77777777" w:rsidR="0019057E" w:rsidRPr="00E50110" w:rsidRDefault="0019057E">
            <w:pPr>
              <w:spacing w:after="0" w:line="240" w:lineRule="auto"/>
              <w:rPr>
                <w:lang w:val="es-ES"/>
              </w:rPr>
            </w:pPr>
          </w:p>
        </w:tc>
      </w:tr>
      <w:tr w:rsidR="0019057E" w:rsidRPr="00E50110" w14:paraId="23A9C80E" w14:textId="77777777" w:rsidTr="008D0CB2">
        <w:trPr>
          <w:cantSplit/>
          <w:trHeight w:val="36"/>
          <w:jc w:val="center"/>
        </w:trPr>
        <w:tc>
          <w:tcPr>
            <w:tcW w:w="1588" w:type="dxa"/>
            <w:tcBorders>
              <w:top w:val="single" w:sz="5" w:space="0" w:color="AFC3D6"/>
              <w:left w:val="single" w:sz="5" w:space="0" w:color="AFC3D6"/>
              <w:bottom w:val="single" w:sz="5" w:space="0" w:color="AFC3D6"/>
              <w:right w:val="single" w:sz="5" w:space="0" w:color="AFC3D6"/>
            </w:tcBorders>
            <w:shd w:val="clear" w:color="auto" w:fill="9CB8EB"/>
            <w:tcMar>
              <w:top w:w="20" w:type="dxa"/>
              <w:left w:w="25" w:type="dxa"/>
              <w:bottom w:w="20" w:type="dxa"/>
              <w:right w:w="25" w:type="dxa"/>
            </w:tcMar>
            <w:vAlign w:val="center"/>
          </w:tcPr>
          <w:p w14:paraId="20DB4AC5" w14:textId="77777777" w:rsidR="0019057E" w:rsidRPr="00E50110" w:rsidRDefault="00000000">
            <w:pPr>
              <w:spacing w:after="0" w:line="240" w:lineRule="auto"/>
              <w:rPr>
                <w:lang w:val="es-ES"/>
              </w:rPr>
            </w:pPr>
            <w:r w:rsidRPr="00E50110">
              <w:rPr>
                <w:b/>
                <w:color w:val="003B5C"/>
                <w:lang w:val="es-ES"/>
              </w:rPr>
              <w:t>Sitio 3</w:t>
            </w:r>
          </w:p>
        </w:tc>
        <w:tc>
          <w:tcPr>
            <w:tcW w:w="1816" w:type="dxa"/>
            <w:tcBorders>
              <w:top w:val="single" w:sz="5" w:space="0" w:color="AFC3D6"/>
              <w:left w:val="single" w:sz="5" w:space="0" w:color="AFC3D6"/>
              <w:bottom w:val="single" w:sz="5" w:space="0" w:color="AFC3D6"/>
              <w:right w:val="single" w:sz="5" w:space="0" w:color="AFC3D6"/>
            </w:tcBorders>
            <w:shd w:val="clear" w:color="auto" w:fill="FFFFFF"/>
            <w:tcMar>
              <w:top w:w="20" w:type="dxa"/>
              <w:left w:w="25" w:type="dxa"/>
              <w:bottom w:w="20" w:type="dxa"/>
              <w:right w:w="25" w:type="dxa"/>
            </w:tcMar>
            <w:vAlign w:val="center"/>
          </w:tcPr>
          <w:p w14:paraId="17D0369E" w14:textId="77777777" w:rsidR="0019057E" w:rsidRPr="00E50110" w:rsidRDefault="0019057E">
            <w:pPr>
              <w:spacing w:after="0" w:line="240" w:lineRule="auto"/>
              <w:rPr>
                <w:lang w:val="es-ES"/>
              </w:rPr>
            </w:pPr>
          </w:p>
        </w:tc>
        <w:tc>
          <w:tcPr>
            <w:tcW w:w="1977" w:type="dxa"/>
            <w:tcBorders>
              <w:top w:val="single" w:sz="5" w:space="0" w:color="AFC3D6"/>
              <w:left w:val="single" w:sz="5" w:space="0" w:color="AFC3D6"/>
              <w:bottom w:val="single" w:sz="5" w:space="0" w:color="AFC3D6"/>
              <w:right w:val="single" w:sz="5" w:space="0" w:color="AFC3D6"/>
            </w:tcBorders>
            <w:shd w:val="clear" w:color="auto" w:fill="FFFFFF"/>
            <w:tcMar>
              <w:top w:w="20" w:type="dxa"/>
              <w:left w:w="25" w:type="dxa"/>
              <w:bottom w:w="20" w:type="dxa"/>
              <w:right w:w="25" w:type="dxa"/>
            </w:tcMar>
            <w:vAlign w:val="center"/>
          </w:tcPr>
          <w:p w14:paraId="29CC1714" w14:textId="77777777" w:rsidR="0019057E" w:rsidRPr="00E50110" w:rsidRDefault="0019057E">
            <w:pPr>
              <w:spacing w:after="0" w:line="240" w:lineRule="auto"/>
              <w:rPr>
                <w:lang w:val="es-ES"/>
              </w:rPr>
            </w:pPr>
          </w:p>
        </w:tc>
        <w:tc>
          <w:tcPr>
            <w:tcW w:w="2410" w:type="dxa"/>
            <w:tcBorders>
              <w:top w:val="single" w:sz="5" w:space="0" w:color="AFC3D6"/>
              <w:left w:val="single" w:sz="5" w:space="0" w:color="AFC3D6"/>
              <w:bottom w:val="single" w:sz="5" w:space="0" w:color="AFC3D6"/>
              <w:right w:val="single" w:sz="5" w:space="0" w:color="AFC3D6"/>
            </w:tcBorders>
            <w:shd w:val="clear" w:color="auto" w:fill="FFFFFF"/>
            <w:tcMar>
              <w:top w:w="20" w:type="dxa"/>
              <w:left w:w="25" w:type="dxa"/>
              <w:bottom w:w="20" w:type="dxa"/>
              <w:right w:w="25" w:type="dxa"/>
            </w:tcMar>
            <w:vAlign w:val="center"/>
          </w:tcPr>
          <w:p w14:paraId="159E1F47" w14:textId="77777777" w:rsidR="0019057E" w:rsidRPr="00E50110" w:rsidRDefault="0019057E">
            <w:pPr>
              <w:spacing w:after="0" w:line="240" w:lineRule="auto"/>
              <w:rPr>
                <w:lang w:val="es-ES"/>
              </w:rPr>
            </w:pPr>
          </w:p>
        </w:tc>
        <w:tc>
          <w:tcPr>
            <w:tcW w:w="2693" w:type="dxa"/>
            <w:tcBorders>
              <w:top w:val="single" w:sz="5" w:space="0" w:color="AFC3D6"/>
              <w:left w:val="single" w:sz="5" w:space="0" w:color="AFC3D6"/>
              <w:bottom w:val="single" w:sz="5" w:space="0" w:color="AFC3D6"/>
              <w:right w:val="single" w:sz="5" w:space="0" w:color="AFC3D6"/>
            </w:tcBorders>
            <w:shd w:val="clear" w:color="auto" w:fill="FFFFFF"/>
            <w:tcMar>
              <w:top w:w="20" w:type="dxa"/>
              <w:left w:w="25" w:type="dxa"/>
              <w:bottom w:w="20" w:type="dxa"/>
              <w:right w:w="25" w:type="dxa"/>
            </w:tcMar>
            <w:vAlign w:val="center"/>
          </w:tcPr>
          <w:p w14:paraId="6E22A56E" w14:textId="77777777" w:rsidR="0019057E" w:rsidRPr="00E50110" w:rsidRDefault="0019057E">
            <w:pPr>
              <w:spacing w:after="0" w:line="240" w:lineRule="auto"/>
              <w:rPr>
                <w:lang w:val="es-ES"/>
              </w:rPr>
            </w:pPr>
          </w:p>
        </w:tc>
        <w:tc>
          <w:tcPr>
            <w:tcW w:w="1726" w:type="dxa"/>
            <w:tcBorders>
              <w:top w:val="single" w:sz="5" w:space="0" w:color="AFC3D6"/>
              <w:left w:val="single" w:sz="5" w:space="0" w:color="AFC3D6"/>
              <w:bottom w:val="single" w:sz="5" w:space="0" w:color="AFC3D6"/>
              <w:right w:val="single" w:sz="5" w:space="0" w:color="AFC3D6"/>
            </w:tcBorders>
            <w:shd w:val="clear" w:color="auto" w:fill="FFFFFF"/>
            <w:tcMar>
              <w:top w:w="20" w:type="dxa"/>
              <w:left w:w="25" w:type="dxa"/>
              <w:bottom w:w="20" w:type="dxa"/>
              <w:right w:w="25" w:type="dxa"/>
            </w:tcMar>
            <w:vAlign w:val="center"/>
          </w:tcPr>
          <w:p w14:paraId="42316778" w14:textId="77777777" w:rsidR="0019057E" w:rsidRPr="00E50110" w:rsidRDefault="0019057E">
            <w:pPr>
              <w:spacing w:after="0" w:line="240" w:lineRule="auto"/>
              <w:rPr>
                <w:lang w:val="es-ES"/>
              </w:rPr>
            </w:pPr>
          </w:p>
        </w:tc>
        <w:tc>
          <w:tcPr>
            <w:tcW w:w="1089" w:type="dxa"/>
            <w:tcBorders>
              <w:top w:val="single" w:sz="5" w:space="0" w:color="AFC3D6"/>
              <w:left w:val="single" w:sz="5" w:space="0" w:color="AFC3D6"/>
              <w:bottom w:val="single" w:sz="5" w:space="0" w:color="AFC3D6"/>
              <w:right w:val="single" w:sz="5" w:space="0" w:color="AFC3D6"/>
            </w:tcBorders>
            <w:shd w:val="clear" w:color="auto" w:fill="FFFFFF"/>
            <w:tcMar>
              <w:top w:w="20" w:type="dxa"/>
              <w:left w:w="25" w:type="dxa"/>
              <w:bottom w:w="20" w:type="dxa"/>
              <w:right w:w="25" w:type="dxa"/>
            </w:tcMar>
            <w:vAlign w:val="center"/>
          </w:tcPr>
          <w:p w14:paraId="7C5B3FD4" w14:textId="77777777" w:rsidR="0019057E" w:rsidRPr="00E50110" w:rsidRDefault="0019057E">
            <w:pPr>
              <w:spacing w:after="0" w:line="240" w:lineRule="auto"/>
              <w:rPr>
                <w:lang w:val="es-ES"/>
              </w:rPr>
            </w:pPr>
          </w:p>
        </w:tc>
        <w:tc>
          <w:tcPr>
            <w:tcW w:w="1089" w:type="dxa"/>
            <w:tcBorders>
              <w:top w:val="single" w:sz="5" w:space="0" w:color="AFC3D6"/>
              <w:left w:val="single" w:sz="5" w:space="0" w:color="AFC3D6"/>
              <w:bottom w:val="single" w:sz="5" w:space="0" w:color="AFC3D6"/>
              <w:right w:val="single" w:sz="5" w:space="0" w:color="AFC3D6"/>
            </w:tcBorders>
            <w:shd w:val="clear" w:color="auto" w:fill="FFFFFF"/>
            <w:tcMar>
              <w:top w:w="20" w:type="dxa"/>
              <w:left w:w="25" w:type="dxa"/>
              <w:bottom w:w="20" w:type="dxa"/>
              <w:right w:w="25" w:type="dxa"/>
            </w:tcMar>
            <w:vAlign w:val="center"/>
          </w:tcPr>
          <w:p w14:paraId="53ACB508" w14:textId="77777777" w:rsidR="0019057E" w:rsidRPr="00E50110" w:rsidRDefault="0019057E">
            <w:pPr>
              <w:spacing w:after="0" w:line="240" w:lineRule="auto"/>
              <w:rPr>
                <w:lang w:val="es-ES"/>
              </w:rPr>
            </w:pPr>
          </w:p>
        </w:tc>
      </w:tr>
      <w:tr w:rsidR="0019057E" w:rsidRPr="00E50110" w14:paraId="60ABE8B2" w14:textId="77777777" w:rsidTr="008D0CB2">
        <w:trPr>
          <w:cantSplit/>
          <w:trHeight w:val="103"/>
          <w:jc w:val="center"/>
        </w:trPr>
        <w:tc>
          <w:tcPr>
            <w:tcW w:w="1588" w:type="dxa"/>
            <w:tcBorders>
              <w:top w:val="single" w:sz="5" w:space="0" w:color="AFC3D6"/>
              <w:left w:val="single" w:sz="5" w:space="0" w:color="AFC3D6"/>
              <w:bottom w:val="single" w:sz="5" w:space="0" w:color="AFC3D6"/>
              <w:right w:val="single" w:sz="5" w:space="0" w:color="AFC3D6"/>
            </w:tcBorders>
            <w:shd w:val="clear" w:color="auto" w:fill="9CB8EB"/>
            <w:tcMar>
              <w:top w:w="20" w:type="dxa"/>
              <w:left w:w="25" w:type="dxa"/>
              <w:bottom w:w="20" w:type="dxa"/>
              <w:right w:w="25" w:type="dxa"/>
            </w:tcMar>
            <w:vAlign w:val="center"/>
          </w:tcPr>
          <w:p w14:paraId="436C73E3" w14:textId="77777777" w:rsidR="0019057E" w:rsidRPr="00E50110" w:rsidRDefault="00000000">
            <w:pPr>
              <w:spacing w:after="0" w:line="240" w:lineRule="auto"/>
              <w:rPr>
                <w:lang w:val="es-ES"/>
              </w:rPr>
            </w:pPr>
            <w:r w:rsidRPr="00E50110">
              <w:rPr>
                <w:b/>
                <w:color w:val="003B5C"/>
                <w:lang w:val="es-ES"/>
              </w:rPr>
              <w:t>Sitio 4</w:t>
            </w:r>
          </w:p>
        </w:tc>
        <w:tc>
          <w:tcPr>
            <w:tcW w:w="1816" w:type="dxa"/>
            <w:tcBorders>
              <w:top w:val="single" w:sz="5" w:space="0" w:color="AFC3D6"/>
              <w:left w:val="single" w:sz="5" w:space="0" w:color="AFC3D6"/>
              <w:bottom w:val="single" w:sz="5" w:space="0" w:color="AFC3D6"/>
              <w:right w:val="single" w:sz="5" w:space="0" w:color="AFC3D6"/>
            </w:tcBorders>
            <w:shd w:val="clear" w:color="auto" w:fill="FFFFFF"/>
            <w:tcMar>
              <w:top w:w="20" w:type="dxa"/>
              <w:left w:w="25" w:type="dxa"/>
              <w:bottom w:w="20" w:type="dxa"/>
              <w:right w:w="25" w:type="dxa"/>
            </w:tcMar>
            <w:vAlign w:val="center"/>
          </w:tcPr>
          <w:p w14:paraId="32A6AB26" w14:textId="77777777" w:rsidR="0019057E" w:rsidRPr="00E50110" w:rsidRDefault="0019057E">
            <w:pPr>
              <w:spacing w:after="0" w:line="240" w:lineRule="auto"/>
              <w:rPr>
                <w:lang w:val="es-ES"/>
              </w:rPr>
            </w:pPr>
          </w:p>
        </w:tc>
        <w:tc>
          <w:tcPr>
            <w:tcW w:w="1977" w:type="dxa"/>
            <w:tcBorders>
              <w:top w:val="single" w:sz="5" w:space="0" w:color="AFC3D6"/>
              <w:left w:val="single" w:sz="5" w:space="0" w:color="AFC3D6"/>
              <w:bottom w:val="single" w:sz="5" w:space="0" w:color="AFC3D6"/>
              <w:right w:val="single" w:sz="5" w:space="0" w:color="AFC3D6"/>
            </w:tcBorders>
            <w:shd w:val="clear" w:color="auto" w:fill="FFFFFF"/>
            <w:tcMar>
              <w:top w:w="20" w:type="dxa"/>
              <w:left w:w="25" w:type="dxa"/>
              <w:bottom w:w="20" w:type="dxa"/>
              <w:right w:w="25" w:type="dxa"/>
            </w:tcMar>
            <w:vAlign w:val="center"/>
          </w:tcPr>
          <w:p w14:paraId="3F00A8EC" w14:textId="77777777" w:rsidR="0019057E" w:rsidRPr="00E50110" w:rsidRDefault="0019057E">
            <w:pPr>
              <w:spacing w:after="0" w:line="240" w:lineRule="auto"/>
              <w:rPr>
                <w:lang w:val="es-ES"/>
              </w:rPr>
            </w:pPr>
          </w:p>
        </w:tc>
        <w:tc>
          <w:tcPr>
            <w:tcW w:w="2410" w:type="dxa"/>
            <w:tcBorders>
              <w:top w:val="single" w:sz="5" w:space="0" w:color="AFC3D6"/>
              <w:left w:val="single" w:sz="5" w:space="0" w:color="AFC3D6"/>
              <w:bottom w:val="single" w:sz="5" w:space="0" w:color="AFC3D6"/>
              <w:right w:val="single" w:sz="5" w:space="0" w:color="AFC3D6"/>
            </w:tcBorders>
            <w:shd w:val="clear" w:color="auto" w:fill="FFFFFF"/>
            <w:tcMar>
              <w:top w:w="20" w:type="dxa"/>
              <w:left w:w="25" w:type="dxa"/>
              <w:bottom w:w="20" w:type="dxa"/>
              <w:right w:w="25" w:type="dxa"/>
            </w:tcMar>
            <w:vAlign w:val="center"/>
          </w:tcPr>
          <w:p w14:paraId="175D3097" w14:textId="77777777" w:rsidR="0019057E" w:rsidRPr="00E50110" w:rsidRDefault="0019057E">
            <w:pPr>
              <w:spacing w:after="0" w:line="240" w:lineRule="auto"/>
              <w:rPr>
                <w:lang w:val="es-ES"/>
              </w:rPr>
            </w:pPr>
          </w:p>
        </w:tc>
        <w:tc>
          <w:tcPr>
            <w:tcW w:w="2693" w:type="dxa"/>
            <w:tcBorders>
              <w:top w:val="single" w:sz="5" w:space="0" w:color="AFC3D6"/>
              <w:left w:val="single" w:sz="5" w:space="0" w:color="AFC3D6"/>
              <w:bottom w:val="single" w:sz="5" w:space="0" w:color="AFC3D6"/>
              <w:right w:val="single" w:sz="5" w:space="0" w:color="AFC3D6"/>
            </w:tcBorders>
            <w:shd w:val="clear" w:color="auto" w:fill="FFFFFF"/>
            <w:tcMar>
              <w:top w:w="20" w:type="dxa"/>
              <w:left w:w="25" w:type="dxa"/>
              <w:bottom w:w="20" w:type="dxa"/>
              <w:right w:w="25" w:type="dxa"/>
            </w:tcMar>
            <w:vAlign w:val="center"/>
          </w:tcPr>
          <w:p w14:paraId="6D1DD5F0" w14:textId="77777777" w:rsidR="0019057E" w:rsidRPr="00E50110" w:rsidRDefault="0019057E">
            <w:pPr>
              <w:spacing w:after="0" w:line="240" w:lineRule="auto"/>
              <w:rPr>
                <w:lang w:val="es-ES"/>
              </w:rPr>
            </w:pPr>
          </w:p>
        </w:tc>
        <w:tc>
          <w:tcPr>
            <w:tcW w:w="1726" w:type="dxa"/>
            <w:tcBorders>
              <w:top w:val="single" w:sz="5" w:space="0" w:color="AFC3D6"/>
              <w:left w:val="single" w:sz="5" w:space="0" w:color="AFC3D6"/>
              <w:bottom w:val="single" w:sz="5" w:space="0" w:color="AFC3D6"/>
              <w:right w:val="single" w:sz="5" w:space="0" w:color="AFC3D6"/>
            </w:tcBorders>
            <w:shd w:val="clear" w:color="auto" w:fill="FFFFFF"/>
            <w:tcMar>
              <w:top w:w="20" w:type="dxa"/>
              <w:left w:w="25" w:type="dxa"/>
              <w:bottom w:w="20" w:type="dxa"/>
              <w:right w:w="25" w:type="dxa"/>
            </w:tcMar>
            <w:vAlign w:val="center"/>
          </w:tcPr>
          <w:p w14:paraId="2CA54429" w14:textId="77777777" w:rsidR="0019057E" w:rsidRPr="00E50110" w:rsidRDefault="0019057E">
            <w:pPr>
              <w:spacing w:after="0" w:line="240" w:lineRule="auto"/>
              <w:rPr>
                <w:lang w:val="es-ES"/>
              </w:rPr>
            </w:pPr>
          </w:p>
        </w:tc>
        <w:tc>
          <w:tcPr>
            <w:tcW w:w="1089" w:type="dxa"/>
            <w:tcBorders>
              <w:top w:val="single" w:sz="5" w:space="0" w:color="AFC3D6"/>
              <w:left w:val="single" w:sz="5" w:space="0" w:color="AFC3D6"/>
              <w:bottom w:val="single" w:sz="5" w:space="0" w:color="AFC3D6"/>
              <w:right w:val="single" w:sz="5" w:space="0" w:color="AFC3D6"/>
            </w:tcBorders>
            <w:shd w:val="clear" w:color="auto" w:fill="FFFFFF"/>
            <w:tcMar>
              <w:top w:w="20" w:type="dxa"/>
              <w:left w:w="25" w:type="dxa"/>
              <w:bottom w:w="20" w:type="dxa"/>
              <w:right w:w="25" w:type="dxa"/>
            </w:tcMar>
            <w:vAlign w:val="center"/>
          </w:tcPr>
          <w:p w14:paraId="5B34A8FE" w14:textId="77777777" w:rsidR="0019057E" w:rsidRPr="00E50110" w:rsidRDefault="0019057E">
            <w:pPr>
              <w:spacing w:after="0" w:line="240" w:lineRule="auto"/>
              <w:rPr>
                <w:lang w:val="es-ES"/>
              </w:rPr>
            </w:pPr>
          </w:p>
        </w:tc>
        <w:tc>
          <w:tcPr>
            <w:tcW w:w="1089" w:type="dxa"/>
            <w:tcBorders>
              <w:top w:val="single" w:sz="5" w:space="0" w:color="AFC3D6"/>
              <w:left w:val="single" w:sz="5" w:space="0" w:color="AFC3D6"/>
              <w:bottom w:val="single" w:sz="5" w:space="0" w:color="AFC3D6"/>
              <w:right w:val="single" w:sz="5" w:space="0" w:color="AFC3D6"/>
            </w:tcBorders>
            <w:shd w:val="clear" w:color="auto" w:fill="FFFFFF"/>
            <w:tcMar>
              <w:top w:w="20" w:type="dxa"/>
              <w:left w:w="25" w:type="dxa"/>
              <w:bottom w:w="20" w:type="dxa"/>
              <w:right w:w="25" w:type="dxa"/>
            </w:tcMar>
            <w:vAlign w:val="center"/>
          </w:tcPr>
          <w:p w14:paraId="0E43F8C9" w14:textId="77777777" w:rsidR="0019057E" w:rsidRPr="00E50110" w:rsidRDefault="0019057E">
            <w:pPr>
              <w:spacing w:after="0" w:line="240" w:lineRule="auto"/>
              <w:rPr>
                <w:lang w:val="es-ES"/>
              </w:rPr>
            </w:pPr>
          </w:p>
        </w:tc>
      </w:tr>
    </w:tbl>
    <w:p w14:paraId="3E0ADEEA" w14:textId="77777777" w:rsidR="0019057E" w:rsidRPr="00E50110" w:rsidRDefault="0019057E">
      <w:pPr>
        <w:spacing w:after="80" w:line="240" w:lineRule="auto"/>
        <w:rPr>
          <w:lang w:val="es-ES"/>
        </w:rPr>
      </w:pPr>
    </w:p>
    <w:tbl>
      <w:tblPr>
        <w:tblW w:w="5000" w:type="pct"/>
        <w:jc w:val="center"/>
        <w:tblLayout w:type="fixed"/>
        <w:tblLook w:val="04A0" w:firstRow="1" w:lastRow="0" w:firstColumn="1" w:lastColumn="0" w:noHBand="0" w:noVBand="1"/>
      </w:tblPr>
      <w:tblGrid>
        <w:gridCol w:w="1090"/>
        <w:gridCol w:w="13298"/>
      </w:tblGrid>
      <w:tr w:rsidR="0019057E" w:rsidRPr="00E50110" w14:paraId="1053A887" w14:textId="77777777">
        <w:trPr>
          <w:cantSplit/>
          <w:jc w:val="center"/>
        </w:trPr>
        <w:tc>
          <w:tcPr>
            <w:tcW w:w="1080" w:type="dxa"/>
            <w:tcBorders>
              <w:top w:val="single" w:sz="5" w:space="0" w:color="AFC3D6"/>
              <w:left w:val="single" w:sz="5" w:space="0" w:color="AFC3D6"/>
              <w:bottom w:val="single" w:sz="5" w:space="0" w:color="AFC3D6"/>
              <w:right w:val="single" w:sz="5" w:space="0" w:color="AFC3D6"/>
            </w:tcBorders>
            <w:shd w:val="clear" w:color="auto" w:fill="F1F5F9"/>
            <w:tcMar>
              <w:top w:w="45" w:type="dxa"/>
              <w:left w:w="60" w:type="dxa"/>
              <w:bottom w:w="45" w:type="dxa"/>
              <w:right w:w="60" w:type="dxa"/>
            </w:tcMar>
            <w:vAlign w:val="center"/>
          </w:tcPr>
          <w:p w14:paraId="42168037" w14:textId="77777777" w:rsidR="0019057E" w:rsidRPr="00E50110" w:rsidRDefault="00000000">
            <w:pPr>
              <w:spacing w:after="0" w:line="240" w:lineRule="auto"/>
              <w:jc w:val="center"/>
              <w:rPr>
                <w:sz w:val="16"/>
                <w:szCs w:val="16"/>
                <w:lang w:val="es-ES"/>
              </w:rPr>
            </w:pPr>
            <w:r w:rsidRPr="00E50110">
              <w:rPr>
                <w:b/>
                <w:color w:val="C00000"/>
                <w:sz w:val="16"/>
                <w:szCs w:val="16"/>
                <w:lang w:val="es-ES"/>
              </w:rPr>
              <w:t>Nota 1</w:t>
            </w:r>
          </w:p>
        </w:tc>
        <w:tc>
          <w:tcPr>
            <w:tcW w:w="13176" w:type="dxa"/>
            <w:tcBorders>
              <w:top w:val="single" w:sz="5" w:space="0" w:color="AFC3D6"/>
              <w:left w:val="single" w:sz="5" w:space="0" w:color="AFC3D6"/>
              <w:bottom w:val="single" w:sz="5" w:space="0" w:color="AFC3D6"/>
              <w:right w:val="single" w:sz="5" w:space="0" w:color="AFC3D6"/>
            </w:tcBorders>
            <w:shd w:val="clear" w:color="auto" w:fill="FFFFFF"/>
            <w:tcMar>
              <w:top w:w="25" w:type="dxa"/>
              <w:left w:w="35" w:type="dxa"/>
              <w:bottom w:w="25" w:type="dxa"/>
              <w:right w:w="35" w:type="dxa"/>
            </w:tcMar>
            <w:vAlign w:val="center"/>
          </w:tcPr>
          <w:p w14:paraId="74418336" w14:textId="77777777" w:rsidR="0019057E" w:rsidRPr="00E50110" w:rsidRDefault="00000000">
            <w:pPr>
              <w:spacing w:after="0" w:line="240" w:lineRule="auto"/>
              <w:rPr>
                <w:sz w:val="16"/>
                <w:szCs w:val="16"/>
                <w:lang w:val="es-ES"/>
              </w:rPr>
            </w:pPr>
            <w:r w:rsidRPr="00E50110">
              <w:rPr>
                <w:sz w:val="16"/>
                <w:szCs w:val="16"/>
                <w:lang w:val="es-ES"/>
              </w:rPr>
              <w:t>Función central es donde se concentra la autoridad de la alta gerencia de la organización y se ejerce sobre cada uno de los sitios dentro del alcance del sistema de gestión, el cliente debe considerar que no es un requisito que estas funciones estén localizadas en un sitio único ni que puedan estar repartidos en diversas locaciones.</w:t>
            </w:r>
            <w:r w:rsidRPr="00E50110">
              <w:rPr>
                <w:sz w:val="16"/>
                <w:szCs w:val="16"/>
                <w:lang w:val="es-ES"/>
              </w:rPr>
              <w:br/>
              <w:t>La función central es responsable por asegurar que sea recolectada y analizada la información de todos los sitios y que puede demostrar que tiene la autoridad y habilidad para iniciar cambios en la organización según se requieran en relación con cambios en el sistema, revisión por la gerencia, quejas, evaluación de acciones correctivas, plan de auditoría interna, evaluación de resultados y requisitos regulatorios y estatutarios aplicables.</w:t>
            </w:r>
          </w:p>
        </w:tc>
      </w:tr>
      <w:tr w:rsidR="0019057E" w:rsidRPr="00E50110" w14:paraId="50B5CEB6" w14:textId="77777777">
        <w:trPr>
          <w:cantSplit/>
          <w:jc w:val="center"/>
        </w:trPr>
        <w:tc>
          <w:tcPr>
            <w:tcW w:w="1080" w:type="dxa"/>
            <w:tcBorders>
              <w:top w:val="single" w:sz="5" w:space="0" w:color="AFC3D6"/>
              <w:left w:val="single" w:sz="5" w:space="0" w:color="AFC3D6"/>
              <w:bottom w:val="single" w:sz="5" w:space="0" w:color="AFC3D6"/>
              <w:right w:val="single" w:sz="5" w:space="0" w:color="AFC3D6"/>
            </w:tcBorders>
            <w:shd w:val="clear" w:color="auto" w:fill="F1F5F9"/>
            <w:tcMar>
              <w:top w:w="45" w:type="dxa"/>
              <w:left w:w="60" w:type="dxa"/>
              <w:bottom w:w="45" w:type="dxa"/>
              <w:right w:w="60" w:type="dxa"/>
            </w:tcMar>
            <w:vAlign w:val="center"/>
          </w:tcPr>
          <w:p w14:paraId="74750AE5" w14:textId="77777777" w:rsidR="0019057E" w:rsidRPr="00E50110" w:rsidRDefault="00000000">
            <w:pPr>
              <w:spacing w:after="0" w:line="240" w:lineRule="auto"/>
              <w:jc w:val="center"/>
              <w:rPr>
                <w:sz w:val="16"/>
                <w:szCs w:val="16"/>
                <w:lang w:val="es-ES"/>
              </w:rPr>
            </w:pPr>
            <w:r w:rsidRPr="00E50110">
              <w:rPr>
                <w:b/>
                <w:color w:val="C00000"/>
                <w:sz w:val="16"/>
                <w:szCs w:val="16"/>
                <w:lang w:val="es-ES"/>
              </w:rPr>
              <w:lastRenderedPageBreak/>
              <w:t>Nota 2</w:t>
            </w:r>
          </w:p>
        </w:tc>
        <w:tc>
          <w:tcPr>
            <w:tcW w:w="13176" w:type="dxa"/>
            <w:tcBorders>
              <w:top w:val="single" w:sz="5" w:space="0" w:color="AFC3D6"/>
              <w:left w:val="single" w:sz="5" w:space="0" w:color="AFC3D6"/>
              <w:bottom w:val="single" w:sz="5" w:space="0" w:color="AFC3D6"/>
              <w:right w:val="single" w:sz="5" w:space="0" w:color="AFC3D6"/>
            </w:tcBorders>
            <w:shd w:val="clear" w:color="auto" w:fill="FFFFFF"/>
            <w:tcMar>
              <w:top w:w="25" w:type="dxa"/>
              <w:left w:w="35" w:type="dxa"/>
              <w:bottom w:w="25" w:type="dxa"/>
              <w:right w:w="35" w:type="dxa"/>
            </w:tcMar>
            <w:vAlign w:val="center"/>
          </w:tcPr>
          <w:p w14:paraId="492FFAD0" w14:textId="77777777" w:rsidR="0019057E" w:rsidRPr="00E50110" w:rsidRDefault="00000000">
            <w:pPr>
              <w:spacing w:after="0" w:line="240" w:lineRule="auto"/>
              <w:rPr>
                <w:sz w:val="16"/>
                <w:szCs w:val="16"/>
                <w:lang w:val="es-ES"/>
              </w:rPr>
            </w:pPr>
            <w:r w:rsidRPr="00E50110">
              <w:rPr>
                <w:sz w:val="16"/>
                <w:szCs w:val="16"/>
                <w:lang w:val="es-ES"/>
              </w:rPr>
              <w:t>En caso de empresas multisitio importante incluir:</w:t>
            </w:r>
            <w:r w:rsidRPr="00E50110">
              <w:rPr>
                <w:sz w:val="16"/>
                <w:szCs w:val="16"/>
                <w:lang w:val="es-ES"/>
              </w:rPr>
              <w:br/>
              <w:t>- Los sub-alcances para cada sitio.</w:t>
            </w:r>
            <w:r w:rsidRPr="00E50110">
              <w:rPr>
                <w:sz w:val="16"/>
                <w:szCs w:val="16"/>
                <w:lang w:val="es-ES"/>
              </w:rPr>
              <w:br/>
              <w:t>- Describa el sitio donde se llevan a cabo las funciones centrales del Sistema de Gestión (estas incluyen el control del SG, la planificación, las auditorías, las revisiones directivas).</w:t>
            </w:r>
            <w:r w:rsidRPr="00E50110">
              <w:rPr>
                <w:sz w:val="16"/>
                <w:szCs w:val="16"/>
                <w:lang w:val="es-ES"/>
              </w:rPr>
              <w:br/>
              <w:t>- Mencionar si se dispone de autoridad en relación con la definición, establecimiento y mantenimiento del único sistema de gestión a través de toda la organización.</w:t>
            </w:r>
          </w:p>
        </w:tc>
      </w:tr>
    </w:tbl>
    <w:p w14:paraId="69C7EB17" w14:textId="77777777" w:rsidR="0019057E" w:rsidRPr="00E50110" w:rsidRDefault="0019057E">
      <w:pPr>
        <w:rPr>
          <w:lang w:val="es-ES"/>
        </w:rPr>
        <w:sectPr w:rsidR="0019057E" w:rsidRPr="00E50110">
          <w:pgSz w:w="15840" w:h="12240"/>
          <w:pgMar w:top="1368" w:right="720" w:bottom="1224" w:left="720" w:header="259" w:footer="216" w:gutter="0"/>
          <w:cols w:space="720"/>
          <w:docGrid w:linePitch="360"/>
        </w:sectPr>
      </w:pPr>
    </w:p>
    <w:tbl>
      <w:tblPr>
        <w:tblW w:w="5000" w:type="pct"/>
        <w:jc w:val="center"/>
        <w:tblLayout w:type="fixed"/>
        <w:tblLook w:val="04A0" w:firstRow="1" w:lastRow="0" w:firstColumn="1" w:lastColumn="0" w:noHBand="0" w:noVBand="1"/>
      </w:tblPr>
      <w:tblGrid>
        <w:gridCol w:w="10477"/>
      </w:tblGrid>
      <w:tr w:rsidR="0019057E" w:rsidRPr="00E50110" w14:paraId="59539117" w14:textId="77777777">
        <w:trPr>
          <w:cantSplit/>
          <w:jc w:val="center"/>
        </w:trPr>
        <w:tc>
          <w:tcPr>
            <w:tcW w:w="10440" w:type="dxa"/>
            <w:tcBorders>
              <w:top w:val="single" w:sz="4" w:space="0" w:color="AFC3D6"/>
              <w:left w:val="single" w:sz="24" w:space="0" w:color="C00000"/>
              <w:bottom w:val="single" w:sz="4" w:space="0" w:color="AFC3D6"/>
              <w:right w:val="single" w:sz="4" w:space="0" w:color="AFC3D6"/>
            </w:tcBorders>
            <w:shd w:val="clear" w:color="auto" w:fill="EAF1F8"/>
            <w:tcMar>
              <w:top w:w="60" w:type="dxa"/>
              <w:left w:w="120" w:type="dxa"/>
              <w:bottom w:w="60" w:type="dxa"/>
              <w:right w:w="80" w:type="dxa"/>
            </w:tcMar>
            <w:vAlign w:val="center"/>
          </w:tcPr>
          <w:p w14:paraId="3592BC6E" w14:textId="77777777" w:rsidR="0019057E" w:rsidRPr="00E50110" w:rsidRDefault="00000000">
            <w:pPr>
              <w:spacing w:after="0" w:line="240" w:lineRule="auto"/>
              <w:rPr>
                <w:lang w:val="es-ES"/>
              </w:rPr>
            </w:pPr>
            <w:r w:rsidRPr="00E50110">
              <w:rPr>
                <w:b/>
                <w:color w:val="003B5C"/>
                <w:sz w:val="26"/>
                <w:lang w:val="es-ES"/>
              </w:rPr>
              <w:lastRenderedPageBreak/>
              <w:t>3. PERFIL DE CARACTERÍSTICAS DEL CLIENTE</w:t>
            </w:r>
          </w:p>
        </w:tc>
      </w:tr>
    </w:tbl>
    <w:p w14:paraId="75F203FB" w14:textId="77777777" w:rsidR="0019057E" w:rsidRPr="00E50110" w:rsidRDefault="00000000">
      <w:pPr>
        <w:spacing w:after="80" w:line="252" w:lineRule="auto"/>
        <w:jc w:val="center"/>
        <w:rPr>
          <w:lang w:val="es-ES"/>
        </w:rPr>
      </w:pPr>
      <w:r w:rsidRPr="00E50110">
        <w:rPr>
          <w:b/>
          <w:color w:val="003B5C"/>
          <w:sz w:val="22"/>
          <w:lang w:val="es-ES"/>
        </w:rPr>
        <w:t>(FACTORES PARA EL CÁLCULO DE TIEMPO DE AUDITORÍA)</w:t>
      </w:r>
    </w:p>
    <w:p w14:paraId="608FB236" w14:textId="77777777" w:rsidR="0019057E" w:rsidRPr="00E50110" w:rsidRDefault="00000000">
      <w:pPr>
        <w:spacing w:after="40" w:line="252" w:lineRule="auto"/>
        <w:rPr>
          <w:lang w:val="es-ES"/>
        </w:rPr>
      </w:pPr>
      <w:r w:rsidRPr="00E50110">
        <w:rPr>
          <w:b/>
          <w:sz w:val="22"/>
          <w:lang w:val="es-ES"/>
        </w:rPr>
        <w:t>3.1 Complejidad del SGSI</w:t>
      </w:r>
    </w:p>
    <w:p w14:paraId="03B4AF8A" w14:textId="77777777" w:rsidR="0019057E" w:rsidRPr="00E50110" w:rsidRDefault="00000000">
      <w:pPr>
        <w:spacing w:after="80" w:line="252" w:lineRule="auto"/>
        <w:rPr>
          <w:lang w:val="es-ES"/>
        </w:rPr>
      </w:pPr>
      <w:r w:rsidRPr="00E50110">
        <w:rPr>
          <w:lang w:val="es-ES"/>
        </w:rPr>
        <w:t>3.1.1. Siendo la información su activo principal (primary asset), elija los enunciados que la describan en términos de Confidencialidad, Integridad y Disponibilidad.</w:t>
      </w:r>
    </w:p>
    <w:tbl>
      <w:tblPr>
        <w:tblW w:w="5000" w:type="pct"/>
        <w:jc w:val="center"/>
        <w:tblLayout w:type="fixed"/>
        <w:tblLook w:val="04A0" w:firstRow="1" w:lastRow="0" w:firstColumn="1" w:lastColumn="0" w:noHBand="0" w:noVBand="1"/>
      </w:tblPr>
      <w:tblGrid>
        <w:gridCol w:w="1554"/>
        <w:gridCol w:w="4138"/>
        <w:gridCol w:w="1202"/>
        <w:gridCol w:w="1202"/>
        <w:gridCol w:w="1202"/>
        <w:gridCol w:w="1202"/>
      </w:tblGrid>
      <w:tr w:rsidR="0019057E" w:rsidRPr="00E50110" w14:paraId="6FA31065" w14:textId="77777777" w:rsidTr="00104AE4">
        <w:trPr>
          <w:cantSplit/>
          <w:tblHeader/>
          <w:jc w:val="center"/>
        </w:trPr>
        <w:tc>
          <w:tcPr>
            <w:tcW w:w="1554" w:type="dxa"/>
            <w:tcBorders>
              <w:top w:val="single" w:sz="5" w:space="0" w:color="AFC3D6"/>
              <w:left w:val="single" w:sz="5" w:space="0" w:color="AFC3D6"/>
              <w:bottom w:val="single" w:sz="5" w:space="0" w:color="AFC3D6"/>
              <w:right w:val="single" w:sz="5" w:space="0" w:color="AFC3D6"/>
            </w:tcBorders>
            <w:shd w:val="clear" w:color="auto" w:fill="FFFFFF"/>
            <w:tcMar>
              <w:top w:w="45" w:type="dxa"/>
              <w:left w:w="60" w:type="dxa"/>
              <w:bottom w:w="45" w:type="dxa"/>
              <w:right w:w="60" w:type="dxa"/>
            </w:tcMar>
            <w:vAlign w:val="center"/>
          </w:tcPr>
          <w:p w14:paraId="45BF0684" w14:textId="77777777" w:rsidR="0019057E" w:rsidRPr="00E50110" w:rsidRDefault="0019057E">
            <w:pPr>
              <w:spacing w:after="0" w:line="240" w:lineRule="auto"/>
              <w:rPr>
                <w:lang w:val="es-ES"/>
              </w:rPr>
            </w:pPr>
          </w:p>
        </w:tc>
        <w:tc>
          <w:tcPr>
            <w:tcW w:w="4138" w:type="dxa"/>
            <w:tcBorders>
              <w:top w:val="single" w:sz="5" w:space="0" w:color="AFC3D6"/>
              <w:left w:val="single" w:sz="5" w:space="0" w:color="AFC3D6"/>
              <w:bottom w:val="single" w:sz="5" w:space="0" w:color="AFC3D6"/>
              <w:right w:val="single" w:sz="5" w:space="0" w:color="AFC3D6"/>
            </w:tcBorders>
            <w:shd w:val="clear" w:color="auto" w:fill="FFFFFF"/>
            <w:tcMar>
              <w:top w:w="35" w:type="dxa"/>
              <w:left w:w="35" w:type="dxa"/>
              <w:bottom w:w="35" w:type="dxa"/>
              <w:right w:w="35" w:type="dxa"/>
            </w:tcMar>
            <w:vAlign w:val="center"/>
          </w:tcPr>
          <w:p w14:paraId="4C69D76F" w14:textId="77777777" w:rsidR="0019057E" w:rsidRPr="00E50110" w:rsidRDefault="00000000">
            <w:pPr>
              <w:spacing w:after="0" w:line="240" w:lineRule="auto"/>
              <w:jc w:val="right"/>
              <w:rPr>
                <w:lang w:val="es-ES"/>
              </w:rPr>
            </w:pPr>
            <w:r w:rsidRPr="00E50110">
              <w:rPr>
                <w:b/>
                <w:sz w:val="19"/>
                <w:lang w:val="es-ES"/>
              </w:rPr>
              <w:t>Coloque sus activos (cuál es la</w:t>
            </w:r>
            <w:r w:rsidRPr="00E50110">
              <w:rPr>
                <w:lang w:val="es-ES"/>
              </w:rPr>
              <w:br/>
            </w:r>
            <w:r w:rsidRPr="00E50110">
              <w:rPr>
                <w:b/>
                <w:sz w:val="19"/>
                <w:lang w:val="es-ES"/>
              </w:rPr>
              <w:t>información que la organización que</w:t>
            </w:r>
            <w:r w:rsidRPr="00E50110">
              <w:rPr>
                <w:lang w:val="es-ES"/>
              </w:rPr>
              <w:br/>
            </w:r>
            <w:r w:rsidRPr="00E50110">
              <w:rPr>
                <w:b/>
                <w:sz w:val="19"/>
                <w:lang w:val="es-ES"/>
              </w:rPr>
              <w:t>controla y resguarda):</w:t>
            </w:r>
          </w:p>
        </w:tc>
        <w:tc>
          <w:tcPr>
            <w:tcW w:w="1202" w:type="dxa"/>
            <w:tcBorders>
              <w:top w:val="single" w:sz="5" w:space="0" w:color="AFC3D6"/>
              <w:left w:val="single" w:sz="5" w:space="0" w:color="AFC3D6"/>
              <w:bottom w:val="single" w:sz="5" w:space="0" w:color="AFC3D6"/>
              <w:right w:val="single" w:sz="5" w:space="0" w:color="AFC3D6"/>
            </w:tcBorders>
            <w:shd w:val="clear" w:color="auto" w:fill="B8CCF0"/>
            <w:tcMar>
              <w:top w:w="35" w:type="dxa"/>
              <w:left w:w="20" w:type="dxa"/>
              <w:bottom w:w="35" w:type="dxa"/>
              <w:right w:w="20" w:type="dxa"/>
            </w:tcMar>
            <w:vAlign w:val="center"/>
          </w:tcPr>
          <w:p w14:paraId="137AA33B" w14:textId="64D07486" w:rsidR="0019057E" w:rsidRPr="00E50110" w:rsidRDefault="00000000">
            <w:pPr>
              <w:spacing w:after="0" w:line="240" w:lineRule="auto"/>
              <w:jc w:val="center"/>
              <w:rPr>
                <w:lang w:val="es-ES"/>
              </w:rPr>
            </w:pPr>
            <w:r w:rsidRPr="00E50110">
              <w:rPr>
                <w:b/>
                <w:sz w:val="16"/>
                <w:lang w:val="es-ES"/>
              </w:rPr>
              <w:t xml:space="preserve">Ej: Datos biométricos del personal que </w:t>
            </w:r>
            <w:r w:rsidR="00E50110" w:rsidRPr="00E50110">
              <w:rPr>
                <w:b/>
                <w:sz w:val="16"/>
                <w:lang w:val="es-ES"/>
              </w:rPr>
              <w:t>acceso</w:t>
            </w:r>
            <w:r w:rsidRPr="00E50110">
              <w:rPr>
                <w:b/>
                <w:sz w:val="16"/>
                <w:lang w:val="es-ES"/>
              </w:rPr>
              <w:t xml:space="preserve"> a planta</w:t>
            </w:r>
          </w:p>
        </w:tc>
        <w:tc>
          <w:tcPr>
            <w:tcW w:w="1202" w:type="dxa"/>
            <w:tcBorders>
              <w:top w:val="single" w:sz="5" w:space="0" w:color="AFC3D6"/>
              <w:left w:val="single" w:sz="5" w:space="0" w:color="AFC3D6"/>
              <w:bottom w:val="single" w:sz="5" w:space="0" w:color="AFC3D6"/>
              <w:right w:val="single" w:sz="5" w:space="0" w:color="AFC3D6"/>
            </w:tcBorders>
            <w:shd w:val="clear" w:color="auto" w:fill="B8CCF0"/>
            <w:tcMar>
              <w:top w:w="35" w:type="dxa"/>
              <w:left w:w="20" w:type="dxa"/>
              <w:bottom w:w="35" w:type="dxa"/>
              <w:right w:w="20" w:type="dxa"/>
            </w:tcMar>
            <w:vAlign w:val="center"/>
          </w:tcPr>
          <w:p w14:paraId="62D4C31B" w14:textId="77777777" w:rsidR="0019057E" w:rsidRPr="00E50110" w:rsidRDefault="00000000">
            <w:pPr>
              <w:spacing w:after="0" w:line="240" w:lineRule="auto"/>
              <w:jc w:val="center"/>
              <w:rPr>
                <w:lang w:val="es-ES"/>
              </w:rPr>
            </w:pPr>
            <w:r w:rsidRPr="00E50110">
              <w:rPr>
                <w:b/>
                <w:sz w:val="16"/>
                <w:lang w:val="es-ES"/>
              </w:rPr>
              <w:t>Información confidencial del personal gerencial de la compañía</w:t>
            </w:r>
          </w:p>
        </w:tc>
        <w:tc>
          <w:tcPr>
            <w:tcW w:w="1202" w:type="dxa"/>
            <w:tcBorders>
              <w:top w:val="single" w:sz="5" w:space="0" w:color="AFC3D6"/>
              <w:left w:val="single" w:sz="5" w:space="0" w:color="AFC3D6"/>
              <w:bottom w:val="single" w:sz="5" w:space="0" w:color="AFC3D6"/>
              <w:right w:val="single" w:sz="5" w:space="0" w:color="AFC3D6"/>
            </w:tcBorders>
            <w:shd w:val="clear" w:color="auto" w:fill="B8CCF0"/>
            <w:tcMar>
              <w:top w:w="45" w:type="dxa"/>
              <w:left w:w="60" w:type="dxa"/>
              <w:bottom w:w="45" w:type="dxa"/>
              <w:right w:w="60" w:type="dxa"/>
            </w:tcMar>
            <w:vAlign w:val="center"/>
          </w:tcPr>
          <w:p w14:paraId="174DD740" w14:textId="77777777" w:rsidR="0019057E" w:rsidRPr="00E50110" w:rsidRDefault="0019057E">
            <w:pPr>
              <w:spacing w:after="0" w:line="240" w:lineRule="auto"/>
              <w:rPr>
                <w:lang w:val="es-ES"/>
              </w:rPr>
            </w:pPr>
          </w:p>
        </w:tc>
        <w:tc>
          <w:tcPr>
            <w:tcW w:w="1202" w:type="dxa"/>
            <w:tcBorders>
              <w:top w:val="single" w:sz="5" w:space="0" w:color="AFC3D6"/>
              <w:left w:val="single" w:sz="5" w:space="0" w:color="AFC3D6"/>
              <w:bottom w:val="single" w:sz="5" w:space="0" w:color="AFC3D6"/>
              <w:right w:val="single" w:sz="5" w:space="0" w:color="AFC3D6"/>
            </w:tcBorders>
            <w:shd w:val="clear" w:color="auto" w:fill="B8CCF0"/>
            <w:tcMar>
              <w:top w:w="45" w:type="dxa"/>
              <w:left w:w="60" w:type="dxa"/>
              <w:bottom w:w="45" w:type="dxa"/>
              <w:right w:w="60" w:type="dxa"/>
            </w:tcMar>
            <w:vAlign w:val="center"/>
          </w:tcPr>
          <w:p w14:paraId="20477011" w14:textId="77777777" w:rsidR="0019057E" w:rsidRPr="00E50110" w:rsidRDefault="0019057E">
            <w:pPr>
              <w:spacing w:after="0" w:line="240" w:lineRule="auto"/>
              <w:rPr>
                <w:lang w:val="es-ES"/>
              </w:rPr>
            </w:pPr>
          </w:p>
        </w:tc>
      </w:tr>
      <w:tr w:rsidR="00104AE4" w:rsidRPr="00E50110" w14:paraId="46EAE869" w14:textId="77777777" w:rsidTr="00104AE4">
        <w:trPr>
          <w:cantSplit/>
          <w:jc w:val="center"/>
        </w:trPr>
        <w:tc>
          <w:tcPr>
            <w:tcW w:w="1554" w:type="dxa"/>
            <w:vMerge w:val="restart"/>
            <w:tcBorders>
              <w:top w:val="single" w:sz="5" w:space="0" w:color="AFC3D6"/>
              <w:left w:val="single" w:sz="5" w:space="0" w:color="AFC3D6"/>
              <w:right w:val="single" w:sz="5" w:space="0" w:color="AFC3D6"/>
            </w:tcBorders>
            <w:shd w:val="clear" w:color="auto" w:fill="FFFFFF"/>
            <w:tcMar>
              <w:top w:w="35" w:type="dxa"/>
              <w:left w:w="20" w:type="dxa"/>
              <w:bottom w:w="35" w:type="dxa"/>
              <w:right w:w="20" w:type="dxa"/>
            </w:tcMar>
            <w:vAlign w:val="center"/>
          </w:tcPr>
          <w:p w14:paraId="5DB8D2D3" w14:textId="7BD7530D" w:rsidR="00104AE4" w:rsidRPr="00E50110" w:rsidRDefault="00104AE4" w:rsidP="00104AE4">
            <w:pPr>
              <w:spacing w:after="0" w:line="240" w:lineRule="auto"/>
              <w:jc w:val="center"/>
              <w:rPr>
                <w:lang w:val="es-ES"/>
              </w:rPr>
            </w:pPr>
            <w:r w:rsidRPr="00E50110">
              <w:rPr>
                <w:b/>
                <w:i/>
                <w:color w:val="003B5C"/>
                <w:sz w:val="16"/>
                <w:lang w:val="es-ES"/>
              </w:rPr>
              <w:t>Confidencialidad</w:t>
            </w:r>
          </w:p>
        </w:tc>
        <w:tc>
          <w:tcPr>
            <w:tcW w:w="4138" w:type="dxa"/>
            <w:tcBorders>
              <w:top w:val="single" w:sz="5" w:space="0" w:color="AFC3D6"/>
              <w:left w:val="single" w:sz="5" w:space="0" w:color="AFC3D6"/>
              <w:bottom w:val="single" w:sz="5" w:space="0" w:color="AFC3D6"/>
              <w:right w:val="single" w:sz="5" w:space="0" w:color="AFC3D6"/>
            </w:tcBorders>
            <w:shd w:val="clear" w:color="auto" w:fill="EAF1F8"/>
            <w:tcMar>
              <w:top w:w="35" w:type="dxa"/>
              <w:left w:w="35" w:type="dxa"/>
              <w:bottom w:w="35" w:type="dxa"/>
              <w:right w:w="35" w:type="dxa"/>
            </w:tcMar>
            <w:vAlign w:val="center"/>
          </w:tcPr>
          <w:p w14:paraId="167CC44B" w14:textId="77777777" w:rsidR="00104AE4" w:rsidRPr="00E50110" w:rsidRDefault="00104AE4">
            <w:pPr>
              <w:spacing w:after="0" w:line="240" w:lineRule="auto"/>
              <w:rPr>
                <w:lang w:val="es-ES"/>
              </w:rPr>
            </w:pPr>
            <w:r w:rsidRPr="00E50110">
              <w:rPr>
                <w:sz w:val="18"/>
                <w:lang w:val="es-ES"/>
              </w:rPr>
              <w:t>1) La información no es confidencial.</w:t>
            </w:r>
          </w:p>
        </w:tc>
        <w:tc>
          <w:tcPr>
            <w:tcW w:w="1202" w:type="dxa"/>
            <w:tcBorders>
              <w:top w:val="single" w:sz="5" w:space="0" w:color="AFC3D6"/>
              <w:left w:val="single" w:sz="5" w:space="0" w:color="AFC3D6"/>
              <w:bottom w:val="single" w:sz="5" w:space="0" w:color="AFC3D6"/>
              <w:right w:val="single" w:sz="5" w:space="0" w:color="AFC3D6"/>
            </w:tcBorders>
            <w:shd w:val="clear" w:color="auto" w:fill="EAF1F8"/>
            <w:tcMar>
              <w:top w:w="35" w:type="dxa"/>
              <w:left w:w="20" w:type="dxa"/>
              <w:bottom w:w="35" w:type="dxa"/>
              <w:right w:w="20" w:type="dxa"/>
            </w:tcMar>
            <w:vAlign w:val="center"/>
          </w:tcPr>
          <w:p w14:paraId="4B832A57" w14:textId="77777777" w:rsidR="00104AE4" w:rsidRPr="00E50110" w:rsidRDefault="00000000">
            <w:pPr>
              <w:spacing w:after="0" w:line="240" w:lineRule="auto"/>
              <w:jc w:val="center"/>
              <w:rPr>
                <w:lang w:val="es-ES"/>
              </w:rPr>
            </w:pPr>
            <w:sdt>
              <w:sdtPr>
                <w:rPr>
                  <w:lang w:val="es-ES"/>
                </w:rPr>
                <w:alias w:val="asset_1_2"/>
                <w:tag w:val="asset_1_2"/>
                <w:id w:val="1748366908"/>
                <w14:checkbox>
                  <w14:checked w14:val="0"/>
                  <w14:checkedState w14:val="2612" w14:font="MS Gothic"/>
                  <w14:uncheckedState w14:val="2610" w14:font="MS Gothic"/>
                </w14:checkbox>
              </w:sdtPr>
              <w:sdtContent>
                <w:r w:rsidR="00104AE4" w:rsidRPr="00E50110">
                  <w:rPr>
                    <w:color w:val="003B5C"/>
                    <w:sz w:val="19"/>
                    <w:lang w:val="es-ES"/>
                  </w:rPr>
                  <w:t>☐</w:t>
                </w:r>
              </w:sdtContent>
            </w:sdt>
          </w:p>
        </w:tc>
        <w:tc>
          <w:tcPr>
            <w:tcW w:w="1202" w:type="dxa"/>
            <w:tcBorders>
              <w:top w:val="single" w:sz="5" w:space="0" w:color="AFC3D6"/>
              <w:left w:val="single" w:sz="5" w:space="0" w:color="AFC3D6"/>
              <w:bottom w:val="single" w:sz="5" w:space="0" w:color="AFC3D6"/>
              <w:right w:val="single" w:sz="5" w:space="0" w:color="AFC3D6"/>
            </w:tcBorders>
            <w:shd w:val="clear" w:color="auto" w:fill="EAF1F8"/>
            <w:tcMar>
              <w:top w:w="35" w:type="dxa"/>
              <w:left w:w="20" w:type="dxa"/>
              <w:bottom w:w="35" w:type="dxa"/>
              <w:right w:w="20" w:type="dxa"/>
            </w:tcMar>
            <w:vAlign w:val="center"/>
          </w:tcPr>
          <w:p w14:paraId="01FC352F" w14:textId="77777777" w:rsidR="00104AE4" w:rsidRPr="00E50110" w:rsidRDefault="00000000">
            <w:pPr>
              <w:spacing w:after="0" w:line="240" w:lineRule="auto"/>
              <w:jc w:val="center"/>
              <w:rPr>
                <w:lang w:val="es-ES"/>
              </w:rPr>
            </w:pPr>
            <w:sdt>
              <w:sdtPr>
                <w:rPr>
                  <w:lang w:val="es-ES"/>
                </w:rPr>
                <w:alias w:val="asset_1_3"/>
                <w:tag w:val="asset_1_3"/>
                <w:id w:val="113454461"/>
                <w14:checkbox>
                  <w14:checked w14:val="0"/>
                  <w14:checkedState w14:val="2612" w14:font="MS Gothic"/>
                  <w14:uncheckedState w14:val="2610" w14:font="MS Gothic"/>
                </w14:checkbox>
              </w:sdtPr>
              <w:sdtContent>
                <w:r w:rsidR="00104AE4" w:rsidRPr="00E50110">
                  <w:rPr>
                    <w:color w:val="003B5C"/>
                    <w:sz w:val="19"/>
                    <w:lang w:val="es-ES"/>
                  </w:rPr>
                  <w:t>☐</w:t>
                </w:r>
              </w:sdtContent>
            </w:sdt>
          </w:p>
        </w:tc>
        <w:tc>
          <w:tcPr>
            <w:tcW w:w="1202" w:type="dxa"/>
            <w:tcBorders>
              <w:top w:val="single" w:sz="5" w:space="0" w:color="AFC3D6"/>
              <w:left w:val="single" w:sz="5" w:space="0" w:color="AFC3D6"/>
              <w:bottom w:val="single" w:sz="5" w:space="0" w:color="AFC3D6"/>
              <w:right w:val="single" w:sz="5" w:space="0" w:color="AFC3D6"/>
            </w:tcBorders>
            <w:shd w:val="clear" w:color="auto" w:fill="EAF1F8"/>
            <w:tcMar>
              <w:top w:w="35" w:type="dxa"/>
              <w:left w:w="20" w:type="dxa"/>
              <w:bottom w:w="35" w:type="dxa"/>
              <w:right w:w="20" w:type="dxa"/>
            </w:tcMar>
            <w:vAlign w:val="center"/>
          </w:tcPr>
          <w:p w14:paraId="4390FCED" w14:textId="77777777" w:rsidR="00104AE4" w:rsidRPr="00E50110" w:rsidRDefault="00000000">
            <w:pPr>
              <w:spacing w:after="0" w:line="240" w:lineRule="auto"/>
              <w:jc w:val="center"/>
              <w:rPr>
                <w:lang w:val="es-ES"/>
              </w:rPr>
            </w:pPr>
            <w:sdt>
              <w:sdtPr>
                <w:rPr>
                  <w:lang w:val="es-ES"/>
                </w:rPr>
                <w:alias w:val="asset_1_4"/>
                <w:tag w:val="asset_1_4"/>
                <w:id w:val="1682923518"/>
                <w14:checkbox>
                  <w14:checked w14:val="0"/>
                  <w14:checkedState w14:val="2612" w14:font="MS Gothic"/>
                  <w14:uncheckedState w14:val="2610" w14:font="MS Gothic"/>
                </w14:checkbox>
              </w:sdtPr>
              <w:sdtContent>
                <w:r w:rsidR="00104AE4" w:rsidRPr="00E50110">
                  <w:rPr>
                    <w:color w:val="003B5C"/>
                    <w:sz w:val="19"/>
                    <w:lang w:val="es-ES"/>
                  </w:rPr>
                  <w:t>☐</w:t>
                </w:r>
              </w:sdtContent>
            </w:sdt>
          </w:p>
        </w:tc>
        <w:tc>
          <w:tcPr>
            <w:tcW w:w="1202" w:type="dxa"/>
            <w:tcBorders>
              <w:top w:val="single" w:sz="5" w:space="0" w:color="AFC3D6"/>
              <w:left w:val="single" w:sz="5" w:space="0" w:color="AFC3D6"/>
              <w:bottom w:val="single" w:sz="5" w:space="0" w:color="AFC3D6"/>
              <w:right w:val="single" w:sz="5" w:space="0" w:color="AFC3D6"/>
            </w:tcBorders>
            <w:shd w:val="clear" w:color="auto" w:fill="EAF1F8"/>
            <w:tcMar>
              <w:top w:w="35" w:type="dxa"/>
              <w:left w:w="20" w:type="dxa"/>
              <w:bottom w:w="35" w:type="dxa"/>
              <w:right w:w="20" w:type="dxa"/>
            </w:tcMar>
            <w:vAlign w:val="center"/>
          </w:tcPr>
          <w:p w14:paraId="2C43FA6D" w14:textId="77777777" w:rsidR="00104AE4" w:rsidRPr="00E50110" w:rsidRDefault="00000000">
            <w:pPr>
              <w:spacing w:after="0" w:line="240" w:lineRule="auto"/>
              <w:jc w:val="center"/>
              <w:rPr>
                <w:lang w:val="es-ES"/>
              </w:rPr>
            </w:pPr>
            <w:sdt>
              <w:sdtPr>
                <w:rPr>
                  <w:lang w:val="es-ES"/>
                </w:rPr>
                <w:alias w:val="asset_1_5"/>
                <w:tag w:val="asset_1_5"/>
                <w:id w:val="424491476"/>
                <w14:checkbox>
                  <w14:checked w14:val="0"/>
                  <w14:checkedState w14:val="2612" w14:font="MS Gothic"/>
                  <w14:uncheckedState w14:val="2610" w14:font="MS Gothic"/>
                </w14:checkbox>
              </w:sdtPr>
              <w:sdtContent>
                <w:r w:rsidR="00104AE4" w:rsidRPr="00E50110">
                  <w:rPr>
                    <w:color w:val="003B5C"/>
                    <w:sz w:val="19"/>
                    <w:lang w:val="es-ES"/>
                  </w:rPr>
                  <w:t>☐</w:t>
                </w:r>
              </w:sdtContent>
            </w:sdt>
          </w:p>
        </w:tc>
      </w:tr>
      <w:tr w:rsidR="00104AE4" w:rsidRPr="00E50110" w14:paraId="587BA92B" w14:textId="77777777" w:rsidTr="00104AE4">
        <w:trPr>
          <w:cantSplit/>
          <w:jc w:val="center"/>
        </w:trPr>
        <w:tc>
          <w:tcPr>
            <w:tcW w:w="1554" w:type="dxa"/>
            <w:vMerge/>
            <w:tcBorders>
              <w:left w:val="single" w:sz="5" w:space="0" w:color="AFC3D6"/>
              <w:right w:val="single" w:sz="5" w:space="0" w:color="AFC3D6"/>
            </w:tcBorders>
            <w:shd w:val="clear" w:color="auto" w:fill="FFFFFF"/>
            <w:tcMar>
              <w:top w:w="35" w:type="dxa"/>
              <w:left w:w="20" w:type="dxa"/>
              <w:bottom w:w="35" w:type="dxa"/>
              <w:right w:w="20" w:type="dxa"/>
            </w:tcMar>
            <w:vAlign w:val="center"/>
          </w:tcPr>
          <w:p w14:paraId="3CE2E28E" w14:textId="2C4E8273" w:rsidR="00104AE4" w:rsidRPr="00E50110" w:rsidRDefault="00104AE4" w:rsidP="003373DF">
            <w:pPr>
              <w:spacing w:after="0" w:line="240" w:lineRule="auto"/>
              <w:jc w:val="center"/>
              <w:rPr>
                <w:lang w:val="es-ES"/>
              </w:rPr>
            </w:pPr>
          </w:p>
        </w:tc>
        <w:tc>
          <w:tcPr>
            <w:tcW w:w="4138" w:type="dxa"/>
            <w:tcBorders>
              <w:top w:val="single" w:sz="5" w:space="0" w:color="AFC3D6"/>
              <w:left w:val="single" w:sz="5" w:space="0" w:color="AFC3D6"/>
              <w:bottom w:val="single" w:sz="5" w:space="0" w:color="AFC3D6"/>
              <w:right w:val="single" w:sz="5" w:space="0" w:color="AFC3D6"/>
            </w:tcBorders>
            <w:shd w:val="clear" w:color="auto" w:fill="FFFFFF"/>
            <w:tcMar>
              <w:top w:w="35" w:type="dxa"/>
              <w:left w:w="35" w:type="dxa"/>
              <w:bottom w:w="35" w:type="dxa"/>
              <w:right w:w="35" w:type="dxa"/>
            </w:tcMar>
            <w:vAlign w:val="center"/>
          </w:tcPr>
          <w:p w14:paraId="671A3654" w14:textId="77777777" w:rsidR="00104AE4" w:rsidRPr="00E50110" w:rsidRDefault="00104AE4">
            <w:pPr>
              <w:spacing w:after="0" w:line="240" w:lineRule="auto"/>
              <w:rPr>
                <w:lang w:val="es-ES"/>
              </w:rPr>
            </w:pPr>
            <w:r w:rsidRPr="00E50110">
              <w:rPr>
                <w:sz w:val="18"/>
                <w:lang w:val="es-ES"/>
              </w:rPr>
              <w:t>2) La información es confidencial.</w:t>
            </w:r>
          </w:p>
        </w:tc>
        <w:tc>
          <w:tcPr>
            <w:tcW w:w="1202" w:type="dxa"/>
            <w:tcBorders>
              <w:top w:val="single" w:sz="5" w:space="0" w:color="AFC3D6"/>
              <w:left w:val="single" w:sz="5" w:space="0" w:color="AFC3D6"/>
              <w:bottom w:val="single" w:sz="5" w:space="0" w:color="AFC3D6"/>
              <w:right w:val="single" w:sz="5" w:space="0" w:color="AFC3D6"/>
            </w:tcBorders>
            <w:tcMar>
              <w:top w:w="35" w:type="dxa"/>
              <w:left w:w="20" w:type="dxa"/>
              <w:bottom w:w="35" w:type="dxa"/>
              <w:right w:w="20" w:type="dxa"/>
            </w:tcMar>
            <w:vAlign w:val="center"/>
          </w:tcPr>
          <w:p w14:paraId="73A31F10" w14:textId="77777777" w:rsidR="00104AE4" w:rsidRPr="00E50110" w:rsidRDefault="00000000">
            <w:pPr>
              <w:spacing w:after="0" w:line="240" w:lineRule="auto"/>
              <w:jc w:val="center"/>
              <w:rPr>
                <w:lang w:val="es-ES"/>
              </w:rPr>
            </w:pPr>
            <w:sdt>
              <w:sdtPr>
                <w:rPr>
                  <w:lang w:val="es-ES"/>
                </w:rPr>
                <w:alias w:val="asset_2_2"/>
                <w:tag w:val="asset_2_2"/>
                <w:id w:val="1539828133"/>
                <w14:checkbox>
                  <w14:checked w14:val="0"/>
                  <w14:checkedState w14:val="2612" w14:font="MS Gothic"/>
                  <w14:uncheckedState w14:val="2610" w14:font="MS Gothic"/>
                </w14:checkbox>
              </w:sdtPr>
              <w:sdtContent>
                <w:r w:rsidR="00104AE4" w:rsidRPr="00E50110">
                  <w:rPr>
                    <w:color w:val="003B5C"/>
                    <w:sz w:val="19"/>
                    <w:lang w:val="es-ES"/>
                  </w:rPr>
                  <w:t>☐</w:t>
                </w:r>
              </w:sdtContent>
            </w:sdt>
          </w:p>
        </w:tc>
        <w:tc>
          <w:tcPr>
            <w:tcW w:w="1202" w:type="dxa"/>
            <w:tcBorders>
              <w:top w:val="single" w:sz="5" w:space="0" w:color="AFC3D6"/>
              <w:left w:val="single" w:sz="5" w:space="0" w:color="AFC3D6"/>
              <w:bottom w:val="single" w:sz="5" w:space="0" w:color="AFC3D6"/>
              <w:right w:val="single" w:sz="5" w:space="0" w:color="AFC3D6"/>
            </w:tcBorders>
            <w:tcMar>
              <w:top w:w="35" w:type="dxa"/>
              <w:left w:w="20" w:type="dxa"/>
              <w:bottom w:w="35" w:type="dxa"/>
              <w:right w:w="20" w:type="dxa"/>
            </w:tcMar>
            <w:vAlign w:val="center"/>
          </w:tcPr>
          <w:p w14:paraId="53EB8DE4" w14:textId="77777777" w:rsidR="00104AE4" w:rsidRPr="00E50110" w:rsidRDefault="00000000">
            <w:pPr>
              <w:spacing w:after="0" w:line="240" w:lineRule="auto"/>
              <w:jc w:val="center"/>
              <w:rPr>
                <w:lang w:val="es-ES"/>
              </w:rPr>
            </w:pPr>
            <w:sdt>
              <w:sdtPr>
                <w:rPr>
                  <w:lang w:val="es-ES"/>
                </w:rPr>
                <w:alias w:val="asset_2_3"/>
                <w:tag w:val="asset_2_3"/>
                <w:id w:val="1484448177"/>
                <w14:checkbox>
                  <w14:checked w14:val="0"/>
                  <w14:checkedState w14:val="2612" w14:font="MS Gothic"/>
                  <w14:uncheckedState w14:val="2610" w14:font="MS Gothic"/>
                </w14:checkbox>
              </w:sdtPr>
              <w:sdtContent>
                <w:r w:rsidR="00104AE4" w:rsidRPr="00E50110">
                  <w:rPr>
                    <w:color w:val="003B5C"/>
                    <w:sz w:val="19"/>
                    <w:lang w:val="es-ES"/>
                  </w:rPr>
                  <w:t>☐</w:t>
                </w:r>
              </w:sdtContent>
            </w:sdt>
          </w:p>
        </w:tc>
        <w:tc>
          <w:tcPr>
            <w:tcW w:w="1202" w:type="dxa"/>
            <w:tcBorders>
              <w:top w:val="single" w:sz="5" w:space="0" w:color="AFC3D6"/>
              <w:left w:val="single" w:sz="5" w:space="0" w:color="AFC3D6"/>
              <w:bottom w:val="single" w:sz="5" w:space="0" w:color="AFC3D6"/>
              <w:right w:val="single" w:sz="5" w:space="0" w:color="AFC3D6"/>
            </w:tcBorders>
            <w:tcMar>
              <w:top w:w="35" w:type="dxa"/>
              <w:left w:w="20" w:type="dxa"/>
              <w:bottom w:w="35" w:type="dxa"/>
              <w:right w:w="20" w:type="dxa"/>
            </w:tcMar>
            <w:vAlign w:val="center"/>
          </w:tcPr>
          <w:p w14:paraId="0EAF3F05" w14:textId="77777777" w:rsidR="00104AE4" w:rsidRPr="00E50110" w:rsidRDefault="00000000">
            <w:pPr>
              <w:spacing w:after="0" w:line="240" w:lineRule="auto"/>
              <w:jc w:val="center"/>
              <w:rPr>
                <w:lang w:val="es-ES"/>
              </w:rPr>
            </w:pPr>
            <w:sdt>
              <w:sdtPr>
                <w:rPr>
                  <w:lang w:val="es-ES"/>
                </w:rPr>
                <w:alias w:val="asset_2_4"/>
                <w:tag w:val="asset_2_4"/>
                <w:id w:val="1405689047"/>
                <w14:checkbox>
                  <w14:checked w14:val="0"/>
                  <w14:checkedState w14:val="2612" w14:font="MS Gothic"/>
                  <w14:uncheckedState w14:val="2610" w14:font="MS Gothic"/>
                </w14:checkbox>
              </w:sdtPr>
              <w:sdtContent>
                <w:r w:rsidR="00104AE4" w:rsidRPr="00E50110">
                  <w:rPr>
                    <w:color w:val="003B5C"/>
                    <w:sz w:val="19"/>
                    <w:lang w:val="es-ES"/>
                  </w:rPr>
                  <w:t>☐</w:t>
                </w:r>
              </w:sdtContent>
            </w:sdt>
          </w:p>
        </w:tc>
        <w:tc>
          <w:tcPr>
            <w:tcW w:w="1202" w:type="dxa"/>
            <w:tcBorders>
              <w:top w:val="single" w:sz="5" w:space="0" w:color="AFC3D6"/>
              <w:left w:val="single" w:sz="5" w:space="0" w:color="AFC3D6"/>
              <w:bottom w:val="single" w:sz="5" w:space="0" w:color="AFC3D6"/>
              <w:right w:val="single" w:sz="5" w:space="0" w:color="AFC3D6"/>
            </w:tcBorders>
            <w:tcMar>
              <w:top w:w="35" w:type="dxa"/>
              <w:left w:w="20" w:type="dxa"/>
              <w:bottom w:w="35" w:type="dxa"/>
              <w:right w:w="20" w:type="dxa"/>
            </w:tcMar>
            <w:vAlign w:val="center"/>
          </w:tcPr>
          <w:p w14:paraId="74115876" w14:textId="77777777" w:rsidR="00104AE4" w:rsidRPr="00E50110" w:rsidRDefault="00000000">
            <w:pPr>
              <w:spacing w:after="0" w:line="240" w:lineRule="auto"/>
              <w:jc w:val="center"/>
              <w:rPr>
                <w:lang w:val="es-ES"/>
              </w:rPr>
            </w:pPr>
            <w:sdt>
              <w:sdtPr>
                <w:rPr>
                  <w:lang w:val="es-ES"/>
                </w:rPr>
                <w:alias w:val="asset_2_5"/>
                <w:tag w:val="asset_2_5"/>
                <w:id w:val="143176161"/>
                <w14:checkbox>
                  <w14:checked w14:val="0"/>
                  <w14:checkedState w14:val="2612" w14:font="MS Gothic"/>
                  <w14:uncheckedState w14:val="2610" w14:font="MS Gothic"/>
                </w14:checkbox>
              </w:sdtPr>
              <w:sdtContent>
                <w:r w:rsidR="00104AE4" w:rsidRPr="00E50110">
                  <w:rPr>
                    <w:color w:val="003B5C"/>
                    <w:sz w:val="19"/>
                    <w:lang w:val="es-ES"/>
                  </w:rPr>
                  <w:t>☐</w:t>
                </w:r>
              </w:sdtContent>
            </w:sdt>
          </w:p>
        </w:tc>
      </w:tr>
      <w:tr w:rsidR="00104AE4" w:rsidRPr="00E50110" w14:paraId="622CA5D6" w14:textId="77777777" w:rsidTr="00104AE4">
        <w:trPr>
          <w:cantSplit/>
          <w:jc w:val="center"/>
        </w:trPr>
        <w:tc>
          <w:tcPr>
            <w:tcW w:w="1554" w:type="dxa"/>
            <w:vMerge/>
            <w:tcBorders>
              <w:left w:val="single" w:sz="5" w:space="0" w:color="AFC3D6"/>
              <w:right w:val="single" w:sz="5" w:space="0" w:color="AFC3D6"/>
            </w:tcBorders>
            <w:shd w:val="clear" w:color="auto" w:fill="FFFFFF"/>
            <w:tcMar>
              <w:top w:w="35" w:type="dxa"/>
              <w:left w:w="20" w:type="dxa"/>
              <w:bottom w:w="35" w:type="dxa"/>
              <w:right w:w="20" w:type="dxa"/>
            </w:tcMar>
            <w:vAlign w:val="center"/>
          </w:tcPr>
          <w:p w14:paraId="1B15ABAB" w14:textId="6DEA49AD" w:rsidR="00104AE4" w:rsidRPr="00E50110" w:rsidRDefault="00104AE4" w:rsidP="003373DF">
            <w:pPr>
              <w:spacing w:after="0" w:line="240" w:lineRule="auto"/>
              <w:jc w:val="center"/>
              <w:rPr>
                <w:lang w:val="es-ES"/>
              </w:rPr>
            </w:pPr>
          </w:p>
        </w:tc>
        <w:tc>
          <w:tcPr>
            <w:tcW w:w="4138" w:type="dxa"/>
            <w:tcBorders>
              <w:top w:val="single" w:sz="5" w:space="0" w:color="AFC3D6"/>
              <w:left w:val="single" w:sz="5" w:space="0" w:color="AFC3D6"/>
              <w:bottom w:val="single" w:sz="5" w:space="0" w:color="AFC3D6"/>
              <w:right w:val="single" w:sz="5" w:space="0" w:color="AFC3D6"/>
            </w:tcBorders>
            <w:shd w:val="clear" w:color="auto" w:fill="EAF1F8"/>
            <w:tcMar>
              <w:top w:w="35" w:type="dxa"/>
              <w:left w:w="35" w:type="dxa"/>
              <w:bottom w:w="35" w:type="dxa"/>
              <w:right w:w="35" w:type="dxa"/>
            </w:tcMar>
            <w:vAlign w:val="center"/>
          </w:tcPr>
          <w:p w14:paraId="296778D1" w14:textId="77777777" w:rsidR="00104AE4" w:rsidRPr="00E50110" w:rsidRDefault="00104AE4">
            <w:pPr>
              <w:spacing w:after="0" w:line="240" w:lineRule="auto"/>
              <w:rPr>
                <w:lang w:val="es-ES"/>
              </w:rPr>
            </w:pPr>
            <w:r w:rsidRPr="00E50110">
              <w:rPr>
                <w:sz w:val="18"/>
                <w:lang w:val="es-ES"/>
              </w:rPr>
              <w:t>3) La información es altamente confidencial.</w:t>
            </w:r>
          </w:p>
        </w:tc>
        <w:tc>
          <w:tcPr>
            <w:tcW w:w="1202" w:type="dxa"/>
            <w:tcBorders>
              <w:top w:val="single" w:sz="5" w:space="0" w:color="AFC3D6"/>
              <w:left w:val="single" w:sz="5" w:space="0" w:color="AFC3D6"/>
              <w:bottom w:val="single" w:sz="5" w:space="0" w:color="AFC3D6"/>
              <w:right w:val="single" w:sz="5" w:space="0" w:color="AFC3D6"/>
            </w:tcBorders>
            <w:shd w:val="clear" w:color="auto" w:fill="EAF1F8"/>
            <w:tcMar>
              <w:top w:w="35" w:type="dxa"/>
              <w:left w:w="20" w:type="dxa"/>
              <w:bottom w:w="35" w:type="dxa"/>
              <w:right w:w="20" w:type="dxa"/>
            </w:tcMar>
            <w:vAlign w:val="center"/>
          </w:tcPr>
          <w:p w14:paraId="0192BE86" w14:textId="77777777" w:rsidR="00104AE4" w:rsidRPr="00E50110" w:rsidRDefault="00000000">
            <w:pPr>
              <w:spacing w:after="0" w:line="240" w:lineRule="auto"/>
              <w:jc w:val="center"/>
              <w:rPr>
                <w:lang w:val="es-ES"/>
              </w:rPr>
            </w:pPr>
            <w:sdt>
              <w:sdtPr>
                <w:rPr>
                  <w:lang w:val="es-ES"/>
                </w:rPr>
                <w:alias w:val="asset_3_2"/>
                <w:tag w:val="asset_3_2"/>
                <w:id w:val="869761513"/>
                <w14:checkbox>
                  <w14:checked w14:val="0"/>
                  <w14:checkedState w14:val="2612" w14:font="MS Gothic"/>
                  <w14:uncheckedState w14:val="2610" w14:font="MS Gothic"/>
                </w14:checkbox>
              </w:sdtPr>
              <w:sdtContent>
                <w:r w:rsidR="00104AE4" w:rsidRPr="00E50110">
                  <w:rPr>
                    <w:color w:val="003B5C"/>
                    <w:sz w:val="19"/>
                    <w:lang w:val="es-ES"/>
                  </w:rPr>
                  <w:t>☐</w:t>
                </w:r>
              </w:sdtContent>
            </w:sdt>
          </w:p>
        </w:tc>
        <w:tc>
          <w:tcPr>
            <w:tcW w:w="1202" w:type="dxa"/>
            <w:tcBorders>
              <w:top w:val="single" w:sz="5" w:space="0" w:color="AFC3D6"/>
              <w:left w:val="single" w:sz="5" w:space="0" w:color="AFC3D6"/>
              <w:bottom w:val="single" w:sz="5" w:space="0" w:color="AFC3D6"/>
              <w:right w:val="single" w:sz="5" w:space="0" w:color="AFC3D6"/>
            </w:tcBorders>
            <w:shd w:val="clear" w:color="auto" w:fill="EAF1F8"/>
            <w:tcMar>
              <w:top w:w="35" w:type="dxa"/>
              <w:left w:w="20" w:type="dxa"/>
              <w:bottom w:w="35" w:type="dxa"/>
              <w:right w:w="20" w:type="dxa"/>
            </w:tcMar>
            <w:vAlign w:val="center"/>
          </w:tcPr>
          <w:p w14:paraId="75A3D0ED" w14:textId="77777777" w:rsidR="00104AE4" w:rsidRPr="00E50110" w:rsidRDefault="00000000">
            <w:pPr>
              <w:spacing w:after="0" w:line="240" w:lineRule="auto"/>
              <w:jc w:val="center"/>
              <w:rPr>
                <w:lang w:val="es-ES"/>
              </w:rPr>
            </w:pPr>
            <w:sdt>
              <w:sdtPr>
                <w:rPr>
                  <w:lang w:val="es-ES"/>
                </w:rPr>
                <w:alias w:val="asset_3_3"/>
                <w:tag w:val="asset_3_3"/>
                <w:id w:val="1126504686"/>
                <w14:checkbox>
                  <w14:checked w14:val="0"/>
                  <w14:checkedState w14:val="2612" w14:font="MS Gothic"/>
                  <w14:uncheckedState w14:val="2610" w14:font="MS Gothic"/>
                </w14:checkbox>
              </w:sdtPr>
              <w:sdtContent>
                <w:r w:rsidR="00104AE4" w:rsidRPr="00E50110">
                  <w:rPr>
                    <w:color w:val="003B5C"/>
                    <w:sz w:val="19"/>
                    <w:lang w:val="es-ES"/>
                  </w:rPr>
                  <w:t>☐</w:t>
                </w:r>
              </w:sdtContent>
            </w:sdt>
          </w:p>
        </w:tc>
        <w:tc>
          <w:tcPr>
            <w:tcW w:w="1202" w:type="dxa"/>
            <w:tcBorders>
              <w:top w:val="single" w:sz="5" w:space="0" w:color="AFC3D6"/>
              <w:left w:val="single" w:sz="5" w:space="0" w:color="AFC3D6"/>
              <w:bottom w:val="single" w:sz="5" w:space="0" w:color="AFC3D6"/>
              <w:right w:val="single" w:sz="5" w:space="0" w:color="AFC3D6"/>
            </w:tcBorders>
            <w:shd w:val="clear" w:color="auto" w:fill="EAF1F8"/>
            <w:tcMar>
              <w:top w:w="35" w:type="dxa"/>
              <w:left w:w="20" w:type="dxa"/>
              <w:bottom w:w="35" w:type="dxa"/>
              <w:right w:w="20" w:type="dxa"/>
            </w:tcMar>
            <w:vAlign w:val="center"/>
          </w:tcPr>
          <w:p w14:paraId="2893016C" w14:textId="77777777" w:rsidR="00104AE4" w:rsidRPr="00E50110" w:rsidRDefault="00000000">
            <w:pPr>
              <w:spacing w:after="0" w:line="240" w:lineRule="auto"/>
              <w:jc w:val="center"/>
              <w:rPr>
                <w:lang w:val="es-ES"/>
              </w:rPr>
            </w:pPr>
            <w:sdt>
              <w:sdtPr>
                <w:rPr>
                  <w:lang w:val="es-ES"/>
                </w:rPr>
                <w:alias w:val="asset_3_4"/>
                <w:tag w:val="asset_3_4"/>
                <w:id w:val="14916432"/>
                <w14:checkbox>
                  <w14:checked w14:val="0"/>
                  <w14:checkedState w14:val="2612" w14:font="MS Gothic"/>
                  <w14:uncheckedState w14:val="2610" w14:font="MS Gothic"/>
                </w14:checkbox>
              </w:sdtPr>
              <w:sdtContent>
                <w:r w:rsidR="00104AE4" w:rsidRPr="00E50110">
                  <w:rPr>
                    <w:color w:val="003B5C"/>
                    <w:sz w:val="19"/>
                    <w:lang w:val="es-ES"/>
                  </w:rPr>
                  <w:t>☐</w:t>
                </w:r>
              </w:sdtContent>
            </w:sdt>
          </w:p>
        </w:tc>
        <w:tc>
          <w:tcPr>
            <w:tcW w:w="1202" w:type="dxa"/>
            <w:tcBorders>
              <w:top w:val="single" w:sz="5" w:space="0" w:color="AFC3D6"/>
              <w:left w:val="single" w:sz="5" w:space="0" w:color="AFC3D6"/>
              <w:bottom w:val="single" w:sz="5" w:space="0" w:color="AFC3D6"/>
              <w:right w:val="single" w:sz="5" w:space="0" w:color="AFC3D6"/>
            </w:tcBorders>
            <w:shd w:val="clear" w:color="auto" w:fill="EAF1F8"/>
            <w:tcMar>
              <w:top w:w="35" w:type="dxa"/>
              <w:left w:w="20" w:type="dxa"/>
              <w:bottom w:w="35" w:type="dxa"/>
              <w:right w:w="20" w:type="dxa"/>
            </w:tcMar>
            <w:vAlign w:val="center"/>
          </w:tcPr>
          <w:p w14:paraId="2AAA4BDA" w14:textId="77777777" w:rsidR="00104AE4" w:rsidRPr="00E50110" w:rsidRDefault="00000000">
            <w:pPr>
              <w:spacing w:after="0" w:line="240" w:lineRule="auto"/>
              <w:jc w:val="center"/>
              <w:rPr>
                <w:lang w:val="es-ES"/>
              </w:rPr>
            </w:pPr>
            <w:sdt>
              <w:sdtPr>
                <w:rPr>
                  <w:lang w:val="es-ES"/>
                </w:rPr>
                <w:alias w:val="asset_3_5"/>
                <w:tag w:val="asset_3_5"/>
                <w:id w:val="109510938"/>
                <w14:checkbox>
                  <w14:checked w14:val="0"/>
                  <w14:checkedState w14:val="2612" w14:font="MS Gothic"/>
                  <w14:uncheckedState w14:val="2610" w14:font="MS Gothic"/>
                </w14:checkbox>
              </w:sdtPr>
              <w:sdtContent>
                <w:r w:rsidR="00104AE4" w:rsidRPr="00E50110">
                  <w:rPr>
                    <w:color w:val="003B5C"/>
                    <w:sz w:val="19"/>
                    <w:lang w:val="es-ES"/>
                  </w:rPr>
                  <w:t>☐</w:t>
                </w:r>
              </w:sdtContent>
            </w:sdt>
          </w:p>
        </w:tc>
      </w:tr>
      <w:tr w:rsidR="00104AE4" w:rsidRPr="00E50110" w14:paraId="03EDD123" w14:textId="77777777" w:rsidTr="00104AE4">
        <w:trPr>
          <w:cantSplit/>
          <w:jc w:val="center"/>
        </w:trPr>
        <w:tc>
          <w:tcPr>
            <w:tcW w:w="1554" w:type="dxa"/>
            <w:vMerge/>
            <w:tcBorders>
              <w:left w:val="single" w:sz="5" w:space="0" w:color="AFC3D6"/>
              <w:right w:val="single" w:sz="5" w:space="0" w:color="AFC3D6"/>
            </w:tcBorders>
            <w:shd w:val="clear" w:color="auto" w:fill="FFFFFF"/>
            <w:tcMar>
              <w:top w:w="35" w:type="dxa"/>
              <w:left w:w="20" w:type="dxa"/>
              <w:bottom w:w="35" w:type="dxa"/>
              <w:right w:w="20" w:type="dxa"/>
            </w:tcMar>
            <w:vAlign w:val="center"/>
          </w:tcPr>
          <w:p w14:paraId="65E2F30F" w14:textId="03792A98" w:rsidR="00104AE4" w:rsidRPr="00E50110" w:rsidRDefault="00104AE4" w:rsidP="003373DF">
            <w:pPr>
              <w:spacing w:after="0" w:line="240" w:lineRule="auto"/>
              <w:jc w:val="center"/>
              <w:rPr>
                <w:lang w:val="es-ES"/>
              </w:rPr>
            </w:pPr>
          </w:p>
        </w:tc>
        <w:tc>
          <w:tcPr>
            <w:tcW w:w="4138" w:type="dxa"/>
            <w:tcBorders>
              <w:top w:val="single" w:sz="5" w:space="0" w:color="AFC3D6"/>
              <w:left w:val="single" w:sz="5" w:space="0" w:color="AFC3D6"/>
              <w:bottom w:val="single" w:sz="5" w:space="0" w:color="AFC3D6"/>
              <w:right w:val="single" w:sz="5" w:space="0" w:color="AFC3D6"/>
            </w:tcBorders>
            <w:shd w:val="clear" w:color="auto" w:fill="FFFFFF"/>
            <w:tcMar>
              <w:top w:w="35" w:type="dxa"/>
              <w:left w:w="35" w:type="dxa"/>
              <w:bottom w:w="35" w:type="dxa"/>
              <w:right w:w="35" w:type="dxa"/>
            </w:tcMar>
            <w:vAlign w:val="center"/>
          </w:tcPr>
          <w:p w14:paraId="4E936B01" w14:textId="77777777" w:rsidR="00104AE4" w:rsidRPr="00E50110" w:rsidRDefault="00104AE4">
            <w:pPr>
              <w:spacing w:after="0" w:line="240" w:lineRule="auto"/>
              <w:rPr>
                <w:lang w:val="es-ES"/>
              </w:rPr>
            </w:pPr>
            <w:r w:rsidRPr="00E50110">
              <w:rPr>
                <w:sz w:val="18"/>
                <w:lang w:val="es-ES"/>
              </w:rPr>
              <w:t>4) La información no es sensible.</w:t>
            </w:r>
          </w:p>
        </w:tc>
        <w:tc>
          <w:tcPr>
            <w:tcW w:w="1202" w:type="dxa"/>
            <w:tcBorders>
              <w:top w:val="single" w:sz="5" w:space="0" w:color="AFC3D6"/>
              <w:left w:val="single" w:sz="5" w:space="0" w:color="AFC3D6"/>
              <w:bottom w:val="single" w:sz="5" w:space="0" w:color="AFC3D6"/>
              <w:right w:val="single" w:sz="5" w:space="0" w:color="AFC3D6"/>
            </w:tcBorders>
            <w:tcMar>
              <w:top w:w="35" w:type="dxa"/>
              <w:left w:w="20" w:type="dxa"/>
              <w:bottom w:w="35" w:type="dxa"/>
              <w:right w:w="20" w:type="dxa"/>
            </w:tcMar>
            <w:vAlign w:val="center"/>
          </w:tcPr>
          <w:p w14:paraId="087CD611" w14:textId="77777777" w:rsidR="00104AE4" w:rsidRPr="00E50110" w:rsidRDefault="00000000">
            <w:pPr>
              <w:spacing w:after="0" w:line="240" w:lineRule="auto"/>
              <w:jc w:val="center"/>
              <w:rPr>
                <w:lang w:val="es-ES"/>
              </w:rPr>
            </w:pPr>
            <w:sdt>
              <w:sdtPr>
                <w:rPr>
                  <w:lang w:val="es-ES"/>
                </w:rPr>
                <w:alias w:val="asset_4_2"/>
                <w:tag w:val="asset_4_2"/>
                <w:id w:val="593935396"/>
                <w14:checkbox>
                  <w14:checked w14:val="0"/>
                  <w14:checkedState w14:val="2612" w14:font="MS Gothic"/>
                  <w14:uncheckedState w14:val="2610" w14:font="MS Gothic"/>
                </w14:checkbox>
              </w:sdtPr>
              <w:sdtContent>
                <w:r w:rsidR="00104AE4" w:rsidRPr="00E50110">
                  <w:rPr>
                    <w:color w:val="003B5C"/>
                    <w:sz w:val="19"/>
                    <w:lang w:val="es-ES"/>
                  </w:rPr>
                  <w:t>☐</w:t>
                </w:r>
              </w:sdtContent>
            </w:sdt>
          </w:p>
        </w:tc>
        <w:tc>
          <w:tcPr>
            <w:tcW w:w="1202" w:type="dxa"/>
            <w:tcBorders>
              <w:top w:val="single" w:sz="5" w:space="0" w:color="AFC3D6"/>
              <w:left w:val="single" w:sz="5" w:space="0" w:color="AFC3D6"/>
              <w:bottom w:val="single" w:sz="5" w:space="0" w:color="AFC3D6"/>
              <w:right w:val="single" w:sz="5" w:space="0" w:color="AFC3D6"/>
            </w:tcBorders>
            <w:tcMar>
              <w:top w:w="35" w:type="dxa"/>
              <w:left w:w="20" w:type="dxa"/>
              <w:bottom w:w="35" w:type="dxa"/>
              <w:right w:w="20" w:type="dxa"/>
            </w:tcMar>
            <w:vAlign w:val="center"/>
          </w:tcPr>
          <w:p w14:paraId="382CEF57" w14:textId="77777777" w:rsidR="00104AE4" w:rsidRPr="00E50110" w:rsidRDefault="00000000">
            <w:pPr>
              <w:spacing w:after="0" w:line="240" w:lineRule="auto"/>
              <w:jc w:val="center"/>
              <w:rPr>
                <w:lang w:val="es-ES"/>
              </w:rPr>
            </w:pPr>
            <w:sdt>
              <w:sdtPr>
                <w:rPr>
                  <w:lang w:val="es-ES"/>
                </w:rPr>
                <w:alias w:val="asset_4_3"/>
                <w:tag w:val="asset_4_3"/>
                <w:id w:val="643349016"/>
                <w14:checkbox>
                  <w14:checked w14:val="0"/>
                  <w14:checkedState w14:val="2612" w14:font="MS Gothic"/>
                  <w14:uncheckedState w14:val="2610" w14:font="MS Gothic"/>
                </w14:checkbox>
              </w:sdtPr>
              <w:sdtContent>
                <w:r w:rsidR="00104AE4" w:rsidRPr="00E50110">
                  <w:rPr>
                    <w:color w:val="003B5C"/>
                    <w:sz w:val="19"/>
                    <w:lang w:val="es-ES"/>
                  </w:rPr>
                  <w:t>☐</w:t>
                </w:r>
              </w:sdtContent>
            </w:sdt>
          </w:p>
        </w:tc>
        <w:tc>
          <w:tcPr>
            <w:tcW w:w="1202" w:type="dxa"/>
            <w:tcBorders>
              <w:top w:val="single" w:sz="5" w:space="0" w:color="AFC3D6"/>
              <w:left w:val="single" w:sz="5" w:space="0" w:color="AFC3D6"/>
              <w:bottom w:val="single" w:sz="5" w:space="0" w:color="AFC3D6"/>
              <w:right w:val="single" w:sz="5" w:space="0" w:color="AFC3D6"/>
            </w:tcBorders>
            <w:tcMar>
              <w:top w:w="35" w:type="dxa"/>
              <w:left w:w="20" w:type="dxa"/>
              <w:bottom w:w="35" w:type="dxa"/>
              <w:right w:w="20" w:type="dxa"/>
            </w:tcMar>
            <w:vAlign w:val="center"/>
          </w:tcPr>
          <w:p w14:paraId="2EE6BA0B" w14:textId="77777777" w:rsidR="00104AE4" w:rsidRPr="00E50110" w:rsidRDefault="00000000">
            <w:pPr>
              <w:spacing w:after="0" w:line="240" w:lineRule="auto"/>
              <w:jc w:val="center"/>
              <w:rPr>
                <w:lang w:val="es-ES"/>
              </w:rPr>
            </w:pPr>
            <w:sdt>
              <w:sdtPr>
                <w:rPr>
                  <w:lang w:val="es-ES"/>
                </w:rPr>
                <w:alias w:val="asset_4_4"/>
                <w:tag w:val="asset_4_4"/>
                <w:id w:val="707812058"/>
                <w14:checkbox>
                  <w14:checked w14:val="0"/>
                  <w14:checkedState w14:val="2612" w14:font="MS Gothic"/>
                  <w14:uncheckedState w14:val="2610" w14:font="MS Gothic"/>
                </w14:checkbox>
              </w:sdtPr>
              <w:sdtContent>
                <w:r w:rsidR="00104AE4" w:rsidRPr="00E50110">
                  <w:rPr>
                    <w:color w:val="003B5C"/>
                    <w:sz w:val="19"/>
                    <w:lang w:val="es-ES"/>
                  </w:rPr>
                  <w:t>☐</w:t>
                </w:r>
              </w:sdtContent>
            </w:sdt>
          </w:p>
        </w:tc>
        <w:tc>
          <w:tcPr>
            <w:tcW w:w="1202" w:type="dxa"/>
            <w:tcBorders>
              <w:top w:val="single" w:sz="5" w:space="0" w:color="AFC3D6"/>
              <w:left w:val="single" w:sz="5" w:space="0" w:color="AFC3D6"/>
              <w:bottom w:val="single" w:sz="5" w:space="0" w:color="AFC3D6"/>
              <w:right w:val="single" w:sz="5" w:space="0" w:color="AFC3D6"/>
            </w:tcBorders>
            <w:tcMar>
              <w:top w:w="35" w:type="dxa"/>
              <w:left w:w="20" w:type="dxa"/>
              <w:bottom w:w="35" w:type="dxa"/>
              <w:right w:w="20" w:type="dxa"/>
            </w:tcMar>
            <w:vAlign w:val="center"/>
          </w:tcPr>
          <w:p w14:paraId="647BFEE0" w14:textId="77777777" w:rsidR="00104AE4" w:rsidRPr="00E50110" w:rsidRDefault="00000000">
            <w:pPr>
              <w:spacing w:after="0" w:line="240" w:lineRule="auto"/>
              <w:jc w:val="center"/>
              <w:rPr>
                <w:lang w:val="es-ES"/>
              </w:rPr>
            </w:pPr>
            <w:sdt>
              <w:sdtPr>
                <w:rPr>
                  <w:lang w:val="es-ES"/>
                </w:rPr>
                <w:alias w:val="asset_4_5"/>
                <w:tag w:val="asset_4_5"/>
                <w:id w:val="737877072"/>
                <w14:checkbox>
                  <w14:checked w14:val="0"/>
                  <w14:checkedState w14:val="2612" w14:font="MS Gothic"/>
                  <w14:uncheckedState w14:val="2610" w14:font="MS Gothic"/>
                </w14:checkbox>
              </w:sdtPr>
              <w:sdtContent>
                <w:r w:rsidR="00104AE4" w:rsidRPr="00E50110">
                  <w:rPr>
                    <w:color w:val="003B5C"/>
                    <w:sz w:val="19"/>
                    <w:lang w:val="es-ES"/>
                  </w:rPr>
                  <w:t>☐</w:t>
                </w:r>
              </w:sdtContent>
            </w:sdt>
          </w:p>
        </w:tc>
      </w:tr>
      <w:tr w:rsidR="00104AE4" w:rsidRPr="00E50110" w14:paraId="58B5713C" w14:textId="77777777" w:rsidTr="00104AE4">
        <w:trPr>
          <w:cantSplit/>
          <w:jc w:val="center"/>
        </w:trPr>
        <w:tc>
          <w:tcPr>
            <w:tcW w:w="1554" w:type="dxa"/>
            <w:vMerge/>
            <w:tcBorders>
              <w:left w:val="single" w:sz="5" w:space="0" w:color="AFC3D6"/>
              <w:right w:val="single" w:sz="5" w:space="0" w:color="AFC3D6"/>
            </w:tcBorders>
            <w:shd w:val="clear" w:color="auto" w:fill="FFFFFF"/>
            <w:tcMar>
              <w:top w:w="35" w:type="dxa"/>
              <w:left w:w="20" w:type="dxa"/>
              <w:bottom w:w="35" w:type="dxa"/>
              <w:right w:w="20" w:type="dxa"/>
            </w:tcMar>
            <w:vAlign w:val="center"/>
          </w:tcPr>
          <w:p w14:paraId="557CE58F" w14:textId="70474F4B" w:rsidR="00104AE4" w:rsidRPr="00E50110" w:rsidRDefault="00104AE4" w:rsidP="003373DF">
            <w:pPr>
              <w:spacing w:after="0" w:line="240" w:lineRule="auto"/>
              <w:jc w:val="center"/>
              <w:rPr>
                <w:lang w:val="es-ES"/>
              </w:rPr>
            </w:pPr>
          </w:p>
        </w:tc>
        <w:tc>
          <w:tcPr>
            <w:tcW w:w="4138" w:type="dxa"/>
            <w:tcBorders>
              <w:top w:val="single" w:sz="5" w:space="0" w:color="AFC3D6"/>
              <w:left w:val="single" w:sz="5" w:space="0" w:color="AFC3D6"/>
              <w:bottom w:val="single" w:sz="5" w:space="0" w:color="AFC3D6"/>
              <w:right w:val="single" w:sz="5" w:space="0" w:color="AFC3D6"/>
            </w:tcBorders>
            <w:shd w:val="clear" w:color="auto" w:fill="EAF1F8"/>
            <w:tcMar>
              <w:top w:w="35" w:type="dxa"/>
              <w:left w:w="35" w:type="dxa"/>
              <w:bottom w:w="35" w:type="dxa"/>
              <w:right w:w="35" w:type="dxa"/>
            </w:tcMar>
            <w:vAlign w:val="center"/>
          </w:tcPr>
          <w:p w14:paraId="337F817B" w14:textId="77777777" w:rsidR="00104AE4" w:rsidRPr="00E50110" w:rsidRDefault="00104AE4">
            <w:pPr>
              <w:spacing w:after="0" w:line="240" w:lineRule="auto"/>
              <w:rPr>
                <w:lang w:val="es-ES"/>
              </w:rPr>
            </w:pPr>
            <w:r w:rsidRPr="00E50110">
              <w:rPr>
                <w:sz w:val="18"/>
                <w:lang w:val="es-ES"/>
              </w:rPr>
              <w:t>5) La información es sensible.</w:t>
            </w:r>
          </w:p>
        </w:tc>
        <w:tc>
          <w:tcPr>
            <w:tcW w:w="1202" w:type="dxa"/>
            <w:tcBorders>
              <w:top w:val="single" w:sz="5" w:space="0" w:color="AFC3D6"/>
              <w:left w:val="single" w:sz="5" w:space="0" w:color="AFC3D6"/>
              <w:bottom w:val="single" w:sz="5" w:space="0" w:color="AFC3D6"/>
              <w:right w:val="single" w:sz="5" w:space="0" w:color="AFC3D6"/>
            </w:tcBorders>
            <w:shd w:val="clear" w:color="auto" w:fill="EAF1F8"/>
            <w:tcMar>
              <w:top w:w="35" w:type="dxa"/>
              <w:left w:w="20" w:type="dxa"/>
              <w:bottom w:w="35" w:type="dxa"/>
              <w:right w:w="20" w:type="dxa"/>
            </w:tcMar>
            <w:vAlign w:val="center"/>
          </w:tcPr>
          <w:p w14:paraId="3D97200E" w14:textId="77777777" w:rsidR="00104AE4" w:rsidRPr="00E50110" w:rsidRDefault="00000000">
            <w:pPr>
              <w:spacing w:after="0" w:line="240" w:lineRule="auto"/>
              <w:jc w:val="center"/>
              <w:rPr>
                <w:lang w:val="es-ES"/>
              </w:rPr>
            </w:pPr>
            <w:sdt>
              <w:sdtPr>
                <w:rPr>
                  <w:lang w:val="es-ES"/>
                </w:rPr>
                <w:alias w:val="asset_5_2"/>
                <w:tag w:val="asset_5_2"/>
                <w:id w:val="2009850821"/>
                <w14:checkbox>
                  <w14:checked w14:val="0"/>
                  <w14:checkedState w14:val="2612" w14:font="MS Gothic"/>
                  <w14:uncheckedState w14:val="2610" w14:font="MS Gothic"/>
                </w14:checkbox>
              </w:sdtPr>
              <w:sdtContent>
                <w:r w:rsidR="00104AE4" w:rsidRPr="00E50110">
                  <w:rPr>
                    <w:color w:val="003B5C"/>
                    <w:sz w:val="19"/>
                    <w:lang w:val="es-ES"/>
                  </w:rPr>
                  <w:t>☐</w:t>
                </w:r>
              </w:sdtContent>
            </w:sdt>
          </w:p>
        </w:tc>
        <w:tc>
          <w:tcPr>
            <w:tcW w:w="1202" w:type="dxa"/>
            <w:tcBorders>
              <w:top w:val="single" w:sz="5" w:space="0" w:color="AFC3D6"/>
              <w:left w:val="single" w:sz="5" w:space="0" w:color="AFC3D6"/>
              <w:bottom w:val="single" w:sz="5" w:space="0" w:color="AFC3D6"/>
              <w:right w:val="single" w:sz="5" w:space="0" w:color="AFC3D6"/>
            </w:tcBorders>
            <w:shd w:val="clear" w:color="auto" w:fill="EAF1F8"/>
            <w:tcMar>
              <w:top w:w="35" w:type="dxa"/>
              <w:left w:w="20" w:type="dxa"/>
              <w:bottom w:w="35" w:type="dxa"/>
              <w:right w:w="20" w:type="dxa"/>
            </w:tcMar>
            <w:vAlign w:val="center"/>
          </w:tcPr>
          <w:p w14:paraId="69B580CA" w14:textId="77777777" w:rsidR="00104AE4" w:rsidRPr="00E50110" w:rsidRDefault="00000000">
            <w:pPr>
              <w:spacing w:after="0" w:line="240" w:lineRule="auto"/>
              <w:jc w:val="center"/>
              <w:rPr>
                <w:lang w:val="es-ES"/>
              </w:rPr>
            </w:pPr>
            <w:sdt>
              <w:sdtPr>
                <w:rPr>
                  <w:lang w:val="es-ES"/>
                </w:rPr>
                <w:alias w:val="asset_5_3"/>
                <w:tag w:val="asset_5_3"/>
                <w:id w:val="2067853536"/>
                <w14:checkbox>
                  <w14:checked w14:val="0"/>
                  <w14:checkedState w14:val="2612" w14:font="MS Gothic"/>
                  <w14:uncheckedState w14:val="2610" w14:font="MS Gothic"/>
                </w14:checkbox>
              </w:sdtPr>
              <w:sdtContent>
                <w:r w:rsidR="00104AE4" w:rsidRPr="00E50110">
                  <w:rPr>
                    <w:color w:val="003B5C"/>
                    <w:sz w:val="19"/>
                    <w:lang w:val="es-ES"/>
                  </w:rPr>
                  <w:t>☐</w:t>
                </w:r>
              </w:sdtContent>
            </w:sdt>
          </w:p>
        </w:tc>
        <w:tc>
          <w:tcPr>
            <w:tcW w:w="1202" w:type="dxa"/>
            <w:tcBorders>
              <w:top w:val="single" w:sz="5" w:space="0" w:color="AFC3D6"/>
              <w:left w:val="single" w:sz="5" w:space="0" w:color="AFC3D6"/>
              <w:bottom w:val="single" w:sz="5" w:space="0" w:color="AFC3D6"/>
              <w:right w:val="single" w:sz="5" w:space="0" w:color="AFC3D6"/>
            </w:tcBorders>
            <w:shd w:val="clear" w:color="auto" w:fill="EAF1F8"/>
            <w:tcMar>
              <w:top w:w="35" w:type="dxa"/>
              <w:left w:w="20" w:type="dxa"/>
              <w:bottom w:w="35" w:type="dxa"/>
              <w:right w:w="20" w:type="dxa"/>
            </w:tcMar>
            <w:vAlign w:val="center"/>
          </w:tcPr>
          <w:p w14:paraId="731ABF10" w14:textId="77777777" w:rsidR="00104AE4" w:rsidRPr="00E50110" w:rsidRDefault="00000000">
            <w:pPr>
              <w:spacing w:after="0" w:line="240" w:lineRule="auto"/>
              <w:jc w:val="center"/>
              <w:rPr>
                <w:lang w:val="es-ES"/>
              </w:rPr>
            </w:pPr>
            <w:sdt>
              <w:sdtPr>
                <w:rPr>
                  <w:lang w:val="es-ES"/>
                </w:rPr>
                <w:alias w:val="asset_5_4"/>
                <w:tag w:val="asset_5_4"/>
                <w:id w:val="659539398"/>
                <w14:checkbox>
                  <w14:checked w14:val="0"/>
                  <w14:checkedState w14:val="2612" w14:font="MS Gothic"/>
                  <w14:uncheckedState w14:val="2610" w14:font="MS Gothic"/>
                </w14:checkbox>
              </w:sdtPr>
              <w:sdtContent>
                <w:r w:rsidR="00104AE4" w:rsidRPr="00E50110">
                  <w:rPr>
                    <w:color w:val="003B5C"/>
                    <w:sz w:val="19"/>
                    <w:lang w:val="es-ES"/>
                  </w:rPr>
                  <w:t>☐</w:t>
                </w:r>
              </w:sdtContent>
            </w:sdt>
          </w:p>
        </w:tc>
        <w:tc>
          <w:tcPr>
            <w:tcW w:w="1202" w:type="dxa"/>
            <w:tcBorders>
              <w:top w:val="single" w:sz="5" w:space="0" w:color="AFC3D6"/>
              <w:left w:val="single" w:sz="5" w:space="0" w:color="AFC3D6"/>
              <w:bottom w:val="single" w:sz="5" w:space="0" w:color="AFC3D6"/>
              <w:right w:val="single" w:sz="5" w:space="0" w:color="AFC3D6"/>
            </w:tcBorders>
            <w:shd w:val="clear" w:color="auto" w:fill="EAF1F8"/>
            <w:tcMar>
              <w:top w:w="35" w:type="dxa"/>
              <w:left w:w="20" w:type="dxa"/>
              <w:bottom w:w="35" w:type="dxa"/>
              <w:right w:w="20" w:type="dxa"/>
            </w:tcMar>
            <w:vAlign w:val="center"/>
          </w:tcPr>
          <w:p w14:paraId="6420C86A" w14:textId="77777777" w:rsidR="00104AE4" w:rsidRPr="00E50110" w:rsidRDefault="00000000">
            <w:pPr>
              <w:spacing w:after="0" w:line="240" w:lineRule="auto"/>
              <w:jc w:val="center"/>
              <w:rPr>
                <w:lang w:val="es-ES"/>
              </w:rPr>
            </w:pPr>
            <w:sdt>
              <w:sdtPr>
                <w:rPr>
                  <w:lang w:val="es-ES"/>
                </w:rPr>
                <w:alias w:val="asset_5_5"/>
                <w:tag w:val="asset_5_5"/>
                <w:id w:val="563603430"/>
                <w14:checkbox>
                  <w14:checked w14:val="0"/>
                  <w14:checkedState w14:val="2612" w14:font="MS Gothic"/>
                  <w14:uncheckedState w14:val="2610" w14:font="MS Gothic"/>
                </w14:checkbox>
              </w:sdtPr>
              <w:sdtContent>
                <w:r w:rsidR="00104AE4" w:rsidRPr="00E50110">
                  <w:rPr>
                    <w:color w:val="003B5C"/>
                    <w:sz w:val="19"/>
                    <w:lang w:val="es-ES"/>
                  </w:rPr>
                  <w:t>☐</w:t>
                </w:r>
              </w:sdtContent>
            </w:sdt>
          </w:p>
        </w:tc>
      </w:tr>
      <w:tr w:rsidR="00104AE4" w:rsidRPr="00E50110" w14:paraId="76D10E7A" w14:textId="77777777" w:rsidTr="00104AE4">
        <w:trPr>
          <w:cantSplit/>
          <w:jc w:val="center"/>
        </w:trPr>
        <w:tc>
          <w:tcPr>
            <w:tcW w:w="1554" w:type="dxa"/>
            <w:vMerge/>
            <w:tcBorders>
              <w:left w:val="single" w:sz="5" w:space="0" w:color="AFC3D6"/>
              <w:bottom w:val="single" w:sz="5" w:space="0" w:color="AFC3D6"/>
              <w:right w:val="single" w:sz="5" w:space="0" w:color="AFC3D6"/>
            </w:tcBorders>
            <w:shd w:val="clear" w:color="auto" w:fill="FFFFFF"/>
            <w:tcMar>
              <w:top w:w="35" w:type="dxa"/>
              <w:left w:w="20" w:type="dxa"/>
              <w:bottom w:w="35" w:type="dxa"/>
              <w:right w:w="20" w:type="dxa"/>
            </w:tcMar>
            <w:vAlign w:val="center"/>
          </w:tcPr>
          <w:p w14:paraId="43C5E5C3" w14:textId="225EF9CB" w:rsidR="00104AE4" w:rsidRPr="00E50110" w:rsidRDefault="00104AE4">
            <w:pPr>
              <w:spacing w:after="0" w:line="240" w:lineRule="auto"/>
              <w:jc w:val="center"/>
              <w:rPr>
                <w:lang w:val="es-ES"/>
              </w:rPr>
            </w:pPr>
          </w:p>
        </w:tc>
        <w:tc>
          <w:tcPr>
            <w:tcW w:w="4138" w:type="dxa"/>
            <w:tcBorders>
              <w:top w:val="single" w:sz="5" w:space="0" w:color="AFC3D6"/>
              <w:left w:val="single" w:sz="5" w:space="0" w:color="AFC3D6"/>
              <w:bottom w:val="single" w:sz="5" w:space="0" w:color="AFC3D6"/>
              <w:right w:val="single" w:sz="5" w:space="0" w:color="AFC3D6"/>
            </w:tcBorders>
            <w:shd w:val="clear" w:color="auto" w:fill="FFFFFF"/>
            <w:tcMar>
              <w:top w:w="35" w:type="dxa"/>
              <w:left w:w="35" w:type="dxa"/>
              <w:bottom w:w="35" w:type="dxa"/>
              <w:right w:w="35" w:type="dxa"/>
            </w:tcMar>
            <w:vAlign w:val="center"/>
          </w:tcPr>
          <w:p w14:paraId="1A0C30F3" w14:textId="77777777" w:rsidR="00104AE4" w:rsidRPr="00E50110" w:rsidRDefault="00104AE4">
            <w:pPr>
              <w:spacing w:after="0" w:line="240" w:lineRule="auto"/>
              <w:rPr>
                <w:lang w:val="es-ES"/>
              </w:rPr>
            </w:pPr>
            <w:r w:rsidRPr="00E50110">
              <w:rPr>
                <w:sz w:val="18"/>
                <w:lang w:val="es-ES"/>
              </w:rPr>
              <w:t>6) La información es altamente sensible.</w:t>
            </w:r>
          </w:p>
        </w:tc>
        <w:tc>
          <w:tcPr>
            <w:tcW w:w="1202" w:type="dxa"/>
            <w:tcBorders>
              <w:top w:val="single" w:sz="5" w:space="0" w:color="AFC3D6"/>
              <w:left w:val="single" w:sz="5" w:space="0" w:color="AFC3D6"/>
              <w:bottom w:val="single" w:sz="5" w:space="0" w:color="AFC3D6"/>
              <w:right w:val="single" w:sz="5" w:space="0" w:color="AFC3D6"/>
            </w:tcBorders>
            <w:tcMar>
              <w:top w:w="35" w:type="dxa"/>
              <w:left w:w="20" w:type="dxa"/>
              <w:bottom w:w="35" w:type="dxa"/>
              <w:right w:w="20" w:type="dxa"/>
            </w:tcMar>
            <w:vAlign w:val="center"/>
          </w:tcPr>
          <w:p w14:paraId="60BE9C36" w14:textId="77777777" w:rsidR="00104AE4" w:rsidRPr="00E50110" w:rsidRDefault="00000000">
            <w:pPr>
              <w:spacing w:after="0" w:line="240" w:lineRule="auto"/>
              <w:jc w:val="center"/>
              <w:rPr>
                <w:lang w:val="es-ES"/>
              </w:rPr>
            </w:pPr>
            <w:sdt>
              <w:sdtPr>
                <w:rPr>
                  <w:lang w:val="es-ES"/>
                </w:rPr>
                <w:alias w:val="asset_6_2"/>
                <w:tag w:val="asset_6_2"/>
                <w:id w:val="2137005228"/>
                <w14:checkbox>
                  <w14:checked w14:val="0"/>
                  <w14:checkedState w14:val="2612" w14:font="MS Gothic"/>
                  <w14:uncheckedState w14:val="2610" w14:font="MS Gothic"/>
                </w14:checkbox>
              </w:sdtPr>
              <w:sdtContent>
                <w:r w:rsidR="00104AE4" w:rsidRPr="00E50110">
                  <w:rPr>
                    <w:color w:val="003B5C"/>
                    <w:sz w:val="19"/>
                    <w:lang w:val="es-ES"/>
                  </w:rPr>
                  <w:t>☐</w:t>
                </w:r>
              </w:sdtContent>
            </w:sdt>
          </w:p>
        </w:tc>
        <w:tc>
          <w:tcPr>
            <w:tcW w:w="1202" w:type="dxa"/>
            <w:tcBorders>
              <w:top w:val="single" w:sz="5" w:space="0" w:color="AFC3D6"/>
              <w:left w:val="single" w:sz="5" w:space="0" w:color="AFC3D6"/>
              <w:bottom w:val="single" w:sz="5" w:space="0" w:color="AFC3D6"/>
              <w:right w:val="single" w:sz="5" w:space="0" w:color="AFC3D6"/>
            </w:tcBorders>
            <w:tcMar>
              <w:top w:w="35" w:type="dxa"/>
              <w:left w:w="20" w:type="dxa"/>
              <w:bottom w:w="35" w:type="dxa"/>
              <w:right w:w="20" w:type="dxa"/>
            </w:tcMar>
            <w:vAlign w:val="center"/>
          </w:tcPr>
          <w:p w14:paraId="0B7BBDD4" w14:textId="77777777" w:rsidR="00104AE4" w:rsidRPr="00E50110" w:rsidRDefault="00000000">
            <w:pPr>
              <w:spacing w:after="0" w:line="240" w:lineRule="auto"/>
              <w:jc w:val="center"/>
              <w:rPr>
                <w:lang w:val="es-ES"/>
              </w:rPr>
            </w:pPr>
            <w:sdt>
              <w:sdtPr>
                <w:rPr>
                  <w:lang w:val="es-ES"/>
                </w:rPr>
                <w:alias w:val="asset_6_3"/>
                <w:tag w:val="asset_6_3"/>
                <w:id w:val="202653801"/>
                <w14:checkbox>
                  <w14:checked w14:val="0"/>
                  <w14:checkedState w14:val="2612" w14:font="MS Gothic"/>
                  <w14:uncheckedState w14:val="2610" w14:font="MS Gothic"/>
                </w14:checkbox>
              </w:sdtPr>
              <w:sdtContent>
                <w:r w:rsidR="00104AE4" w:rsidRPr="00E50110">
                  <w:rPr>
                    <w:color w:val="003B5C"/>
                    <w:sz w:val="19"/>
                    <w:lang w:val="es-ES"/>
                  </w:rPr>
                  <w:t>☐</w:t>
                </w:r>
              </w:sdtContent>
            </w:sdt>
          </w:p>
        </w:tc>
        <w:tc>
          <w:tcPr>
            <w:tcW w:w="1202" w:type="dxa"/>
            <w:tcBorders>
              <w:top w:val="single" w:sz="5" w:space="0" w:color="AFC3D6"/>
              <w:left w:val="single" w:sz="5" w:space="0" w:color="AFC3D6"/>
              <w:bottom w:val="single" w:sz="5" w:space="0" w:color="AFC3D6"/>
              <w:right w:val="single" w:sz="5" w:space="0" w:color="AFC3D6"/>
            </w:tcBorders>
            <w:tcMar>
              <w:top w:w="35" w:type="dxa"/>
              <w:left w:w="20" w:type="dxa"/>
              <w:bottom w:w="35" w:type="dxa"/>
              <w:right w:w="20" w:type="dxa"/>
            </w:tcMar>
            <w:vAlign w:val="center"/>
          </w:tcPr>
          <w:p w14:paraId="252E2B4F" w14:textId="77777777" w:rsidR="00104AE4" w:rsidRPr="00E50110" w:rsidRDefault="00000000">
            <w:pPr>
              <w:spacing w:after="0" w:line="240" w:lineRule="auto"/>
              <w:jc w:val="center"/>
              <w:rPr>
                <w:lang w:val="es-ES"/>
              </w:rPr>
            </w:pPr>
            <w:sdt>
              <w:sdtPr>
                <w:rPr>
                  <w:lang w:val="es-ES"/>
                </w:rPr>
                <w:alias w:val="asset_6_4"/>
                <w:tag w:val="asset_6_4"/>
                <w:id w:val="1597964283"/>
                <w14:checkbox>
                  <w14:checked w14:val="0"/>
                  <w14:checkedState w14:val="2612" w14:font="MS Gothic"/>
                  <w14:uncheckedState w14:val="2610" w14:font="MS Gothic"/>
                </w14:checkbox>
              </w:sdtPr>
              <w:sdtContent>
                <w:r w:rsidR="00104AE4" w:rsidRPr="00E50110">
                  <w:rPr>
                    <w:color w:val="003B5C"/>
                    <w:sz w:val="19"/>
                    <w:lang w:val="es-ES"/>
                  </w:rPr>
                  <w:t>☐</w:t>
                </w:r>
              </w:sdtContent>
            </w:sdt>
          </w:p>
        </w:tc>
        <w:tc>
          <w:tcPr>
            <w:tcW w:w="1202" w:type="dxa"/>
            <w:tcBorders>
              <w:top w:val="single" w:sz="5" w:space="0" w:color="AFC3D6"/>
              <w:left w:val="single" w:sz="5" w:space="0" w:color="AFC3D6"/>
              <w:bottom w:val="single" w:sz="5" w:space="0" w:color="AFC3D6"/>
              <w:right w:val="single" w:sz="5" w:space="0" w:color="AFC3D6"/>
            </w:tcBorders>
            <w:tcMar>
              <w:top w:w="35" w:type="dxa"/>
              <w:left w:w="20" w:type="dxa"/>
              <w:bottom w:w="35" w:type="dxa"/>
              <w:right w:w="20" w:type="dxa"/>
            </w:tcMar>
            <w:vAlign w:val="center"/>
          </w:tcPr>
          <w:p w14:paraId="77403F80" w14:textId="77777777" w:rsidR="00104AE4" w:rsidRPr="00E50110" w:rsidRDefault="00000000">
            <w:pPr>
              <w:spacing w:after="0" w:line="240" w:lineRule="auto"/>
              <w:jc w:val="center"/>
              <w:rPr>
                <w:lang w:val="es-ES"/>
              </w:rPr>
            </w:pPr>
            <w:sdt>
              <w:sdtPr>
                <w:rPr>
                  <w:lang w:val="es-ES"/>
                </w:rPr>
                <w:alias w:val="asset_6_5"/>
                <w:tag w:val="asset_6_5"/>
                <w:id w:val="678694321"/>
                <w14:checkbox>
                  <w14:checked w14:val="0"/>
                  <w14:checkedState w14:val="2612" w14:font="MS Gothic"/>
                  <w14:uncheckedState w14:val="2610" w14:font="MS Gothic"/>
                </w14:checkbox>
              </w:sdtPr>
              <w:sdtContent>
                <w:r w:rsidR="00104AE4" w:rsidRPr="00E50110">
                  <w:rPr>
                    <w:color w:val="003B5C"/>
                    <w:sz w:val="19"/>
                    <w:lang w:val="es-ES"/>
                  </w:rPr>
                  <w:t>☐</w:t>
                </w:r>
              </w:sdtContent>
            </w:sdt>
          </w:p>
        </w:tc>
      </w:tr>
      <w:tr w:rsidR="00104AE4" w:rsidRPr="00E50110" w14:paraId="6697D9D0" w14:textId="77777777" w:rsidTr="00104AE4">
        <w:trPr>
          <w:cantSplit/>
          <w:jc w:val="center"/>
        </w:trPr>
        <w:tc>
          <w:tcPr>
            <w:tcW w:w="1554" w:type="dxa"/>
            <w:vMerge w:val="restart"/>
            <w:tcBorders>
              <w:top w:val="single" w:sz="5" w:space="0" w:color="AFC3D6"/>
              <w:left w:val="single" w:sz="5" w:space="0" w:color="AFC3D6"/>
              <w:right w:val="single" w:sz="5" w:space="0" w:color="AFC3D6"/>
            </w:tcBorders>
            <w:shd w:val="clear" w:color="auto" w:fill="FFFFFF"/>
            <w:tcMar>
              <w:top w:w="35" w:type="dxa"/>
              <w:left w:w="20" w:type="dxa"/>
              <w:bottom w:w="35" w:type="dxa"/>
              <w:right w:w="20" w:type="dxa"/>
            </w:tcMar>
            <w:vAlign w:val="center"/>
          </w:tcPr>
          <w:p w14:paraId="4D255D9F" w14:textId="3E486F01" w:rsidR="00104AE4" w:rsidRPr="00E50110" w:rsidRDefault="00104AE4" w:rsidP="00104AE4">
            <w:pPr>
              <w:spacing w:after="0" w:line="240" w:lineRule="auto"/>
              <w:jc w:val="center"/>
              <w:rPr>
                <w:lang w:val="es-ES"/>
              </w:rPr>
            </w:pPr>
            <w:r w:rsidRPr="00E50110">
              <w:rPr>
                <w:b/>
                <w:i/>
                <w:color w:val="003B5C"/>
                <w:sz w:val="16"/>
                <w:lang w:val="es-ES"/>
              </w:rPr>
              <w:t>Integridad</w:t>
            </w:r>
          </w:p>
        </w:tc>
        <w:tc>
          <w:tcPr>
            <w:tcW w:w="4138" w:type="dxa"/>
            <w:tcBorders>
              <w:top w:val="single" w:sz="5" w:space="0" w:color="AFC3D6"/>
              <w:left w:val="single" w:sz="5" w:space="0" w:color="AFC3D6"/>
              <w:bottom w:val="single" w:sz="5" w:space="0" w:color="AFC3D6"/>
              <w:right w:val="single" w:sz="5" w:space="0" w:color="AFC3D6"/>
            </w:tcBorders>
            <w:shd w:val="clear" w:color="auto" w:fill="EAF1F8"/>
            <w:tcMar>
              <w:top w:w="35" w:type="dxa"/>
              <w:left w:w="35" w:type="dxa"/>
              <w:bottom w:w="35" w:type="dxa"/>
              <w:right w:w="35" w:type="dxa"/>
            </w:tcMar>
            <w:vAlign w:val="center"/>
          </w:tcPr>
          <w:p w14:paraId="2D858DFB" w14:textId="77777777" w:rsidR="00104AE4" w:rsidRPr="00E50110" w:rsidRDefault="00104AE4">
            <w:pPr>
              <w:spacing w:after="0" w:line="240" w:lineRule="auto"/>
              <w:rPr>
                <w:lang w:val="es-ES"/>
              </w:rPr>
            </w:pPr>
            <w:r w:rsidRPr="00E50110">
              <w:rPr>
                <w:sz w:val="18"/>
                <w:lang w:val="es-ES"/>
              </w:rPr>
              <w:t>7) No existen controles para el manejo y resguardo de la información.</w:t>
            </w:r>
          </w:p>
        </w:tc>
        <w:tc>
          <w:tcPr>
            <w:tcW w:w="1202" w:type="dxa"/>
            <w:tcBorders>
              <w:top w:val="single" w:sz="5" w:space="0" w:color="AFC3D6"/>
              <w:left w:val="single" w:sz="5" w:space="0" w:color="AFC3D6"/>
              <w:bottom w:val="single" w:sz="5" w:space="0" w:color="AFC3D6"/>
              <w:right w:val="single" w:sz="5" w:space="0" w:color="AFC3D6"/>
            </w:tcBorders>
            <w:shd w:val="clear" w:color="auto" w:fill="EAF1F8"/>
            <w:tcMar>
              <w:top w:w="35" w:type="dxa"/>
              <w:left w:w="20" w:type="dxa"/>
              <w:bottom w:w="35" w:type="dxa"/>
              <w:right w:w="20" w:type="dxa"/>
            </w:tcMar>
            <w:vAlign w:val="center"/>
          </w:tcPr>
          <w:p w14:paraId="77A49B44" w14:textId="77777777" w:rsidR="00104AE4" w:rsidRPr="00E50110" w:rsidRDefault="00000000">
            <w:pPr>
              <w:spacing w:after="0" w:line="240" w:lineRule="auto"/>
              <w:jc w:val="center"/>
              <w:rPr>
                <w:lang w:val="es-ES"/>
              </w:rPr>
            </w:pPr>
            <w:sdt>
              <w:sdtPr>
                <w:rPr>
                  <w:lang w:val="es-ES"/>
                </w:rPr>
                <w:alias w:val="asset_7_2"/>
                <w:tag w:val="asset_7_2"/>
                <w:id w:val="805436589"/>
                <w14:checkbox>
                  <w14:checked w14:val="0"/>
                  <w14:checkedState w14:val="2612" w14:font="MS Gothic"/>
                  <w14:uncheckedState w14:val="2610" w14:font="MS Gothic"/>
                </w14:checkbox>
              </w:sdtPr>
              <w:sdtContent>
                <w:r w:rsidR="00104AE4" w:rsidRPr="00E50110">
                  <w:rPr>
                    <w:color w:val="003B5C"/>
                    <w:sz w:val="19"/>
                    <w:lang w:val="es-ES"/>
                  </w:rPr>
                  <w:t>☐</w:t>
                </w:r>
              </w:sdtContent>
            </w:sdt>
          </w:p>
        </w:tc>
        <w:tc>
          <w:tcPr>
            <w:tcW w:w="1202" w:type="dxa"/>
            <w:tcBorders>
              <w:top w:val="single" w:sz="5" w:space="0" w:color="AFC3D6"/>
              <w:left w:val="single" w:sz="5" w:space="0" w:color="AFC3D6"/>
              <w:bottom w:val="single" w:sz="5" w:space="0" w:color="AFC3D6"/>
              <w:right w:val="single" w:sz="5" w:space="0" w:color="AFC3D6"/>
            </w:tcBorders>
            <w:shd w:val="clear" w:color="auto" w:fill="EAF1F8"/>
            <w:tcMar>
              <w:top w:w="35" w:type="dxa"/>
              <w:left w:w="20" w:type="dxa"/>
              <w:bottom w:w="35" w:type="dxa"/>
              <w:right w:w="20" w:type="dxa"/>
            </w:tcMar>
            <w:vAlign w:val="center"/>
          </w:tcPr>
          <w:p w14:paraId="00E56BAE" w14:textId="77777777" w:rsidR="00104AE4" w:rsidRPr="00E50110" w:rsidRDefault="00000000">
            <w:pPr>
              <w:spacing w:after="0" w:line="240" w:lineRule="auto"/>
              <w:jc w:val="center"/>
              <w:rPr>
                <w:lang w:val="es-ES"/>
              </w:rPr>
            </w:pPr>
            <w:sdt>
              <w:sdtPr>
                <w:rPr>
                  <w:lang w:val="es-ES"/>
                </w:rPr>
                <w:alias w:val="asset_7_3"/>
                <w:tag w:val="asset_7_3"/>
                <w:id w:val="548077149"/>
                <w14:checkbox>
                  <w14:checked w14:val="0"/>
                  <w14:checkedState w14:val="2612" w14:font="MS Gothic"/>
                  <w14:uncheckedState w14:val="2610" w14:font="MS Gothic"/>
                </w14:checkbox>
              </w:sdtPr>
              <w:sdtContent>
                <w:r w:rsidR="00104AE4" w:rsidRPr="00E50110">
                  <w:rPr>
                    <w:color w:val="003B5C"/>
                    <w:sz w:val="19"/>
                    <w:lang w:val="es-ES"/>
                  </w:rPr>
                  <w:t>☐</w:t>
                </w:r>
              </w:sdtContent>
            </w:sdt>
          </w:p>
        </w:tc>
        <w:tc>
          <w:tcPr>
            <w:tcW w:w="1202" w:type="dxa"/>
            <w:tcBorders>
              <w:top w:val="single" w:sz="5" w:space="0" w:color="AFC3D6"/>
              <w:left w:val="single" w:sz="5" w:space="0" w:color="AFC3D6"/>
              <w:bottom w:val="single" w:sz="5" w:space="0" w:color="AFC3D6"/>
              <w:right w:val="single" w:sz="5" w:space="0" w:color="AFC3D6"/>
            </w:tcBorders>
            <w:shd w:val="clear" w:color="auto" w:fill="EAF1F8"/>
            <w:tcMar>
              <w:top w:w="35" w:type="dxa"/>
              <w:left w:w="20" w:type="dxa"/>
              <w:bottom w:w="35" w:type="dxa"/>
              <w:right w:w="20" w:type="dxa"/>
            </w:tcMar>
            <w:vAlign w:val="center"/>
          </w:tcPr>
          <w:p w14:paraId="7C609BF1" w14:textId="77777777" w:rsidR="00104AE4" w:rsidRPr="00E50110" w:rsidRDefault="00000000">
            <w:pPr>
              <w:spacing w:after="0" w:line="240" w:lineRule="auto"/>
              <w:jc w:val="center"/>
              <w:rPr>
                <w:lang w:val="es-ES"/>
              </w:rPr>
            </w:pPr>
            <w:sdt>
              <w:sdtPr>
                <w:rPr>
                  <w:lang w:val="es-ES"/>
                </w:rPr>
                <w:alias w:val="asset_7_4"/>
                <w:tag w:val="asset_7_4"/>
                <w:id w:val="597135248"/>
                <w14:checkbox>
                  <w14:checked w14:val="0"/>
                  <w14:checkedState w14:val="2612" w14:font="MS Gothic"/>
                  <w14:uncheckedState w14:val="2610" w14:font="MS Gothic"/>
                </w14:checkbox>
              </w:sdtPr>
              <w:sdtContent>
                <w:r w:rsidR="00104AE4" w:rsidRPr="00E50110">
                  <w:rPr>
                    <w:color w:val="003B5C"/>
                    <w:sz w:val="19"/>
                    <w:lang w:val="es-ES"/>
                  </w:rPr>
                  <w:t>☐</w:t>
                </w:r>
              </w:sdtContent>
            </w:sdt>
          </w:p>
        </w:tc>
        <w:tc>
          <w:tcPr>
            <w:tcW w:w="1202" w:type="dxa"/>
            <w:tcBorders>
              <w:top w:val="single" w:sz="5" w:space="0" w:color="AFC3D6"/>
              <w:left w:val="single" w:sz="5" w:space="0" w:color="AFC3D6"/>
              <w:bottom w:val="single" w:sz="5" w:space="0" w:color="AFC3D6"/>
              <w:right w:val="single" w:sz="5" w:space="0" w:color="AFC3D6"/>
            </w:tcBorders>
            <w:shd w:val="clear" w:color="auto" w:fill="EAF1F8"/>
            <w:tcMar>
              <w:top w:w="35" w:type="dxa"/>
              <w:left w:w="20" w:type="dxa"/>
              <w:bottom w:w="35" w:type="dxa"/>
              <w:right w:w="20" w:type="dxa"/>
            </w:tcMar>
            <w:vAlign w:val="center"/>
          </w:tcPr>
          <w:p w14:paraId="214B736D" w14:textId="77777777" w:rsidR="00104AE4" w:rsidRPr="00E50110" w:rsidRDefault="00000000">
            <w:pPr>
              <w:spacing w:after="0" w:line="240" w:lineRule="auto"/>
              <w:jc w:val="center"/>
              <w:rPr>
                <w:lang w:val="es-ES"/>
              </w:rPr>
            </w:pPr>
            <w:sdt>
              <w:sdtPr>
                <w:rPr>
                  <w:lang w:val="es-ES"/>
                </w:rPr>
                <w:alias w:val="asset_7_5"/>
                <w:tag w:val="asset_7_5"/>
                <w:id w:val="1439430513"/>
                <w14:checkbox>
                  <w14:checked w14:val="0"/>
                  <w14:checkedState w14:val="2612" w14:font="MS Gothic"/>
                  <w14:uncheckedState w14:val="2610" w14:font="MS Gothic"/>
                </w14:checkbox>
              </w:sdtPr>
              <w:sdtContent>
                <w:r w:rsidR="00104AE4" w:rsidRPr="00E50110">
                  <w:rPr>
                    <w:color w:val="003B5C"/>
                    <w:sz w:val="19"/>
                    <w:lang w:val="es-ES"/>
                  </w:rPr>
                  <w:t>☐</w:t>
                </w:r>
              </w:sdtContent>
            </w:sdt>
          </w:p>
        </w:tc>
      </w:tr>
      <w:tr w:rsidR="00104AE4" w:rsidRPr="00E50110" w14:paraId="53826444" w14:textId="77777777" w:rsidTr="00104AE4">
        <w:trPr>
          <w:cantSplit/>
          <w:jc w:val="center"/>
        </w:trPr>
        <w:tc>
          <w:tcPr>
            <w:tcW w:w="1554" w:type="dxa"/>
            <w:vMerge/>
            <w:tcBorders>
              <w:left w:val="single" w:sz="5" w:space="0" w:color="AFC3D6"/>
              <w:right w:val="single" w:sz="5" w:space="0" w:color="AFC3D6"/>
            </w:tcBorders>
            <w:shd w:val="clear" w:color="auto" w:fill="FFFFFF"/>
            <w:tcMar>
              <w:top w:w="35" w:type="dxa"/>
              <w:left w:w="20" w:type="dxa"/>
              <w:bottom w:w="35" w:type="dxa"/>
              <w:right w:w="20" w:type="dxa"/>
            </w:tcMar>
            <w:vAlign w:val="center"/>
          </w:tcPr>
          <w:p w14:paraId="6A8BE9C2" w14:textId="68CED423" w:rsidR="00104AE4" w:rsidRPr="00E50110" w:rsidRDefault="00104AE4" w:rsidP="00331EA1">
            <w:pPr>
              <w:spacing w:after="0" w:line="240" w:lineRule="auto"/>
              <w:jc w:val="center"/>
              <w:rPr>
                <w:lang w:val="es-ES"/>
              </w:rPr>
            </w:pPr>
          </w:p>
        </w:tc>
        <w:tc>
          <w:tcPr>
            <w:tcW w:w="4138" w:type="dxa"/>
            <w:tcBorders>
              <w:top w:val="single" w:sz="5" w:space="0" w:color="AFC3D6"/>
              <w:left w:val="single" w:sz="5" w:space="0" w:color="AFC3D6"/>
              <w:bottom w:val="single" w:sz="5" w:space="0" w:color="AFC3D6"/>
              <w:right w:val="single" w:sz="5" w:space="0" w:color="AFC3D6"/>
            </w:tcBorders>
            <w:shd w:val="clear" w:color="auto" w:fill="FFFFFF"/>
            <w:tcMar>
              <w:top w:w="35" w:type="dxa"/>
              <w:left w:w="35" w:type="dxa"/>
              <w:bottom w:w="35" w:type="dxa"/>
              <w:right w:w="35" w:type="dxa"/>
            </w:tcMar>
            <w:vAlign w:val="center"/>
          </w:tcPr>
          <w:p w14:paraId="1493B895" w14:textId="77777777" w:rsidR="00104AE4" w:rsidRPr="00E50110" w:rsidRDefault="00104AE4">
            <w:pPr>
              <w:spacing w:after="0" w:line="240" w:lineRule="auto"/>
              <w:rPr>
                <w:lang w:val="es-ES"/>
              </w:rPr>
            </w:pPr>
            <w:r w:rsidRPr="00E50110">
              <w:rPr>
                <w:sz w:val="18"/>
                <w:lang w:val="es-ES"/>
              </w:rPr>
              <w:t>8) Existen controles para el manejo y resguardo de la información.</w:t>
            </w:r>
          </w:p>
        </w:tc>
        <w:tc>
          <w:tcPr>
            <w:tcW w:w="1202" w:type="dxa"/>
            <w:tcBorders>
              <w:top w:val="single" w:sz="5" w:space="0" w:color="AFC3D6"/>
              <w:left w:val="single" w:sz="5" w:space="0" w:color="AFC3D6"/>
              <w:bottom w:val="single" w:sz="5" w:space="0" w:color="AFC3D6"/>
              <w:right w:val="single" w:sz="5" w:space="0" w:color="AFC3D6"/>
            </w:tcBorders>
            <w:tcMar>
              <w:top w:w="35" w:type="dxa"/>
              <w:left w:w="20" w:type="dxa"/>
              <w:bottom w:w="35" w:type="dxa"/>
              <w:right w:w="20" w:type="dxa"/>
            </w:tcMar>
            <w:vAlign w:val="center"/>
          </w:tcPr>
          <w:p w14:paraId="021CDE56" w14:textId="77777777" w:rsidR="00104AE4" w:rsidRPr="00E50110" w:rsidRDefault="00000000">
            <w:pPr>
              <w:spacing w:after="0" w:line="240" w:lineRule="auto"/>
              <w:jc w:val="center"/>
              <w:rPr>
                <w:lang w:val="es-ES"/>
              </w:rPr>
            </w:pPr>
            <w:sdt>
              <w:sdtPr>
                <w:rPr>
                  <w:lang w:val="es-ES"/>
                </w:rPr>
                <w:alias w:val="asset_8_2"/>
                <w:tag w:val="asset_8_2"/>
                <w:id w:val="484279836"/>
                <w14:checkbox>
                  <w14:checked w14:val="0"/>
                  <w14:checkedState w14:val="2612" w14:font="MS Gothic"/>
                  <w14:uncheckedState w14:val="2610" w14:font="MS Gothic"/>
                </w14:checkbox>
              </w:sdtPr>
              <w:sdtContent>
                <w:r w:rsidR="00104AE4" w:rsidRPr="00E50110">
                  <w:rPr>
                    <w:color w:val="003B5C"/>
                    <w:sz w:val="19"/>
                    <w:lang w:val="es-ES"/>
                  </w:rPr>
                  <w:t>☐</w:t>
                </w:r>
              </w:sdtContent>
            </w:sdt>
          </w:p>
        </w:tc>
        <w:tc>
          <w:tcPr>
            <w:tcW w:w="1202" w:type="dxa"/>
            <w:tcBorders>
              <w:top w:val="single" w:sz="5" w:space="0" w:color="AFC3D6"/>
              <w:left w:val="single" w:sz="5" w:space="0" w:color="AFC3D6"/>
              <w:bottom w:val="single" w:sz="5" w:space="0" w:color="AFC3D6"/>
              <w:right w:val="single" w:sz="5" w:space="0" w:color="AFC3D6"/>
            </w:tcBorders>
            <w:tcMar>
              <w:top w:w="35" w:type="dxa"/>
              <w:left w:w="20" w:type="dxa"/>
              <w:bottom w:w="35" w:type="dxa"/>
              <w:right w:w="20" w:type="dxa"/>
            </w:tcMar>
            <w:vAlign w:val="center"/>
          </w:tcPr>
          <w:p w14:paraId="288A312E" w14:textId="77777777" w:rsidR="00104AE4" w:rsidRPr="00E50110" w:rsidRDefault="00000000">
            <w:pPr>
              <w:spacing w:after="0" w:line="240" w:lineRule="auto"/>
              <w:jc w:val="center"/>
              <w:rPr>
                <w:lang w:val="es-ES"/>
              </w:rPr>
            </w:pPr>
            <w:sdt>
              <w:sdtPr>
                <w:rPr>
                  <w:lang w:val="es-ES"/>
                </w:rPr>
                <w:alias w:val="asset_8_3"/>
                <w:tag w:val="asset_8_3"/>
                <w:id w:val="490176436"/>
                <w14:checkbox>
                  <w14:checked w14:val="0"/>
                  <w14:checkedState w14:val="2612" w14:font="MS Gothic"/>
                  <w14:uncheckedState w14:val="2610" w14:font="MS Gothic"/>
                </w14:checkbox>
              </w:sdtPr>
              <w:sdtContent>
                <w:r w:rsidR="00104AE4" w:rsidRPr="00E50110">
                  <w:rPr>
                    <w:color w:val="003B5C"/>
                    <w:sz w:val="19"/>
                    <w:lang w:val="es-ES"/>
                  </w:rPr>
                  <w:t>☐</w:t>
                </w:r>
              </w:sdtContent>
            </w:sdt>
          </w:p>
        </w:tc>
        <w:tc>
          <w:tcPr>
            <w:tcW w:w="1202" w:type="dxa"/>
            <w:tcBorders>
              <w:top w:val="single" w:sz="5" w:space="0" w:color="AFC3D6"/>
              <w:left w:val="single" w:sz="5" w:space="0" w:color="AFC3D6"/>
              <w:bottom w:val="single" w:sz="5" w:space="0" w:color="AFC3D6"/>
              <w:right w:val="single" w:sz="5" w:space="0" w:color="AFC3D6"/>
            </w:tcBorders>
            <w:tcMar>
              <w:top w:w="35" w:type="dxa"/>
              <w:left w:w="20" w:type="dxa"/>
              <w:bottom w:w="35" w:type="dxa"/>
              <w:right w:w="20" w:type="dxa"/>
            </w:tcMar>
            <w:vAlign w:val="center"/>
          </w:tcPr>
          <w:p w14:paraId="588D846F" w14:textId="77777777" w:rsidR="00104AE4" w:rsidRPr="00E50110" w:rsidRDefault="00000000">
            <w:pPr>
              <w:spacing w:after="0" w:line="240" w:lineRule="auto"/>
              <w:jc w:val="center"/>
              <w:rPr>
                <w:lang w:val="es-ES"/>
              </w:rPr>
            </w:pPr>
            <w:sdt>
              <w:sdtPr>
                <w:rPr>
                  <w:lang w:val="es-ES"/>
                </w:rPr>
                <w:alias w:val="asset_8_4"/>
                <w:tag w:val="asset_8_4"/>
                <w:id w:val="1513049030"/>
                <w14:checkbox>
                  <w14:checked w14:val="0"/>
                  <w14:checkedState w14:val="2612" w14:font="MS Gothic"/>
                  <w14:uncheckedState w14:val="2610" w14:font="MS Gothic"/>
                </w14:checkbox>
              </w:sdtPr>
              <w:sdtContent>
                <w:r w:rsidR="00104AE4" w:rsidRPr="00E50110">
                  <w:rPr>
                    <w:color w:val="003B5C"/>
                    <w:sz w:val="19"/>
                    <w:lang w:val="es-ES"/>
                  </w:rPr>
                  <w:t>☐</w:t>
                </w:r>
              </w:sdtContent>
            </w:sdt>
          </w:p>
        </w:tc>
        <w:tc>
          <w:tcPr>
            <w:tcW w:w="1202" w:type="dxa"/>
            <w:tcBorders>
              <w:top w:val="single" w:sz="5" w:space="0" w:color="AFC3D6"/>
              <w:left w:val="single" w:sz="5" w:space="0" w:color="AFC3D6"/>
              <w:bottom w:val="single" w:sz="5" w:space="0" w:color="AFC3D6"/>
              <w:right w:val="single" w:sz="5" w:space="0" w:color="AFC3D6"/>
            </w:tcBorders>
            <w:tcMar>
              <w:top w:w="35" w:type="dxa"/>
              <w:left w:w="20" w:type="dxa"/>
              <w:bottom w:w="35" w:type="dxa"/>
              <w:right w:w="20" w:type="dxa"/>
            </w:tcMar>
            <w:vAlign w:val="center"/>
          </w:tcPr>
          <w:p w14:paraId="481E752F" w14:textId="77777777" w:rsidR="00104AE4" w:rsidRPr="00E50110" w:rsidRDefault="00000000">
            <w:pPr>
              <w:spacing w:after="0" w:line="240" w:lineRule="auto"/>
              <w:jc w:val="center"/>
              <w:rPr>
                <w:lang w:val="es-ES"/>
              </w:rPr>
            </w:pPr>
            <w:sdt>
              <w:sdtPr>
                <w:rPr>
                  <w:lang w:val="es-ES"/>
                </w:rPr>
                <w:alias w:val="asset_8_5"/>
                <w:tag w:val="asset_8_5"/>
                <w:id w:val="1889904247"/>
                <w14:checkbox>
                  <w14:checked w14:val="0"/>
                  <w14:checkedState w14:val="2612" w14:font="MS Gothic"/>
                  <w14:uncheckedState w14:val="2610" w14:font="MS Gothic"/>
                </w14:checkbox>
              </w:sdtPr>
              <w:sdtContent>
                <w:r w:rsidR="00104AE4" w:rsidRPr="00E50110">
                  <w:rPr>
                    <w:color w:val="003B5C"/>
                    <w:sz w:val="19"/>
                    <w:lang w:val="es-ES"/>
                  </w:rPr>
                  <w:t>☐</w:t>
                </w:r>
              </w:sdtContent>
            </w:sdt>
          </w:p>
        </w:tc>
      </w:tr>
      <w:tr w:rsidR="00104AE4" w:rsidRPr="00E50110" w14:paraId="6CBCE34A" w14:textId="77777777" w:rsidTr="00104AE4">
        <w:trPr>
          <w:cantSplit/>
          <w:jc w:val="center"/>
        </w:trPr>
        <w:tc>
          <w:tcPr>
            <w:tcW w:w="1554" w:type="dxa"/>
            <w:vMerge/>
            <w:tcBorders>
              <w:left w:val="single" w:sz="5" w:space="0" w:color="AFC3D6"/>
              <w:right w:val="single" w:sz="5" w:space="0" w:color="AFC3D6"/>
            </w:tcBorders>
            <w:shd w:val="clear" w:color="auto" w:fill="FFFFFF"/>
            <w:tcMar>
              <w:top w:w="35" w:type="dxa"/>
              <w:left w:w="20" w:type="dxa"/>
              <w:bottom w:w="35" w:type="dxa"/>
              <w:right w:w="20" w:type="dxa"/>
            </w:tcMar>
            <w:vAlign w:val="center"/>
          </w:tcPr>
          <w:p w14:paraId="4C4D5686" w14:textId="0900224A" w:rsidR="00104AE4" w:rsidRPr="00E50110" w:rsidRDefault="00104AE4" w:rsidP="00331EA1">
            <w:pPr>
              <w:spacing w:after="0" w:line="240" w:lineRule="auto"/>
              <w:jc w:val="center"/>
              <w:rPr>
                <w:lang w:val="es-ES"/>
              </w:rPr>
            </w:pPr>
          </w:p>
        </w:tc>
        <w:tc>
          <w:tcPr>
            <w:tcW w:w="4138" w:type="dxa"/>
            <w:tcBorders>
              <w:top w:val="single" w:sz="5" w:space="0" w:color="AFC3D6"/>
              <w:left w:val="single" w:sz="5" w:space="0" w:color="AFC3D6"/>
              <w:bottom w:val="single" w:sz="5" w:space="0" w:color="AFC3D6"/>
              <w:right w:val="single" w:sz="5" w:space="0" w:color="AFC3D6"/>
            </w:tcBorders>
            <w:shd w:val="clear" w:color="auto" w:fill="EAF1F8"/>
            <w:tcMar>
              <w:top w:w="35" w:type="dxa"/>
              <w:left w:w="35" w:type="dxa"/>
              <w:bottom w:w="35" w:type="dxa"/>
              <w:right w:w="35" w:type="dxa"/>
            </w:tcMar>
            <w:vAlign w:val="center"/>
          </w:tcPr>
          <w:p w14:paraId="4DFD3A01" w14:textId="77777777" w:rsidR="00104AE4" w:rsidRPr="00E50110" w:rsidRDefault="00104AE4">
            <w:pPr>
              <w:spacing w:after="0" w:line="240" w:lineRule="auto"/>
              <w:rPr>
                <w:lang w:val="es-ES"/>
              </w:rPr>
            </w:pPr>
            <w:r w:rsidRPr="00E50110">
              <w:rPr>
                <w:sz w:val="18"/>
                <w:lang w:val="es-ES"/>
              </w:rPr>
              <w:t>9) No se requiere autorización para el manejo y resguardo de la información.</w:t>
            </w:r>
          </w:p>
        </w:tc>
        <w:tc>
          <w:tcPr>
            <w:tcW w:w="1202" w:type="dxa"/>
            <w:tcBorders>
              <w:top w:val="single" w:sz="5" w:space="0" w:color="AFC3D6"/>
              <w:left w:val="single" w:sz="5" w:space="0" w:color="AFC3D6"/>
              <w:bottom w:val="single" w:sz="5" w:space="0" w:color="AFC3D6"/>
              <w:right w:val="single" w:sz="5" w:space="0" w:color="AFC3D6"/>
            </w:tcBorders>
            <w:shd w:val="clear" w:color="auto" w:fill="EAF1F8"/>
            <w:tcMar>
              <w:top w:w="35" w:type="dxa"/>
              <w:left w:w="20" w:type="dxa"/>
              <w:bottom w:w="35" w:type="dxa"/>
              <w:right w:w="20" w:type="dxa"/>
            </w:tcMar>
            <w:vAlign w:val="center"/>
          </w:tcPr>
          <w:p w14:paraId="06A724B7" w14:textId="77777777" w:rsidR="00104AE4" w:rsidRPr="00E50110" w:rsidRDefault="00000000">
            <w:pPr>
              <w:spacing w:after="0" w:line="240" w:lineRule="auto"/>
              <w:jc w:val="center"/>
              <w:rPr>
                <w:lang w:val="es-ES"/>
              </w:rPr>
            </w:pPr>
            <w:sdt>
              <w:sdtPr>
                <w:rPr>
                  <w:lang w:val="es-ES"/>
                </w:rPr>
                <w:alias w:val="asset_9_2"/>
                <w:tag w:val="asset_9_2"/>
                <w:id w:val="278277529"/>
                <w14:checkbox>
                  <w14:checked w14:val="0"/>
                  <w14:checkedState w14:val="2612" w14:font="MS Gothic"/>
                  <w14:uncheckedState w14:val="2610" w14:font="MS Gothic"/>
                </w14:checkbox>
              </w:sdtPr>
              <w:sdtContent>
                <w:r w:rsidR="00104AE4" w:rsidRPr="00E50110">
                  <w:rPr>
                    <w:color w:val="003B5C"/>
                    <w:sz w:val="19"/>
                    <w:lang w:val="es-ES"/>
                  </w:rPr>
                  <w:t>☐</w:t>
                </w:r>
              </w:sdtContent>
            </w:sdt>
          </w:p>
        </w:tc>
        <w:tc>
          <w:tcPr>
            <w:tcW w:w="1202" w:type="dxa"/>
            <w:tcBorders>
              <w:top w:val="single" w:sz="5" w:space="0" w:color="AFC3D6"/>
              <w:left w:val="single" w:sz="5" w:space="0" w:color="AFC3D6"/>
              <w:bottom w:val="single" w:sz="5" w:space="0" w:color="AFC3D6"/>
              <w:right w:val="single" w:sz="5" w:space="0" w:color="AFC3D6"/>
            </w:tcBorders>
            <w:shd w:val="clear" w:color="auto" w:fill="EAF1F8"/>
            <w:tcMar>
              <w:top w:w="35" w:type="dxa"/>
              <w:left w:w="20" w:type="dxa"/>
              <w:bottom w:w="35" w:type="dxa"/>
              <w:right w:w="20" w:type="dxa"/>
            </w:tcMar>
            <w:vAlign w:val="center"/>
          </w:tcPr>
          <w:p w14:paraId="5538269E" w14:textId="77777777" w:rsidR="00104AE4" w:rsidRPr="00E50110" w:rsidRDefault="00000000">
            <w:pPr>
              <w:spacing w:after="0" w:line="240" w:lineRule="auto"/>
              <w:jc w:val="center"/>
              <w:rPr>
                <w:lang w:val="es-ES"/>
              </w:rPr>
            </w:pPr>
            <w:sdt>
              <w:sdtPr>
                <w:rPr>
                  <w:lang w:val="es-ES"/>
                </w:rPr>
                <w:alias w:val="asset_9_3"/>
                <w:tag w:val="asset_9_3"/>
                <w:id w:val="1296890418"/>
                <w14:checkbox>
                  <w14:checked w14:val="0"/>
                  <w14:checkedState w14:val="2612" w14:font="MS Gothic"/>
                  <w14:uncheckedState w14:val="2610" w14:font="MS Gothic"/>
                </w14:checkbox>
              </w:sdtPr>
              <w:sdtContent>
                <w:r w:rsidR="00104AE4" w:rsidRPr="00E50110">
                  <w:rPr>
                    <w:color w:val="003B5C"/>
                    <w:sz w:val="19"/>
                    <w:lang w:val="es-ES"/>
                  </w:rPr>
                  <w:t>☐</w:t>
                </w:r>
              </w:sdtContent>
            </w:sdt>
          </w:p>
        </w:tc>
        <w:tc>
          <w:tcPr>
            <w:tcW w:w="1202" w:type="dxa"/>
            <w:tcBorders>
              <w:top w:val="single" w:sz="5" w:space="0" w:color="AFC3D6"/>
              <w:left w:val="single" w:sz="5" w:space="0" w:color="AFC3D6"/>
              <w:bottom w:val="single" w:sz="5" w:space="0" w:color="AFC3D6"/>
              <w:right w:val="single" w:sz="5" w:space="0" w:color="AFC3D6"/>
            </w:tcBorders>
            <w:shd w:val="clear" w:color="auto" w:fill="EAF1F8"/>
            <w:tcMar>
              <w:top w:w="35" w:type="dxa"/>
              <w:left w:w="20" w:type="dxa"/>
              <w:bottom w:w="35" w:type="dxa"/>
              <w:right w:w="20" w:type="dxa"/>
            </w:tcMar>
            <w:vAlign w:val="center"/>
          </w:tcPr>
          <w:p w14:paraId="662E66B2" w14:textId="77777777" w:rsidR="00104AE4" w:rsidRPr="00E50110" w:rsidRDefault="00000000">
            <w:pPr>
              <w:spacing w:after="0" w:line="240" w:lineRule="auto"/>
              <w:jc w:val="center"/>
              <w:rPr>
                <w:lang w:val="es-ES"/>
              </w:rPr>
            </w:pPr>
            <w:sdt>
              <w:sdtPr>
                <w:rPr>
                  <w:lang w:val="es-ES"/>
                </w:rPr>
                <w:alias w:val="asset_9_4"/>
                <w:tag w:val="asset_9_4"/>
                <w:id w:val="1423059830"/>
                <w14:checkbox>
                  <w14:checked w14:val="0"/>
                  <w14:checkedState w14:val="2612" w14:font="MS Gothic"/>
                  <w14:uncheckedState w14:val="2610" w14:font="MS Gothic"/>
                </w14:checkbox>
              </w:sdtPr>
              <w:sdtContent>
                <w:r w:rsidR="00104AE4" w:rsidRPr="00E50110">
                  <w:rPr>
                    <w:color w:val="003B5C"/>
                    <w:sz w:val="19"/>
                    <w:lang w:val="es-ES"/>
                  </w:rPr>
                  <w:t>☐</w:t>
                </w:r>
              </w:sdtContent>
            </w:sdt>
          </w:p>
        </w:tc>
        <w:tc>
          <w:tcPr>
            <w:tcW w:w="1202" w:type="dxa"/>
            <w:tcBorders>
              <w:top w:val="single" w:sz="5" w:space="0" w:color="AFC3D6"/>
              <w:left w:val="single" w:sz="5" w:space="0" w:color="AFC3D6"/>
              <w:bottom w:val="single" w:sz="5" w:space="0" w:color="AFC3D6"/>
              <w:right w:val="single" w:sz="5" w:space="0" w:color="AFC3D6"/>
            </w:tcBorders>
            <w:shd w:val="clear" w:color="auto" w:fill="EAF1F8"/>
            <w:tcMar>
              <w:top w:w="35" w:type="dxa"/>
              <w:left w:w="20" w:type="dxa"/>
              <w:bottom w:w="35" w:type="dxa"/>
              <w:right w:w="20" w:type="dxa"/>
            </w:tcMar>
            <w:vAlign w:val="center"/>
          </w:tcPr>
          <w:p w14:paraId="1D2698B4" w14:textId="77777777" w:rsidR="00104AE4" w:rsidRPr="00E50110" w:rsidRDefault="00000000">
            <w:pPr>
              <w:spacing w:after="0" w:line="240" w:lineRule="auto"/>
              <w:jc w:val="center"/>
              <w:rPr>
                <w:lang w:val="es-ES"/>
              </w:rPr>
            </w:pPr>
            <w:sdt>
              <w:sdtPr>
                <w:rPr>
                  <w:lang w:val="es-ES"/>
                </w:rPr>
                <w:alias w:val="asset_9_5"/>
                <w:tag w:val="asset_9_5"/>
                <w:id w:val="223440520"/>
                <w14:checkbox>
                  <w14:checked w14:val="0"/>
                  <w14:checkedState w14:val="2612" w14:font="MS Gothic"/>
                  <w14:uncheckedState w14:val="2610" w14:font="MS Gothic"/>
                </w14:checkbox>
              </w:sdtPr>
              <w:sdtContent>
                <w:r w:rsidR="00104AE4" w:rsidRPr="00E50110">
                  <w:rPr>
                    <w:color w:val="003B5C"/>
                    <w:sz w:val="19"/>
                    <w:lang w:val="es-ES"/>
                  </w:rPr>
                  <w:t>☐</w:t>
                </w:r>
              </w:sdtContent>
            </w:sdt>
          </w:p>
        </w:tc>
      </w:tr>
      <w:tr w:rsidR="00104AE4" w:rsidRPr="00E50110" w14:paraId="2D2C8924" w14:textId="77777777" w:rsidTr="00104AE4">
        <w:trPr>
          <w:cantSplit/>
          <w:jc w:val="center"/>
        </w:trPr>
        <w:tc>
          <w:tcPr>
            <w:tcW w:w="1554" w:type="dxa"/>
            <w:vMerge/>
            <w:tcBorders>
              <w:left w:val="single" w:sz="5" w:space="0" w:color="AFC3D6"/>
              <w:bottom w:val="single" w:sz="5" w:space="0" w:color="AFC3D6"/>
              <w:right w:val="single" w:sz="5" w:space="0" w:color="AFC3D6"/>
            </w:tcBorders>
            <w:shd w:val="clear" w:color="auto" w:fill="FFFFFF"/>
            <w:tcMar>
              <w:top w:w="35" w:type="dxa"/>
              <w:left w:w="20" w:type="dxa"/>
              <w:bottom w:w="35" w:type="dxa"/>
              <w:right w:w="20" w:type="dxa"/>
            </w:tcMar>
            <w:vAlign w:val="center"/>
          </w:tcPr>
          <w:p w14:paraId="25688D0A" w14:textId="65ACF526" w:rsidR="00104AE4" w:rsidRPr="00E50110" w:rsidRDefault="00104AE4">
            <w:pPr>
              <w:spacing w:after="0" w:line="240" w:lineRule="auto"/>
              <w:jc w:val="center"/>
              <w:rPr>
                <w:lang w:val="es-ES"/>
              </w:rPr>
            </w:pPr>
          </w:p>
        </w:tc>
        <w:tc>
          <w:tcPr>
            <w:tcW w:w="4138" w:type="dxa"/>
            <w:tcBorders>
              <w:top w:val="single" w:sz="5" w:space="0" w:color="AFC3D6"/>
              <w:left w:val="single" w:sz="5" w:space="0" w:color="AFC3D6"/>
              <w:bottom w:val="single" w:sz="5" w:space="0" w:color="AFC3D6"/>
              <w:right w:val="single" w:sz="5" w:space="0" w:color="AFC3D6"/>
            </w:tcBorders>
            <w:shd w:val="clear" w:color="auto" w:fill="FFFFFF"/>
            <w:tcMar>
              <w:top w:w="35" w:type="dxa"/>
              <w:left w:w="35" w:type="dxa"/>
              <w:bottom w:w="35" w:type="dxa"/>
              <w:right w:w="35" w:type="dxa"/>
            </w:tcMar>
            <w:vAlign w:val="center"/>
          </w:tcPr>
          <w:p w14:paraId="36F7758D" w14:textId="77777777" w:rsidR="00104AE4" w:rsidRPr="00E50110" w:rsidRDefault="00104AE4">
            <w:pPr>
              <w:spacing w:after="0" w:line="240" w:lineRule="auto"/>
              <w:rPr>
                <w:lang w:val="es-ES"/>
              </w:rPr>
            </w:pPr>
            <w:r w:rsidRPr="00E50110">
              <w:rPr>
                <w:sz w:val="18"/>
                <w:lang w:val="es-ES"/>
              </w:rPr>
              <w:t>10) Se requiere autorización para el manejo y resguardo de la información.</w:t>
            </w:r>
          </w:p>
        </w:tc>
        <w:tc>
          <w:tcPr>
            <w:tcW w:w="1202" w:type="dxa"/>
            <w:tcBorders>
              <w:top w:val="single" w:sz="5" w:space="0" w:color="AFC3D6"/>
              <w:left w:val="single" w:sz="5" w:space="0" w:color="AFC3D6"/>
              <w:bottom w:val="single" w:sz="5" w:space="0" w:color="AFC3D6"/>
              <w:right w:val="single" w:sz="5" w:space="0" w:color="AFC3D6"/>
            </w:tcBorders>
            <w:tcMar>
              <w:top w:w="35" w:type="dxa"/>
              <w:left w:w="20" w:type="dxa"/>
              <w:bottom w:w="35" w:type="dxa"/>
              <w:right w:w="20" w:type="dxa"/>
            </w:tcMar>
            <w:vAlign w:val="center"/>
          </w:tcPr>
          <w:p w14:paraId="4E656F8C" w14:textId="77777777" w:rsidR="00104AE4" w:rsidRPr="00E50110" w:rsidRDefault="00000000">
            <w:pPr>
              <w:spacing w:after="0" w:line="240" w:lineRule="auto"/>
              <w:jc w:val="center"/>
              <w:rPr>
                <w:lang w:val="es-ES"/>
              </w:rPr>
            </w:pPr>
            <w:sdt>
              <w:sdtPr>
                <w:rPr>
                  <w:lang w:val="es-ES"/>
                </w:rPr>
                <w:alias w:val="asset_10_2"/>
                <w:tag w:val="asset_10_2"/>
                <w:id w:val="1055688959"/>
                <w14:checkbox>
                  <w14:checked w14:val="0"/>
                  <w14:checkedState w14:val="2612" w14:font="MS Gothic"/>
                  <w14:uncheckedState w14:val="2610" w14:font="MS Gothic"/>
                </w14:checkbox>
              </w:sdtPr>
              <w:sdtContent>
                <w:r w:rsidR="00104AE4" w:rsidRPr="00E50110">
                  <w:rPr>
                    <w:color w:val="003B5C"/>
                    <w:sz w:val="19"/>
                    <w:lang w:val="es-ES"/>
                  </w:rPr>
                  <w:t>☐</w:t>
                </w:r>
              </w:sdtContent>
            </w:sdt>
          </w:p>
        </w:tc>
        <w:tc>
          <w:tcPr>
            <w:tcW w:w="1202" w:type="dxa"/>
            <w:tcBorders>
              <w:top w:val="single" w:sz="5" w:space="0" w:color="AFC3D6"/>
              <w:left w:val="single" w:sz="5" w:space="0" w:color="AFC3D6"/>
              <w:bottom w:val="single" w:sz="5" w:space="0" w:color="AFC3D6"/>
              <w:right w:val="single" w:sz="5" w:space="0" w:color="AFC3D6"/>
            </w:tcBorders>
            <w:tcMar>
              <w:top w:w="35" w:type="dxa"/>
              <w:left w:w="20" w:type="dxa"/>
              <w:bottom w:w="35" w:type="dxa"/>
              <w:right w:w="20" w:type="dxa"/>
            </w:tcMar>
            <w:vAlign w:val="center"/>
          </w:tcPr>
          <w:p w14:paraId="24753915" w14:textId="77777777" w:rsidR="00104AE4" w:rsidRPr="00E50110" w:rsidRDefault="00000000">
            <w:pPr>
              <w:spacing w:after="0" w:line="240" w:lineRule="auto"/>
              <w:jc w:val="center"/>
              <w:rPr>
                <w:lang w:val="es-ES"/>
              </w:rPr>
            </w:pPr>
            <w:sdt>
              <w:sdtPr>
                <w:rPr>
                  <w:lang w:val="es-ES"/>
                </w:rPr>
                <w:alias w:val="asset_10_3"/>
                <w:tag w:val="asset_10_3"/>
                <w:id w:val="1754594191"/>
                <w14:checkbox>
                  <w14:checked w14:val="0"/>
                  <w14:checkedState w14:val="2612" w14:font="MS Gothic"/>
                  <w14:uncheckedState w14:val="2610" w14:font="MS Gothic"/>
                </w14:checkbox>
              </w:sdtPr>
              <w:sdtContent>
                <w:r w:rsidR="00104AE4" w:rsidRPr="00E50110">
                  <w:rPr>
                    <w:color w:val="003B5C"/>
                    <w:sz w:val="19"/>
                    <w:lang w:val="es-ES"/>
                  </w:rPr>
                  <w:t>☐</w:t>
                </w:r>
              </w:sdtContent>
            </w:sdt>
          </w:p>
        </w:tc>
        <w:tc>
          <w:tcPr>
            <w:tcW w:w="1202" w:type="dxa"/>
            <w:tcBorders>
              <w:top w:val="single" w:sz="5" w:space="0" w:color="AFC3D6"/>
              <w:left w:val="single" w:sz="5" w:space="0" w:color="AFC3D6"/>
              <w:bottom w:val="single" w:sz="5" w:space="0" w:color="AFC3D6"/>
              <w:right w:val="single" w:sz="5" w:space="0" w:color="AFC3D6"/>
            </w:tcBorders>
            <w:tcMar>
              <w:top w:w="35" w:type="dxa"/>
              <w:left w:w="20" w:type="dxa"/>
              <w:bottom w:w="35" w:type="dxa"/>
              <w:right w:w="20" w:type="dxa"/>
            </w:tcMar>
            <w:vAlign w:val="center"/>
          </w:tcPr>
          <w:p w14:paraId="401BB1B2" w14:textId="77777777" w:rsidR="00104AE4" w:rsidRPr="00E50110" w:rsidRDefault="00000000">
            <w:pPr>
              <w:spacing w:after="0" w:line="240" w:lineRule="auto"/>
              <w:jc w:val="center"/>
              <w:rPr>
                <w:lang w:val="es-ES"/>
              </w:rPr>
            </w:pPr>
            <w:sdt>
              <w:sdtPr>
                <w:rPr>
                  <w:lang w:val="es-ES"/>
                </w:rPr>
                <w:alias w:val="asset_10_4"/>
                <w:tag w:val="asset_10_4"/>
                <w:id w:val="1846764145"/>
                <w14:checkbox>
                  <w14:checked w14:val="0"/>
                  <w14:checkedState w14:val="2612" w14:font="MS Gothic"/>
                  <w14:uncheckedState w14:val="2610" w14:font="MS Gothic"/>
                </w14:checkbox>
              </w:sdtPr>
              <w:sdtContent>
                <w:r w:rsidR="00104AE4" w:rsidRPr="00E50110">
                  <w:rPr>
                    <w:color w:val="003B5C"/>
                    <w:sz w:val="19"/>
                    <w:lang w:val="es-ES"/>
                  </w:rPr>
                  <w:t>☐</w:t>
                </w:r>
              </w:sdtContent>
            </w:sdt>
          </w:p>
        </w:tc>
        <w:tc>
          <w:tcPr>
            <w:tcW w:w="1202" w:type="dxa"/>
            <w:tcBorders>
              <w:top w:val="single" w:sz="5" w:space="0" w:color="AFC3D6"/>
              <w:left w:val="single" w:sz="5" w:space="0" w:color="AFC3D6"/>
              <w:bottom w:val="single" w:sz="5" w:space="0" w:color="AFC3D6"/>
              <w:right w:val="single" w:sz="5" w:space="0" w:color="AFC3D6"/>
            </w:tcBorders>
            <w:tcMar>
              <w:top w:w="35" w:type="dxa"/>
              <w:left w:w="20" w:type="dxa"/>
              <w:bottom w:w="35" w:type="dxa"/>
              <w:right w:w="20" w:type="dxa"/>
            </w:tcMar>
            <w:vAlign w:val="center"/>
          </w:tcPr>
          <w:p w14:paraId="017CD60E" w14:textId="77777777" w:rsidR="00104AE4" w:rsidRPr="00E50110" w:rsidRDefault="00000000">
            <w:pPr>
              <w:spacing w:after="0" w:line="240" w:lineRule="auto"/>
              <w:jc w:val="center"/>
              <w:rPr>
                <w:lang w:val="es-ES"/>
              </w:rPr>
            </w:pPr>
            <w:sdt>
              <w:sdtPr>
                <w:rPr>
                  <w:lang w:val="es-ES"/>
                </w:rPr>
                <w:alias w:val="asset_10_5"/>
                <w:tag w:val="asset_10_5"/>
                <w:id w:val="495104873"/>
                <w14:checkbox>
                  <w14:checked w14:val="0"/>
                  <w14:checkedState w14:val="2612" w14:font="MS Gothic"/>
                  <w14:uncheckedState w14:val="2610" w14:font="MS Gothic"/>
                </w14:checkbox>
              </w:sdtPr>
              <w:sdtContent>
                <w:r w:rsidR="00104AE4" w:rsidRPr="00E50110">
                  <w:rPr>
                    <w:color w:val="003B5C"/>
                    <w:sz w:val="19"/>
                    <w:lang w:val="es-ES"/>
                  </w:rPr>
                  <w:t>☐</w:t>
                </w:r>
              </w:sdtContent>
            </w:sdt>
          </w:p>
        </w:tc>
      </w:tr>
      <w:tr w:rsidR="00104AE4" w:rsidRPr="00E50110" w14:paraId="455E0EF3" w14:textId="77777777" w:rsidTr="00104AE4">
        <w:trPr>
          <w:cantSplit/>
          <w:jc w:val="center"/>
        </w:trPr>
        <w:tc>
          <w:tcPr>
            <w:tcW w:w="1554" w:type="dxa"/>
            <w:vMerge w:val="restart"/>
            <w:tcBorders>
              <w:top w:val="single" w:sz="5" w:space="0" w:color="AFC3D6"/>
              <w:left w:val="single" w:sz="5" w:space="0" w:color="AFC3D6"/>
              <w:right w:val="single" w:sz="5" w:space="0" w:color="AFC3D6"/>
            </w:tcBorders>
            <w:shd w:val="clear" w:color="auto" w:fill="FFFFFF"/>
            <w:tcMar>
              <w:top w:w="35" w:type="dxa"/>
              <w:left w:w="20" w:type="dxa"/>
              <w:bottom w:w="35" w:type="dxa"/>
              <w:right w:w="20" w:type="dxa"/>
            </w:tcMar>
            <w:vAlign w:val="center"/>
          </w:tcPr>
          <w:p w14:paraId="2095EA72" w14:textId="33F9DF72" w:rsidR="00104AE4" w:rsidRPr="00E50110" w:rsidRDefault="00104AE4" w:rsidP="00104AE4">
            <w:pPr>
              <w:spacing w:after="0" w:line="240" w:lineRule="auto"/>
              <w:jc w:val="center"/>
              <w:rPr>
                <w:lang w:val="es-ES"/>
              </w:rPr>
            </w:pPr>
            <w:r w:rsidRPr="00E50110">
              <w:rPr>
                <w:b/>
                <w:i/>
                <w:color w:val="003B5C"/>
                <w:sz w:val="16"/>
                <w:lang w:val="es-ES"/>
              </w:rPr>
              <w:t>Disponibilidad</w:t>
            </w:r>
          </w:p>
        </w:tc>
        <w:tc>
          <w:tcPr>
            <w:tcW w:w="4138" w:type="dxa"/>
            <w:tcBorders>
              <w:top w:val="single" w:sz="5" w:space="0" w:color="AFC3D6"/>
              <w:left w:val="single" w:sz="5" w:space="0" w:color="AFC3D6"/>
              <w:bottom w:val="single" w:sz="5" w:space="0" w:color="AFC3D6"/>
              <w:right w:val="single" w:sz="5" w:space="0" w:color="AFC3D6"/>
            </w:tcBorders>
            <w:shd w:val="clear" w:color="auto" w:fill="EAF1F8"/>
            <w:tcMar>
              <w:top w:w="35" w:type="dxa"/>
              <w:left w:w="35" w:type="dxa"/>
              <w:bottom w:w="35" w:type="dxa"/>
              <w:right w:w="35" w:type="dxa"/>
            </w:tcMar>
            <w:vAlign w:val="center"/>
          </w:tcPr>
          <w:p w14:paraId="324FD784" w14:textId="77777777" w:rsidR="00104AE4" w:rsidRPr="00E50110" w:rsidRDefault="00104AE4">
            <w:pPr>
              <w:spacing w:after="0" w:line="240" w:lineRule="auto"/>
              <w:rPr>
                <w:lang w:val="es-ES"/>
              </w:rPr>
            </w:pPr>
            <w:r w:rsidRPr="00E50110">
              <w:rPr>
                <w:sz w:val="18"/>
                <w:lang w:val="es-ES"/>
              </w:rPr>
              <w:t>11) No existen controles para el acceso de la información.</w:t>
            </w:r>
          </w:p>
        </w:tc>
        <w:tc>
          <w:tcPr>
            <w:tcW w:w="1202" w:type="dxa"/>
            <w:tcBorders>
              <w:top w:val="single" w:sz="5" w:space="0" w:color="AFC3D6"/>
              <w:left w:val="single" w:sz="5" w:space="0" w:color="AFC3D6"/>
              <w:bottom w:val="single" w:sz="5" w:space="0" w:color="AFC3D6"/>
              <w:right w:val="single" w:sz="5" w:space="0" w:color="AFC3D6"/>
            </w:tcBorders>
            <w:shd w:val="clear" w:color="auto" w:fill="EAF1F8"/>
            <w:tcMar>
              <w:top w:w="35" w:type="dxa"/>
              <w:left w:w="20" w:type="dxa"/>
              <w:bottom w:w="35" w:type="dxa"/>
              <w:right w:w="20" w:type="dxa"/>
            </w:tcMar>
            <w:vAlign w:val="center"/>
          </w:tcPr>
          <w:p w14:paraId="3C0BB8B6" w14:textId="77777777" w:rsidR="00104AE4" w:rsidRPr="00E50110" w:rsidRDefault="00000000">
            <w:pPr>
              <w:spacing w:after="0" w:line="240" w:lineRule="auto"/>
              <w:jc w:val="center"/>
              <w:rPr>
                <w:lang w:val="es-ES"/>
              </w:rPr>
            </w:pPr>
            <w:sdt>
              <w:sdtPr>
                <w:rPr>
                  <w:lang w:val="es-ES"/>
                </w:rPr>
                <w:alias w:val="asset_11_2"/>
                <w:tag w:val="asset_11_2"/>
                <w:id w:val="1944609106"/>
                <w14:checkbox>
                  <w14:checked w14:val="0"/>
                  <w14:checkedState w14:val="2612" w14:font="MS Gothic"/>
                  <w14:uncheckedState w14:val="2610" w14:font="MS Gothic"/>
                </w14:checkbox>
              </w:sdtPr>
              <w:sdtContent>
                <w:r w:rsidR="00104AE4" w:rsidRPr="00E50110">
                  <w:rPr>
                    <w:color w:val="003B5C"/>
                    <w:sz w:val="19"/>
                    <w:lang w:val="es-ES"/>
                  </w:rPr>
                  <w:t>☐</w:t>
                </w:r>
              </w:sdtContent>
            </w:sdt>
          </w:p>
        </w:tc>
        <w:tc>
          <w:tcPr>
            <w:tcW w:w="1202" w:type="dxa"/>
            <w:tcBorders>
              <w:top w:val="single" w:sz="5" w:space="0" w:color="AFC3D6"/>
              <w:left w:val="single" w:sz="5" w:space="0" w:color="AFC3D6"/>
              <w:bottom w:val="single" w:sz="5" w:space="0" w:color="AFC3D6"/>
              <w:right w:val="single" w:sz="5" w:space="0" w:color="AFC3D6"/>
            </w:tcBorders>
            <w:shd w:val="clear" w:color="auto" w:fill="EAF1F8"/>
            <w:tcMar>
              <w:top w:w="35" w:type="dxa"/>
              <w:left w:w="20" w:type="dxa"/>
              <w:bottom w:w="35" w:type="dxa"/>
              <w:right w:w="20" w:type="dxa"/>
            </w:tcMar>
            <w:vAlign w:val="center"/>
          </w:tcPr>
          <w:p w14:paraId="28B9E078" w14:textId="77777777" w:rsidR="00104AE4" w:rsidRPr="00E50110" w:rsidRDefault="00000000">
            <w:pPr>
              <w:spacing w:after="0" w:line="240" w:lineRule="auto"/>
              <w:jc w:val="center"/>
              <w:rPr>
                <w:lang w:val="es-ES"/>
              </w:rPr>
            </w:pPr>
            <w:sdt>
              <w:sdtPr>
                <w:rPr>
                  <w:lang w:val="es-ES"/>
                </w:rPr>
                <w:alias w:val="asset_11_3"/>
                <w:tag w:val="asset_11_3"/>
                <w:id w:val="353326081"/>
                <w14:checkbox>
                  <w14:checked w14:val="0"/>
                  <w14:checkedState w14:val="2612" w14:font="MS Gothic"/>
                  <w14:uncheckedState w14:val="2610" w14:font="MS Gothic"/>
                </w14:checkbox>
              </w:sdtPr>
              <w:sdtContent>
                <w:r w:rsidR="00104AE4" w:rsidRPr="00E50110">
                  <w:rPr>
                    <w:color w:val="003B5C"/>
                    <w:sz w:val="19"/>
                    <w:lang w:val="es-ES"/>
                  </w:rPr>
                  <w:t>☐</w:t>
                </w:r>
              </w:sdtContent>
            </w:sdt>
          </w:p>
        </w:tc>
        <w:tc>
          <w:tcPr>
            <w:tcW w:w="1202" w:type="dxa"/>
            <w:tcBorders>
              <w:top w:val="single" w:sz="5" w:space="0" w:color="AFC3D6"/>
              <w:left w:val="single" w:sz="5" w:space="0" w:color="AFC3D6"/>
              <w:bottom w:val="single" w:sz="5" w:space="0" w:color="AFC3D6"/>
              <w:right w:val="single" w:sz="5" w:space="0" w:color="AFC3D6"/>
            </w:tcBorders>
            <w:shd w:val="clear" w:color="auto" w:fill="EAF1F8"/>
            <w:tcMar>
              <w:top w:w="35" w:type="dxa"/>
              <w:left w:w="20" w:type="dxa"/>
              <w:bottom w:w="35" w:type="dxa"/>
              <w:right w:w="20" w:type="dxa"/>
            </w:tcMar>
            <w:vAlign w:val="center"/>
          </w:tcPr>
          <w:p w14:paraId="7DE51C2E" w14:textId="77777777" w:rsidR="00104AE4" w:rsidRPr="00E50110" w:rsidRDefault="00000000">
            <w:pPr>
              <w:spacing w:after="0" w:line="240" w:lineRule="auto"/>
              <w:jc w:val="center"/>
              <w:rPr>
                <w:lang w:val="es-ES"/>
              </w:rPr>
            </w:pPr>
            <w:sdt>
              <w:sdtPr>
                <w:rPr>
                  <w:lang w:val="es-ES"/>
                </w:rPr>
                <w:alias w:val="asset_11_4"/>
                <w:tag w:val="asset_11_4"/>
                <w:id w:val="2141480015"/>
                <w14:checkbox>
                  <w14:checked w14:val="0"/>
                  <w14:checkedState w14:val="2612" w14:font="MS Gothic"/>
                  <w14:uncheckedState w14:val="2610" w14:font="MS Gothic"/>
                </w14:checkbox>
              </w:sdtPr>
              <w:sdtContent>
                <w:r w:rsidR="00104AE4" w:rsidRPr="00E50110">
                  <w:rPr>
                    <w:color w:val="003B5C"/>
                    <w:sz w:val="19"/>
                    <w:lang w:val="es-ES"/>
                  </w:rPr>
                  <w:t>☐</w:t>
                </w:r>
              </w:sdtContent>
            </w:sdt>
          </w:p>
        </w:tc>
        <w:tc>
          <w:tcPr>
            <w:tcW w:w="1202" w:type="dxa"/>
            <w:tcBorders>
              <w:top w:val="single" w:sz="5" w:space="0" w:color="AFC3D6"/>
              <w:left w:val="single" w:sz="5" w:space="0" w:color="AFC3D6"/>
              <w:bottom w:val="single" w:sz="5" w:space="0" w:color="AFC3D6"/>
              <w:right w:val="single" w:sz="5" w:space="0" w:color="AFC3D6"/>
            </w:tcBorders>
            <w:shd w:val="clear" w:color="auto" w:fill="EAF1F8"/>
            <w:tcMar>
              <w:top w:w="35" w:type="dxa"/>
              <w:left w:w="20" w:type="dxa"/>
              <w:bottom w:w="35" w:type="dxa"/>
              <w:right w:w="20" w:type="dxa"/>
            </w:tcMar>
            <w:vAlign w:val="center"/>
          </w:tcPr>
          <w:p w14:paraId="59770094" w14:textId="77777777" w:rsidR="00104AE4" w:rsidRPr="00E50110" w:rsidRDefault="00000000">
            <w:pPr>
              <w:spacing w:after="0" w:line="240" w:lineRule="auto"/>
              <w:jc w:val="center"/>
              <w:rPr>
                <w:lang w:val="es-ES"/>
              </w:rPr>
            </w:pPr>
            <w:sdt>
              <w:sdtPr>
                <w:rPr>
                  <w:lang w:val="es-ES"/>
                </w:rPr>
                <w:alias w:val="asset_11_5"/>
                <w:tag w:val="asset_11_5"/>
                <w:id w:val="148023854"/>
                <w14:checkbox>
                  <w14:checked w14:val="0"/>
                  <w14:checkedState w14:val="2612" w14:font="MS Gothic"/>
                  <w14:uncheckedState w14:val="2610" w14:font="MS Gothic"/>
                </w14:checkbox>
              </w:sdtPr>
              <w:sdtContent>
                <w:r w:rsidR="00104AE4" w:rsidRPr="00E50110">
                  <w:rPr>
                    <w:color w:val="003B5C"/>
                    <w:sz w:val="19"/>
                    <w:lang w:val="es-ES"/>
                  </w:rPr>
                  <w:t>☐</w:t>
                </w:r>
              </w:sdtContent>
            </w:sdt>
          </w:p>
        </w:tc>
      </w:tr>
      <w:tr w:rsidR="00104AE4" w:rsidRPr="00E50110" w14:paraId="59C63E79" w14:textId="77777777" w:rsidTr="00104AE4">
        <w:trPr>
          <w:cantSplit/>
          <w:jc w:val="center"/>
        </w:trPr>
        <w:tc>
          <w:tcPr>
            <w:tcW w:w="1554" w:type="dxa"/>
            <w:vMerge/>
            <w:tcBorders>
              <w:left w:val="single" w:sz="5" w:space="0" w:color="AFC3D6"/>
              <w:right w:val="single" w:sz="5" w:space="0" w:color="AFC3D6"/>
            </w:tcBorders>
            <w:shd w:val="clear" w:color="auto" w:fill="FFFFFF"/>
            <w:tcMar>
              <w:top w:w="35" w:type="dxa"/>
              <w:left w:w="20" w:type="dxa"/>
              <w:bottom w:w="35" w:type="dxa"/>
              <w:right w:w="20" w:type="dxa"/>
            </w:tcMar>
            <w:vAlign w:val="center"/>
          </w:tcPr>
          <w:p w14:paraId="44704A4E" w14:textId="2BEE2CF8" w:rsidR="00104AE4" w:rsidRPr="00E50110" w:rsidRDefault="00104AE4" w:rsidP="00D00714">
            <w:pPr>
              <w:spacing w:after="0" w:line="240" w:lineRule="auto"/>
              <w:jc w:val="center"/>
              <w:rPr>
                <w:lang w:val="es-ES"/>
              </w:rPr>
            </w:pPr>
          </w:p>
        </w:tc>
        <w:tc>
          <w:tcPr>
            <w:tcW w:w="4138" w:type="dxa"/>
            <w:tcBorders>
              <w:top w:val="single" w:sz="5" w:space="0" w:color="AFC3D6"/>
              <w:left w:val="single" w:sz="5" w:space="0" w:color="AFC3D6"/>
              <w:bottom w:val="single" w:sz="5" w:space="0" w:color="AFC3D6"/>
              <w:right w:val="single" w:sz="5" w:space="0" w:color="AFC3D6"/>
            </w:tcBorders>
            <w:shd w:val="clear" w:color="auto" w:fill="FFFFFF"/>
            <w:tcMar>
              <w:top w:w="35" w:type="dxa"/>
              <w:left w:w="35" w:type="dxa"/>
              <w:bottom w:w="35" w:type="dxa"/>
              <w:right w:w="35" w:type="dxa"/>
            </w:tcMar>
            <w:vAlign w:val="center"/>
          </w:tcPr>
          <w:p w14:paraId="22DF7DDC" w14:textId="77777777" w:rsidR="00104AE4" w:rsidRPr="00E50110" w:rsidRDefault="00104AE4">
            <w:pPr>
              <w:spacing w:after="0" w:line="240" w:lineRule="auto"/>
              <w:rPr>
                <w:lang w:val="es-ES"/>
              </w:rPr>
            </w:pPr>
            <w:r w:rsidRPr="00E50110">
              <w:rPr>
                <w:sz w:val="18"/>
                <w:lang w:val="es-ES"/>
              </w:rPr>
              <w:t>12) Existen controles para el acceso de la información.</w:t>
            </w:r>
          </w:p>
        </w:tc>
        <w:tc>
          <w:tcPr>
            <w:tcW w:w="1202" w:type="dxa"/>
            <w:tcBorders>
              <w:top w:val="single" w:sz="5" w:space="0" w:color="AFC3D6"/>
              <w:left w:val="single" w:sz="5" w:space="0" w:color="AFC3D6"/>
              <w:bottom w:val="single" w:sz="5" w:space="0" w:color="AFC3D6"/>
              <w:right w:val="single" w:sz="5" w:space="0" w:color="AFC3D6"/>
            </w:tcBorders>
            <w:tcMar>
              <w:top w:w="35" w:type="dxa"/>
              <w:left w:w="20" w:type="dxa"/>
              <w:bottom w:w="35" w:type="dxa"/>
              <w:right w:w="20" w:type="dxa"/>
            </w:tcMar>
            <w:vAlign w:val="center"/>
          </w:tcPr>
          <w:p w14:paraId="72EC2D7F" w14:textId="77777777" w:rsidR="00104AE4" w:rsidRPr="00E50110" w:rsidRDefault="00000000">
            <w:pPr>
              <w:spacing w:after="0" w:line="240" w:lineRule="auto"/>
              <w:jc w:val="center"/>
              <w:rPr>
                <w:lang w:val="es-ES"/>
              </w:rPr>
            </w:pPr>
            <w:sdt>
              <w:sdtPr>
                <w:rPr>
                  <w:lang w:val="es-ES"/>
                </w:rPr>
                <w:alias w:val="asset_12_2"/>
                <w:tag w:val="asset_12_2"/>
                <w:id w:val="1704882474"/>
                <w14:checkbox>
                  <w14:checked w14:val="0"/>
                  <w14:checkedState w14:val="2612" w14:font="MS Gothic"/>
                  <w14:uncheckedState w14:val="2610" w14:font="MS Gothic"/>
                </w14:checkbox>
              </w:sdtPr>
              <w:sdtContent>
                <w:r w:rsidR="00104AE4" w:rsidRPr="00E50110">
                  <w:rPr>
                    <w:color w:val="003B5C"/>
                    <w:sz w:val="19"/>
                    <w:lang w:val="es-ES"/>
                  </w:rPr>
                  <w:t>☐</w:t>
                </w:r>
              </w:sdtContent>
            </w:sdt>
          </w:p>
        </w:tc>
        <w:tc>
          <w:tcPr>
            <w:tcW w:w="1202" w:type="dxa"/>
            <w:tcBorders>
              <w:top w:val="single" w:sz="5" w:space="0" w:color="AFC3D6"/>
              <w:left w:val="single" w:sz="5" w:space="0" w:color="AFC3D6"/>
              <w:bottom w:val="single" w:sz="5" w:space="0" w:color="AFC3D6"/>
              <w:right w:val="single" w:sz="5" w:space="0" w:color="AFC3D6"/>
            </w:tcBorders>
            <w:tcMar>
              <w:top w:w="35" w:type="dxa"/>
              <w:left w:w="20" w:type="dxa"/>
              <w:bottom w:w="35" w:type="dxa"/>
              <w:right w:w="20" w:type="dxa"/>
            </w:tcMar>
            <w:vAlign w:val="center"/>
          </w:tcPr>
          <w:p w14:paraId="699A5366" w14:textId="77777777" w:rsidR="00104AE4" w:rsidRPr="00E50110" w:rsidRDefault="00000000">
            <w:pPr>
              <w:spacing w:after="0" w:line="240" w:lineRule="auto"/>
              <w:jc w:val="center"/>
              <w:rPr>
                <w:lang w:val="es-ES"/>
              </w:rPr>
            </w:pPr>
            <w:sdt>
              <w:sdtPr>
                <w:rPr>
                  <w:lang w:val="es-ES"/>
                </w:rPr>
                <w:alias w:val="asset_12_3"/>
                <w:tag w:val="asset_12_3"/>
                <w:id w:val="436132866"/>
                <w14:checkbox>
                  <w14:checked w14:val="0"/>
                  <w14:checkedState w14:val="2612" w14:font="MS Gothic"/>
                  <w14:uncheckedState w14:val="2610" w14:font="MS Gothic"/>
                </w14:checkbox>
              </w:sdtPr>
              <w:sdtContent>
                <w:r w:rsidR="00104AE4" w:rsidRPr="00E50110">
                  <w:rPr>
                    <w:color w:val="003B5C"/>
                    <w:sz w:val="19"/>
                    <w:lang w:val="es-ES"/>
                  </w:rPr>
                  <w:t>☐</w:t>
                </w:r>
              </w:sdtContent>
            </w:sdt>
          </w:p>
        </w:tc>
        <w:tc>
          <w:tcPr>
            <w:tcW w:w="1202" w:type="dxa"/>
            <w:tcBorders>
              <w:top w:val="single" w:sz="5" w:space="0" w:color="AFC3D6"/>
              <w:left w:val="single" w:sz="5" w:space="0" w:color="AFC3D6"/>
              <w:bottom w:val="single" w:sz="5" w:space="0" w:color="AFC3D6"/>
              <w:right w:val="single" w:sz="5" w:space="0" w:color="AFC3D6"/>
            </w:tcBorders>
            <w:tcMar>
              <w:top w:w="35" w:type="dxa"/>
              <w:left w:w="20" w:type="dxa"/>
              <w:bottom w:w="35" w:type="dxa"/>
              <w:right w:w="20" w:type="dxa"/>
            </w:tcMar>
            <w:vAlign w:val="center"/>
          </w:tcPr>
          <w:p w14:paraId="607E7068" w14:textId="77777777" w:rsidR="00104AE4" w:rsidRPr="00E50110" w:rsidRDefault="00000000">
            <w:pPr>
              <w:spacing w:after="0" w:line="240" w:lineRule="auto"/>
              <w:jc w:val="center"/>
              <w:rPr>
                <w:lang w:val="es-ES"/>
              </w:rPr>
            </w:pPr>
            <w:sdt>
              <w:sdtPr>
                <w:rPr>
                  <w:lang w:val="es-ES"/>
                </w:rPr>
                <w:alias w:val="asset_12_4"/>
                <w:tag w:val="asset_12_4"/>
                <w:id w:val="1469377683"/>
                <w14:checkbox>
                  <w14:checked w14:val="0"/>
                  <w14:checkedState w14:val="2612" w14:font="MS Gothic"/>
                  <w14:uncheckedState w14:val="2610" w14:font="MS Gothic"/>
                </w14:checkbox>
              </w:sdtPr>
              <w:sdtContent>
                <w:r w:rsidR="00104AE4" w:rsidRPr="00E50110">
                  <w:rPr>
                    <w:color w:val="003B5C"/>
                    <w:sz w:val="19"/>
                    <w:lang w:val="es-ES"/>
                  </w:rPr>
                  <w:t>☐</w:t>
                </w:r>
              </w:sdtContent>
            </w:sdt>
          </w:p>
        </w:tc>
        <w:tc>
          <w:tcPr>
            <w:tcW w:w="1202" w:type="dxa"/>
            <w:tcBorders>
              <w:top w:val="single" w:sz="5" w:space="0" w:color="AFC3D6"/>
              <w:left w:val="single" w:sz="5" w:space="0" w:color="AFC3D6"/>
              <w:bottom w:val="single" w:sz="5" w:space="0" w:color="AFC3D6"/>
              <w:right w:val="single" w:sz="5" w:space="0" w:color="AFC3D6"/>
            </w:tcBorders>
            <w:tcMar>
              <w:top w:w="35" w:type="dxa"/>
              <w:left w:w="20" w:type="dxa"/>
              <w:bottom w:w="35" w:type="dxa"/>
              <w:right w:w="20" w:type="dxa"/>
            </w:tcMar>
            <w:vAlign w:val="center"/>
          </w:tcPr>
          <w:p w14:paraId="6DAB2563" w14:textId="77777777" w:rsidR="00104AE4" w:rsidRPr="00E50110" w:rsidRDefault="00000000">
            <w:pPr>
              <w:spacing w:after="0" w:line="240" w:lineRule="auto"/>
              <w:jc w:val="center"/>
              <w:rPr>
                <w:lang w:val="es-ES"/>
              </w:rPr>
            </w:pPr>
            <w:sdt>
              <w:sdtPr>
                <w:rPr>
                  <w:lang w:val="es-ES"/>
                </w:rPr>
                <w:alias w:val="asset_12_5"/>
                <w:tag w:val="asset_12_5"/>
                <w:id w:val="1812882300"/>
                <w14:checkbox>
                  <w14:checked w14:val="0"/>
                  <w14:checkedState w14:val="2612" w14:font="MS Gothic"/>
                  <w14:uncheckedState w14:val="2610" w14:font="MS Gothic"/>
                </w14:checkbox>
              </w:sdtPr>
              <w:sdtContent>
                <w:r w:rsidR="00104AE4" w:rsidRPr="00E50110">
                  <w:rPr>
                    <w:color w:val="003B5C"/>
                    <w:sz w:val="19"/>
                    <w:lang w:val="es-ES"/>
                  </w:rPr>
                  <w:t>☐</w:t>
                </w:r>
              </w:sdtContent>
            </w:sdt>
          </w:p>
        </w:tc>
      </w:tr>
      <w:tr w:rsidR="00104AE4" w:rsidRPr="00E50110" w14:paraId="57A4AE02" w14:textId="77777777" w:rsidTr="00104AE4">
        <w:trPr>
          <w:cantSplit/>
          <w:jc w:val="center"/>
        </w:trPr>
        <w:tc>
          <w:tcPr>
            <w:tcW w:w="1554" w:type="dxa"/>
            <w:vMerge/>
            <w:tcBorders>
              <w:left w:val="single" w:sz="5" w:space="0" w:color="AFC3D6"/>
              <w:right w:val="single" w:sz="5" w:space="0" w:color="AFC3D6"/>
            </w:tcBorders>
            <w:shd w:val="clear" w:color="auto" w:fill="FFFFFF"/>
            <w:tcMar>
              <w:top w:w="35" w:type="dxa"/>
              <w:left w:w="20" w:type="dxa"/>
              <w:bottom w:w="35" w:type="dxa"/>
              <w:right w:w="20" w:type="dxa"/>
            </w:tcMar>
            <w:vAlign w:val="center"/>
          </w:tcPr>
          <w:p w14:paraId="25579D5F" w14:textId="62EAB154" w:rsidR="00104AE4" w:rsidRPr="00E50110" w:rsidRDefault="00104AE4" w:rsidP="00D00714">
            <w:pPr>
              <w:spacing w:after="0" w:line="240" w:lineRule="auto"/>
              <w:jc w:val="center"/>
              <w:rPr>
                <w:lang w:val="es-ES"/>
              </w:rPr>
            </w:pPr>
          </w:p>
        </w:tc>
        <w:tc>
          <w:tcPr>
            <w:tcW w:w="4138" w:type="dxa"/>
            <w:tcBorders>
              <w:top w:val="single" w:sz="5" w:space="0" w:color="AFC3D6"/>
              <w:left w:val="single" w:sz="5" w:space="0" w:color="AFC3D6"/>
              <w:bottom w:val="single" w:sz="5" w:space="0" w:color="AFC3D6"/>
              <w:right w:val="single" w:sz="5" w:space="0" w:color="AFC3D6"/>
            </w:tcBorders>
            <w:shd w:val="clear" w:color="auto" w:fill="EAF1F8"/>
            <w:tcMar>
              <w:top w:w="35" w:type="dxa"/>
              <w:left w:w="35" w:type="dxa"/>
              <w:bottom w:w="35" w:type="dxa"/>
              <w:right w:w="35" w:type="dxa"/>
            </w:tcMar>
            <w:vAlign w:val="center"/>
          </w:tcPr>
          <w:p w14:paraId="2D3D1131" w14:textId="77777777" w:rsidR="00104AE4" w:rsidRPr="00E50110" w:rsidRDefault="00104AE4">
            <w:pPr>
              <w:spacing w:after="0" w:line="240" w:lineRule="auto"/>
              <w:rPr>
                <w:lang w:val="es-ES"/>
              </w:rPr>
            </w:pPr>
            <w:r w:rsidRPr="00E50110">
              <w:rPr>
                <w:sz w:val="18"/>
                <w:lang w:val="es-ES"/>
              </w:rPr>
              <w:t>13) No se requiere autorización para el acceso de la información.</w:t>
            </w:r>
          </w:p>
        </w:tc>
        <w:tc>
          <w:tcPr>
            <w:tcW w:w="1202" w:type="dxa"/>
            <w:tcBorders>
              <w:top w:val="single" w:sz="5" w:space="0" w:color="AFC3D6"/>
              <w:left w:val="single" w:sz="5" w:space="0" w:color="AFC3D6"/>
              <w:bottom w:val="single" w:sz="5" w:space="0" w:color="AFC3D6"/>
              <w:right w:val="single" w:sz="5" w:space="0" w:color="AFC3D6"/>
            </w:tcBorders>
            <w:shd w:val="clear" w:color="auto" w:fill="EAF1F8"/>
            <w:tcMar>
              <w:top w:w="35" w:type="dxa"/>
              <w:left w:w="20" w:type="dxa"/>
              <w:bottom w:w="35" w:type="dxa"/>
              <w:right w:w="20" w:type="dxa"/>
            </w:tcMar>
            <w:vAlign w:val="center"/>
          </w:tcPr>
          <w:p w14:paraId="1AC949D0" w14:textId="77777777" w:rsidR="00104AE4" w:rsidRPr="00E50110" w:rsidRDefault="00000000">
            <w:pPr>
              <w:spacing w:after="0" w:line="240" w:lineRule="auto"/>
              <w:jc w:val="center"/>
              <w:rPr>
                <w:lang w:val="es-ES"/>
              </w:rPr>
            </w:pPr>
            <w:sdt>
              <w:sdtPr>
                <w:rPr>
                  <w:lang w:val="es-ES"/>
                </w:rPr>
                <w:alias w:val="asset_13_2"/>
                <w:tag w:val="asset_13_2"/>
                <w:id w:val="1503347080"/>
                <w14:checkbox>
                  <w14:checked w14:val="0"/>
                  <w14:checkedState w14:val="2612" w14:font="MS Gothic"/>
                  <w14:uncheckedState w14:val="2610" w14:font="MS Gothic"/>
                </w14:checkbox>
              </w:sdtPr>
              <w:sdtContent>
                <w:r w:rsidR="00104AE4" w:rsidRPr="00E50110">
                  <w:rPr>
                    <w:color w:val="003B5C"/>
                    <w:sz w:val="19"/>
                    <w:lang w:val="es-ES"/>
                  </w:rPr>
                  <w:t>☐</w:t>
                </w:r>
              </w:sdtContent>
            </w:sdt>
          </w:p>
        </w:tc>
        <w:tc>
          <w:tcPr>
            <w:tcW w:w="1202" w:type="dxa"/>
            <w:tcBorders>
              <w:top w:val="single" w:sz="5" w:space="0" w:color="AFC3D6"/>
              <w:left w:val="single" w:sz="5" w:space="0" w:color="AFC3D6"/>
              <w:bottom w:val="single" w:sz="5" w:space="0" w:color="AFC3D6"/>
              <w:right w:val="single" w:sz="5" w:space="0" w:color="AFC3D6"/>
            </w:tcBorders>
            <w:shd w:val="clear" w:color="auto" w:fill="EAF1F8"/>
            <w:tcMar>
              <w:top w:w="35" w:type="dxa"/>
              <w:left w:w="20" w:type="dxa"/>
              <w:bottom w:w="35" w:type="dxa"/>
              <w:right w:w="20" w:type="dxa"/>
            </w:tcMar>
            <w:vAlign w:val="center"/>
          </w:tcPr>
          <w:p w14:paraId="37216F34" w14:textId="77777777" w:rsidR="00104AE4" w:rsidRPr="00E50110" w:rsidRDefault="00000000">
            <w:pPr>
              <w:spacing w:after="0" w:line="240" w:lineRule="auto"/>
              <w:jc w:val="center"/>
              <w:rPr>
                <w:lang w:val="es-ES"/>
              </w:rPr>
            </w:pPr>
            <w:sdt>
              <w:sdtPr>
                <w:rPr>
                  <w:lang w:val="es-ES"/>
                </w:rPr>
                <w:alias w:val="asset_13_3"/>
                <w:tag w:val="asset_13_3"/>
                <w:id w:val="1877059435"/>
                <w14:checkbox>
                  <w14:checked w14:val="0"/>
                  <w14:checkedState w14:val="2612" w14:font="MS Gothic"/>
                  <w14:uncheckedState w14:val="2610" w14:font="MS Gothic"/>
                </w14:checkbox>
              </w:sdtPr>
              <w:sdtContent>
                <w:r w:rsidR="00104AE4" w:rsidRPr="00E50110">
                  <w:rPr>
                    <w:color w:val="003B5C"/>
                    <w:sz w:val="19"/>
                    <w:lang w:val="es-ES"/>
                  </w:rPr>
                  <w:t>☐</w:t>
                </w:r>
              </w:sdtContent>
            </w:sdt>
          </w:p>
        </w:tc>
        <w:tc>
          <w:tcPr>
            <w:tcW w:w="1202" w:type="dxa"/>
            <w:tcBorders>
              <w:top w:val="single" w:sz="5" w:space="0" w:color="AFC3D6"/>
              <w:left w:val="single" w:sz="5" w:space="0" w:color="AFC3D6"/>
              <w:bottom w:val="single" w:sz="5" w:space="0" w:color="AFC3D6"/>
              <w:right w:val="single" w:sz="5" w:space="0" w:color="AFC3D6"/>
            </w:tcBorders>
            <w:shd w:val="clear" w:color="auto" w:fill="EAF1F8"/>
            <w:tcMar>
              <w:top w:w="35" w:type="dxa"/>
              <w:left w:w="20" w:type="dxa"/>
              <w:bottom w:w="35" w:type="dxa"/>
              <w:right w:w="20" w:type="dxa"/>
            </w:tcMar>
            <w:vAlign w:val="center"/>
          </w:tcPr>
          <w:p w14:paraId="18B3F20A" w14:textId="77777777" w:rsidR="00104AE4" w:rsidRPr="00E50110" w:rsidRDefault="00000000">
            <w:pPr>
              <w:spacing w:after="0" w:line="240" w:lineRule="auto"/>
              <w:jc w:val="center"/>
              <w:rPr>
                <w:lang w:val="es-ES"/>
              </w:rPr>
            </w:pPr>
            <w:sdt>
              <w:sdtPr>
                <w:rPr>
                  <w:lang w:val="es-ES"/>
                </w:rPr>
                <w:alias w:val="asset_13_4"/>
                <w:tag w:val="asset_13_4"/>
                <w:id w:val="1702539145"/>
                <w14:checkbox>
                  <w14:checked w14:val="0"/>
                  <w14:checkedState w14:val="2612" w14:font="MS Gothic"/>
                  <w14:uncheckedState w14:val="2610" w14:font="MS Gothic"/>
                </w14:checkbox>
              </w:sdtPr>
              <w:sdtContent>
                <w:r w:rsidR="00104AE4" w:rsidRPr="00E50110">
                  <w:rPr>
                    <w:color w:val="003B5C"/>
                    <w:sz w:val="19"/>
                    <w:lang w:val="es-ES"/>
                  </w:rPr>
                  <w:t>☐</w:t>
                </w:r>
              </w:sdtContent>
            </w:sdt>
          </w:p>
        </w:tc>
        <w:tc>
          <w:tcPr>
            <w:tcW w:w="1202" w:type="dxa"/>
            <w:tcBorders>
              <w:top w:val="single" w:sz="5" w:space="0" w:color="AFC3D6"/>
              <w:left w:val="single" w:sz="5" w:space="0" w:color="AFC3D6"/>
              <w:bottom w:val="single" w:sz="5" w:space="0" w:color="AFC3D6"/>
              <w:right w:val="single" w:sz="5" w:space="0" w:color="AFC3D6"/>
            </w:tcBorders>
            <w:shd w:val="clear" w:color="auto" w:fill="EAF1F8"/>
            <w:tcMar>
              <w:top w:w="35" w:type="dxa"/>
              <w:left w:w="20" w:type="dxa"/>
              <w:bottom w:w="35" w:type="dxa"/>
              <w:right w:w="20" w:type="dxa"/>
            </w:tcMar>
            <w:vAlign w:val="center"/>
          </w:tcPr>
          <w:p w14:paraId="4A591C6F" w14:textId="77777777" w:rsidR="00104AE4" w:rsidRPr="00E50110" w:rsidRDefault="00000000">
            <w:pPr>
              <w:spacing w:after="0" w:line="240" w:lineRule="auto"/>
              <w:jc w:val="center"/>
              <w:rPr>
                <w:lang w:val="es-ES"/>
              </w:rPr>
            </w:pPr>
            <w:sdt>
              <w:sdtPr>
                <w:rPr>
                  <w:lang w:val="es-ES"/>
                </w:rPr>
                <w:alias w:val="asset_13_5"/>
                <w:tag w:val="asset_13_5"/>
                <w:id w:val="181175131"/>
                <w14:checkbox>
                  <w14:checked w14:val="0"/>
                  <w14:checkedState w14:val="2612" w14:font="MS Gothic"/>
                  <w14:uncheckedState w14:val="2610" w14:font="MS Gothic"/>
                </w14:checkbox>
              </w:sdtPr>
              <w:sdtContent>
                <w:r w:rsidR="00104AE4" w:rsidRPr="00E50110">
                  <w:rPr>
                    <w:color w:val="003B5C"/>
                    <w:sz w:val="19"/>
                    <w:lang w:val="es-ES"/>
                  </w:rPr>
                  <w:t>☐</w:t>
                </w:r>
              </w:sdtContent>
            </w:sdt>
          </w:p>
        </w:tc>
      </w:tr>
      <w:tr w:rsidR="00104AE4" w:rsidRPr="00E50110" w14:paraId="081D9EEF" w14:textId="77777777" w:rsidTr="00104AE4">
        <w:trPr>
          <w:cantSplit/>
          <w:jc w:val="center"/>
        </w:trPr>
        <w:tc>
          <w:tcPr>
            <w:tcW w:w="1554" w:type="dxa"/>
            <w:vMerge/>
            <w:tcBorders>
              <w:left w:val="single" w:sz="5" w:space="0" w:color="AFC3D6"/>
              <w:bottom w:val="single" w:sz="5" w:space="0" w:color="AFC3D6"/>
              <w:right w:val="single" w:sz="5" w:space="0" w:color="AFC3D6"/>
            </w:tcBorders>
            <w:shd w:val="clear" w:color="auto" w:fill="FFFFFF"/>
            <w:tcMar>
              <w:top w:w="35" w:type="dxa"/>
              <w:left w:w="20" w:type="dxa"/>
              <w:bottom w:w="35" w:type="dxa"/>
              <w:right w:w="20" w:type="dxa"/>
            </w:tcMar>
            <w:vAlign w:val="center"/>
          </w:tcPr>
          <w:p w14:paraId="63B45AD7" w14:textId="2D36694E" w:rsidR="00104AE4" w:rsidRPr="00E50110" w:rsidRDefault="00104AE4">
            <w:pPr>
              <w:spacing w:after="0" w:line="240" w:lineRule="auto"/>
              <w:jc w:val="center"/>
              <w:rPr>
                <w:lang w:val="es-ES"/>
              </w:rPr>
            </w:pPr>
          </w:p>
        </w:tc>
        <w:tc>
          <w:tcPr>
            <w:tcW w:w="4138" w:type="dxa"/>
            <w:tcBorders>
              <w:top w:val="single" w:sz="5" w:space="0" w:color="AFC3D6"/>
              <w:left w:val="single" w:sz="5" w:space="0" w:color="AFC3D6"/>
              <w:bottom w:val="single" w:sz="5" w:space="0" w:color="AFC3D6"/>
              <w:right w:val="single" w:sz="5" w:space="0" w:color="AFC3D6"/>
            </w:tcBorders>
            <w:shd w:val="clear" w:color="auto" w:fill="FFFFFF"/>
            <w:tcMar>
              <w:top w:w="35" w:type="dxa"/>
              <w:left w:w="35" w:type="dxa"/>
              <w:bottom w:w="35" w:type="dxa"/>
              <w:right w:w="35" w:type="dxa"/>
            </w:tcMar>
            <w:vAlign w:val="center"/>
          </w:tcPr>
          <w:p w14:paraId="190DDB53" w14:textId="77777777" w:rsidR="00104AE4" w:rsidRPr="00E50110" w:rsidRDefault="00104AE4">
            <w:pPr>
              <w:spacing w:after="0" w:line="240" w:lineRule="auto"/>
              <w:rPr>
                <w:lang w:val="es-ES"/>
              </w:rPr>
            </w:pPr>
            <w:r w:rsidRPr="00E50110">
              <w:rPr>
                <w:sz w:val="18"/>
                <w:lang w:val="es-ES"/>
              </w:rPr>
              <w:t>14) Se requiere autorización para el acceso de la información.</w:t>
            </w:r>
          </w:p>
        </w:tc>
        <w:tc>
          <w:tcPr>
            <w:tcW w:w="1202" w:type="dxa"/>
            <w:tcBorders>
              <w:top w:val="single" w:sz="5" w:space="0" w:color="AFC3D6"/>
              <w:left w:val="single" w:sz="5" w:space="0" w:color="AFC3D6"/>
              <w:bottom w:val="single" w:sz="5" w:space="0" w:color="AFC3D6"/>
              <w:right w:val="single" w:sz="5" w:space="0" w:color="AFC3D6"/>
            </w:tcBorders>
            <w:tcMar>
              <w:top w:w="35" w:type="dxa"/>
              <w:left w:w="20" w:type="dxa"/>
              <w:bottom w:w="35" w:type="dxa"/>
              <w:right w:w="20" w:type="dxa"/>
            </w:tcMar>
            <w:vAlign w:val="center"/>
          </w:tcPr>
          <w:p w14:paraId="43A3C43D" w14:textId="77777777" w:rsidR="00104AE4" w:rsidRPr="00E50110" w:rsidRDefault="00000000">
            <w:pPr>
              <w:spacing w:after="0" w:line="240" w:lineRule="auto"/>
              <w:jc w:val="center"/>
              <w:rPr>
                <w:lang w:val="es-ES"/>
              </w:rPr>
            </w:pPr>
            <w:sdt>
              <w:sdtPr>
                <w:rPr>
                  <w:lang w:val="es-ES"/>
                </w:rPr>
                <w:alias w:val="asset_14_2"/>
                <w:tag w:val="asset_14_2"/>
                <w:id w:val="413208460"/>
                <w14:checkbox>
                  <w14:checked w14:val="0"/>
                  <w14:checkedState w14:val="2612" w14:font="MS Gothic"/>
                  <w14:uncheckedState w14:val="2610" w14:font="MS Gothic"/>
                </w14:checkbox>
              </w:sdtPr>
              <w:sdtContent>
                <w:r w:rsidR="00104AE4" w:rsidRPr="00E50110">
                  <w:rPr>
                    <w:color w:val="003B5C"/>
                    <w:sz w:val="19"/>
                    <w:lang w:val="es-ES"/>
                  </w:rPr>
                  <w:t>☐</w:t>
                </w:r>
              </w:sdtContent>
            </w:sdt>
          </w:p>
        </w:tc>
        <w:tc>
          <w:tcPr>
            <w:tcW w:w="1202" w:type="dxa"/>
            <w:tcBorders>
              <w:top w:val="single" w:sz="5" w:space="0" w:color="AFC3D6"/>
              <w:left w:val="single" w:sz="5" w:space="0" w:color="AFC3D6"/>
              <w:bottom w:val="single" w:sz="5" w:space="0" w:color="AFC3D6"/>
              <w:right w:val="single" w:sz="5" w:space="0" w:color="AFC3D6"/>
            </w:tcBorders>
            <w:tcMar>
              <w:top w:w="35" w:type="dxa"/>
              <w:left w:w="20" w:type="dxa"/>
              <w:bottom w:w="35" w:type="dxa"/>
              <w:right w:w="20" w:type="dxa"/>
            </w:tcMar>
            <w:vAlign w:val="center"/>
          </w:tcPr>
          <w:p w14:paraId="7CAC1DC4" w14:textId="77777777" w:rsidR="00104AE4" w:rsidRPr="00E50110" w:rsidRDefault="00000000">
            <w:pPr>
              <w:spacing w:after="0" w:line="240" w:lineRule="auto"/>
              <w:jc w:val="center"/>
              <w:rPr>
                <w:lang w:val="es-ES"/>
              </w:rPr>
            </w:pPr>
            <w:sdt>
              <w:sdtPr>
                <w:rPr>
                  <w:lang w:val="es-ES"/>
                </w:rPr>
                <w:alias w:val="asset_14_3"/>
                <w:tag w:val="asset_14_3"/>
                <w:id w:val="1941284507"/>
                <w14:checkbox>
                  <w14:checked w14:val="0"/>
                  <w14:checkedState w14:val="2612" w14:font="MS Gothic"/>
                  <w14:uncheckedState w14:val="2610" w14:font="MS Gothic"/>
                </w14:checkbox>
              </w:sdtPr>
              <w:sdtContent>
                <w:r w:rsidR="00104AE4" w:rsidRPr="00E50110">
                  <w:rPr>
                    <w:color w:val="003B5C"/>
                    <w:sz w:val="19"/>
                    <w:lang w:val="es-ES"/>
                  </w:rPr>
                  <w:t>☐</w:t>
                </w:r>
              </w:sdtContent>
            </w:sdt>
          </w:p>
        </w:tc>
        <w:tc>
          <w:tcPr>
            <w:tcW w:w="1202" w:type="dxa"/>
            <w:tcBorders>
              <w:top w:val="single" w:sz="5" w:space="0" w:color="AFC3D6"/>
              <w:left w:val="single" w:sz="5" w:space="0" w:color="AFC3D6"/>
              <w:bottom w:val="single" w:sz="5" w:space="0" w:color="AFC3D6"/>
              <w:right w:val="single" w:sz="5" w:space="0" w:color="AFC3D6"/>
            </w:tcBorders>
            <w:tcMar>
              <w:top w:w="35" w:type="dxa"/>
              <w:left w:w="20" w:type="dxa"/>
              <w:bottom w:w="35" w:type="dxa"/>
              <w:right w:w="20" w:type="dxa"/>
            </w:tcMar>
            <w:vAlign w:val="center"/>
          </w:tcPr>
          <w:p w14:paraId="71FEDE96" w14:textId="77777777" w:rsidR="00104AE4" w:rsidRPr="00E50110" w:rsidRDefault="00000000">
            <w:pPr>
              <w:spacing w:after="0" w:line="240" w:lineRule="auto"/>
              <w:jc w:val="center"/>
              <w:rPr>
                <w:lang w:val="es-ES"/>
              </w:rPr>
            </w:pPr>
            <w:sdt>
              <w:sdtPr>
                <w:rPr>
                  <w:lang w:val="es-ES"/>
                </w:rPr>
                <w:alias w:val="asset_14_4"/>
                <w:tag w:val="asset_14_4"/>
                <w:id w:val="1414487977"/>
                <w14:checkbox>
                  <w14:checked w14:val="0"/>
                  <w14:checkedState w14:val="2612" w14:font="MS Gothic"/>
                  <w14:uncheckedState w14:val="2610" w14:font="MS Gothic"/>
                </w14:checkbox>
              </w:sdtPr>
              <w:sdtContent>
                <w:r w:rsidR="00104AE4" w:rsidRPr="00E50110">
                  <w:rPr>
                    <w:color w:val="003B5C"/>
                    <w:sz w:val="19"/>
                    <w:lang w:val="es-ES"/>
                  </w:rPr>
                  <w:t>☐</w:t>
                </w:r>
              </w:sdtContent>
            </w:sdt>
          </w:p>
        </w:tc>
        <w:tc>
          <w:tcPr>
            <w:tcW w:w="1202" w:type="dxa"/>
            <w:tcBorders>
              <w:top w:val="single" w:sz="5" w:space="0" w:color="AFC3D6"/>
              <w:left w:val="single" w:sz="5" w:space="0" w:color="AFC3D6"/>
              <w:bottom w:val="single" w:sz="5" w:space="0" w:color="AFC3D6"/>
              <w:right w:val="single" w:sz="5" w:space="0" w:color="AFC3D6"/>
            </w:tcBorders>
            <w:tcMar>
              <w:top w:w="35" w:type="dxa"/>
              <w:left w:w="20" w:type="dxa"/>
              <w:bottom w:w="35" w:type="dxa"/>
              <w:right w:w="20" w:type="dxa"/>
            </w:tcMar>
            <w:vAlign w:val="center"/>
          </w:tcPr>
          <w:p w14:paraId="59AE2065" w14:textId="77777777" w:rsidR="00104AE4" w:rsidRPr="00E50110" w:rsidRDefault="00000000">
            <w:pPr>
              <w:spacing w:after="0" w:line="240" w:lineRule="auto"/>
              <w:jc w:val="center"/>
              <w:rPr>
                <w:lang w:val="es-ES"/>
              </w:rPr>
            </w:pPr>
            <w:sdt>
              <w:sdtPr>
                <w:rPr>
                  <w:lang w:val="es-ES"/>
                </w:rPr>
                <w:alias w:val="asset_14_5"/>
                <w:tag w:val="asset_14_5"/>
                <w:id w:val="1029122747"/>
                <w14:checkbox>
                  <w14:checked w14:val="0"/>
                  <w14:checkedState w14:val="2612" w14:font="MS Gothic"/>
                  <w14:uncheckedState w14:val="2610" w14:font="MS Gothic"/>
                </w14:checkbox>
              </w:sdtPr>
              <w:sdtContent>
                <w:r w:rsidR="00104AE4" w:rsidRPr="00E50110">
                  <w:rPr>
                    <w:color w:val="003B5C"/>
                    <w:sz w:val="19"/>
                    <w:lang w:val="es-ES"/>
                  </w:rPr>
                  <w:t>☐</w:t>
                </w:r>
              </w:sdtContent>
            </w:sdt>
          </w:p>
        </w:tc>
      </w:tr>
    </w:tbl>
    <w:p w14:paraId="22A281DE" w14:textId="77777777" w:rsidR="00104AE4" w:rsidRPr="00E50110" w:rsidRDefault="00104AE4">
      <w:pPr>
        <w:spacing w:after="120" w:line="240" w:lineRule="auto"/>
        <w:rPr>
          <w:lang w:val="es-ES"/>
        </w:rPr>
      </w:pPr>
    </w:p>
    <w:p w14:paraId="4BEA1828" w14:textId="77777777" w:rsidR="0019057E" w:rsidRPr="00E50110" w:rsidRDefault="00000000">
      <w:pPr>
        <w:spacing w:after="60" w:line="252" w:lineRule="auto"/>
        <w:rPr>
          <w:lang w:val="es-ES"/>
        </w:rPr>
      </w:pPr>
      <w:r w:rsidRPr="00E50110">
        <w:rPr>
          <w:lang w:val="es-ES"/>
        </w:rPr>
        <w:t>3.1.2. Sobre los procesos y servicios que realiza la organización para el control y resguardo de los activos, responda:</w:t>
      </w:r>
    </w:p>
    <w:tbl>
      <w:tblPr>
        <w:tblW w:w="5000" w:type="pct"/>
        <w:jc w:val="center"/>
        <w:tblLayout w:type="fixed"/>
        <w:tblLook w:val="04A0" w:firstRow="1" w:lastRow="0" w:firstColumn="1" w:lastColumn="0" w:noHBand="0" w:noVBand="1"/>
      </w:tblPr>
      <w:tblGrid>
        <w:gridCol w:w="4852"/>
        <w:gridCol w:w="5648"/>
      </w:tblGrid>
      <w:tr w:rsidR="0019057E" w:rsidRPr="00E50110" w14:paraId="073885D0" w14:textId="77777777" w:rsidTr="00E50110">
        <w:trPr>
          <w:cantSplit/>
          <w:trHeight w:val="691"/>
          <w:jc w:val="center"/>
        </w:trPr>
        <w:tc>
          <w:tcPr>
            <w:tcW w:w="4852" w:type="dxa"/>
            <w:tcBorders>
              <w:top w:val="single" w:sz="5" w:space="0" w:color="AFC3D6"/>
              <w:left w:val="single" w:sz="5" w:space="0" w:color="AFC3D6"/>
              <w:bottom w:val="single" w:sz="5" w:space="0" w:color="AFC3D6"/>
              <w:right w:val="single" w:sz="5" w:space="0" w:color="AFC3D6"/>
            </w:tcBorders>
            <w:shd w:val="clear" w:color="auto" w:fill="EAF1F8"/>
            <w:tcMar>
              <w:top w:w="45" w:type="dxa"/>
              <w:left w:w="60" w:type="dxa"/>
              <w:bottom w:w="45" w:type="dxa"/>
              <w:right w:w="60" w:type="dxa"/>
            </w:tcMar>
            <w:vAlign w:val="center"/>
          </w:tcPr>
          <w:p w14:paraId="6EAD90D1" w14:textId="77777777" w:rsidR="0019057E" w:rsidRPr="00E50110" w:rsidRDefault="00000000">
            <w:pPr>
              <w:spacing w:after="0" w:line="240" w:lineRule="auto"/>
              <w:rPr>
                <w:lang w:val="es-ES"/>
              </w:rPr>
            </w:pPr>
            <w:r w:rsidRPr="00E50110">
              <w:rPr>
                <w:b/>
                <w:lang w:val="es-ES"/>
              </w:rPr>
              <w:t>a) Describa su proceso o procesos principales:</w:t>
            </w:r>
          </w:p>
        </w:tc>
        <w:tc>
          <w:tcPr>
            <w:tcW w:w="5648" w:type="dxa"/>
            <w:tcBorders>
              <w:top w:val="single" w:sz="5" w:space="0" w:color="AFC3D6"/>
              <w:left w:val="single" w:sz="5" w:space="0" w:color="AFC3D6"/>
              <w:bottom w:val="single" w:sz="5" w:space="0" w:color="AFC3D6"/>
              <w:right w:val="single" w:sz="5" w:space="0" w:color="AFC3D6"/>
            </w:tcBorders>
            <w:shd w:val="clear" w:color="auto" w:fill="F7FAFD"/>
            <w:tcMar>
              <w:top w:w="45" w:type="dxa"/>
              <w:left w:w="60" w:type="dxa"/>
              <w:bottom w:w="45" w:type="dxa"/>
              <w:right w:w="60" w:type="dxa"/>
            </w:tcMar>
            <w:vAlign w:val="center"/>
          </w:tcPr>
          <w:p w14:paraId="13999D69" w14:textId="116C339C" w:rsidR="0019057E" w:rsidRPr="00E50110" w:rsidRDefault="00E50110">
            <w:pPr>
              <w:spacing w:after="0" w:line="240" w:lineRule="auto"/>
              <w:rPr>
                <w:lang w:val="es-ES"/>
              </w:rPr>
            </w:pPr>
            <w:r w:rsidRPr="00E50110">
              <w:rPr>
                <w:lang w:val="es-ES"/>
              </w:rPr>
              <w:t>Detalle:</w:t>
            </w:r>
          </w:p>
        </w:tc>
      </w:tr>
      <w:tr w:rsidR="0019057E" w:rsidRPr="00E50110" w14:paraId="3C07F265" w14:textId="77777777" w:rsidTr="00E50110">
        <w:trPr>
          <w:cantSplit/>
          <w:trHeight w:val="936"/>
          <w:jc w:val="center"/>
        </w:trPr>
        <w:tc>
          <w:tcPr>
            <w:tcW w:w="4852" w:type="dxa"/>
            <w:tcBorders>
              <w:top w:val="single" w:sz="5" w:space="0" w:color="AFC3D6"/>
              <w:left w:val="single" w:sz="5" w:space="0" w:color="AFC3D6"/>
              <w:bottom w:val="single" w:sz="5" w:space="0" w:color="AFC3D6"/>
              <w:right w:val="single" w:sz="5" w:space="0" w:color="AFC3D6"/>
            </w:tcBorders>
            <w:shd w:val="clear" w:color="auto" w:fill="EAF1F8"/>
            <w:tcMar>
              <w:top w:w="45" w:type="dxa"/>
              <w:left w:w="60" w:type="dxa"/>
              <w:bottom w:w="45" w:type="dxa"/>
              <w:right w:w="60" w:type="dxa"/>
            </w:tcMar>
            <w:vAlign w:val="center"/>
          </w:tcPr>
          <w:p w14:paraId="1E7226AD" w14:textId="77777777" w:rsidR="0019057E" w:rsidRPr="00E50110" w:rsidRDefault="00000000">
            <w:pPr>
              <w:spacing w:after="0" w:line="240" w:lineRule="auto"/>
              <w:rPr>
                <w:lang w:val="es-ES"/>
              </w:rPr>
            </w:pPr>
            <w:r w:rsidRPr="00E50110">
              <w:rPr>
                <w:b/>
                <w:lang w:val="es-ES"/>
              </w:rPr>
              <w:t>b) Mencione las interfaces y/o servicios tecnológicos que utiliza para ejecutar sus procesos principales:</w:t>
            </w:r>
          </w:p>
        </w:tc>
        <w:tc>
          <w:tcPr>
            <w:tcW w:w="5648" w:type="dxa"/>
            <w:tcBorders>
              <w:top w:val="single" w:sz="5" w:space="0" w:color="AFC3D6"/>
              <w:left w:val="single" w:sz="5" w:space="0" w:color="AFC3D6"/>
              <w:bottom w:val="single" w:sz="5" w:space="0" w:color="AFC3D6"/>
              <w:right w:val="single" w:sz="5" w:space="0" w:color="AFC3D6"/>
            </w:tcBorders>
            <w:shd w:val="clear" w:color="auto" w:fill="F7FAFD"/>
            <w:tcMar>
              <w:top w:w="45" w:type="dxa"/>
              <w:left w:w="60" w:type="dxa"/>
              <w:bottom w:w="45" w:type="dxa"/>
              <w:right w:w="60" w:type="dxa"/>
            </w:tcMar>
            <w:vAlign w:val="center"/>
          </w:tcPr>
          <w:p w14:paraId="1C427179" w14:textId="6A4AAF0B" w:rsidR="0019057E" w:rsidRPr="00E50110" w:rsidRDefault="00E50110">
            <w:pPr>
              <w:spacing w:after="0" w:line="240" w:lineRule="auto"/>
              <w:rPr>
                <w:lang w:val="es-ES"/>
              </w:rPr>
            </w:pPr>
            <w:r w:rsidRPr="00E50110">
              <w:rPr>
                <w:lang w:val="es-ES"/>
              </w:rPr>
              <w:t>Detalle:</w:t>
            </w:r>
          </w:p>
        </w:tc>
      </w:tr>
      <w:tr w:rsidR="00E50110" w:rsidRPr="00E50110" w14:paraId="3F371AF5" w14:textId="77777777" w:rsidTr="00E50110">
        <w:trPr>
          <w:cantSplit/>
          <w:trHeight w:val="792"/>
          <w:jc w:val="center"/>
        </w:trPr>
        <w:tc>
          <w:tcPr>
            <w:tcW w:w="4852" w:type="dxa"/>
            <w:vMerge w:val="restart"/>
            <w:tcBorders>
              <w:top w:val="single" w:sz="5" w:space="0" w:color="AFC3D6"/>
              <w:left w:val="single" w:sz="5" w:space="0" w:color="AFC3D6"/>
              <w:right w:val="single" w:sz="5" w:space="0" w:color="AFC3D6"/>
            </w:tcBorders>
            <w:shd w:val="clear" w:color="auto" w:fill="EAF1F8"/>
            <w:tcMar>
              <w:top w:w="45" w:type="dxa"/>
              <w:left w:w="60" w:type="dxa"/>
              <w:bottom w:w="45" w:type="dxa"/>
              <w:right w:w="60" w:type="dxa"/>
            </w:tcMar>
            <w:vAlign w:val="center"/>
          </w:tcPr>
          <w:p w14:paraId="17EAD274" w14:textId="77777777" w:rsidR="00E50110" w:rsidRPr="00E50110" w:rsidRDefault="00E50110">
            <w:pPr>
              <w:spacing w:after="0" w:line="240" w:lineRule="auto"/>
              <w:rPr>
                <w:lang w:val="es-ES"/>
              </w:rPr>
            </w:pPr>
            <w:r w:rsidRPr="00E50110">
              <w:rPr>
                <w:b/>
                <w:lang w:val="es-ES"/>
              </w:rPr>
              <w:t>¿Su organización cuenta con unidades de negocio (regionales, por producto, por cliente, etc.)?</w:t>
            </w:r>
          </w:p>
        </w:tc>
        <w:tc>
          <w:tcPr>
            <w:tcW w:w="5648" w:type="dxa"/>
            <w:tcBorders>
              <w:top w:val="single" w:sz="5" w:space="0" w:color="AFC3D6"/>
              <w:left w:val="single" w:sz="5" w:space="0" w:color="AFC3D6"/>
              <w:bottom w:val="single" w:sz="5" w:space="0" w:color="AFC3D6"/>
              <w:right w:val="single" w:sz="5" w:space="0" w:color="AFC3D6"/>
            </w:tcBorders>
            <w:shd w:val="clear" w:color="auto" w:fill="F7FAFD"/>
            <w:tcMar>
              <w:top w:w="45" w:type="dxa"/>
              <w:left w:w="60" w:type="dxa"/>
              <w:bottom w:w="45" w:type="dxa"/>
              <w:right w:w="60" w:type="dxa"/>
            </w:tcMar>
            <w:vAlign w:val="center"/>
          </w:tcPr>
          <w:p w14:paraId="269863BD" w14:textId="6C14FDE2" w:rsidR="00E50110" w:rsidRPr="00E50110" w:rsidRDefault="00000000">
            <w:pPr>
              <w:spacing w:after="0" w:line="240" w:lineRule="auto"/>
              <w:rPr>
                <w:lang w:val="es-ES"/>
              </w:rPr>
            </w:pPr>
            <w:sdt>
              <w:sdtPr>
                <w:rPr>
                  <w:lang w:val="es-ES"/>
                </w:rPr>
                <w:alias w:val="unidades_negocio_1"/>
                <w:tag w:val="unidades_negocio_1"/>
                <w:id w:val="1510432909"/>
                <w14:checkbox>
                  <w14:checked w14:val="0"/>
                  <w14:checkedState w14:val="2612" w14:font="MS Gothic"/>
                  <w14:uncheckedState w14:val="2610" w14:font="MS Gothic"/>
                </w14:checkbox>
              </w:sdtPr>
              <w:sdtContent>
                <w:r w:rsidR="00E50110" w:rsidRPr="00E50110">
                  <w:rPr>
                    <w:rFonts w:ascii="Segoe UI Symbol" w:hAnsi="Segoe UI Symbol" w:cs="Segoe UI Symbol"/>
                    <w:color w:val="003B5C"/>
                    <w:lang w:val="es-ES"/>
                  </w:rPr>
                  <w:t>☐</w:t>
                </w:r>
              </w:sdtContent>
            </w:sdt>
            <w:r w:rsidR="00E50110" w:rsidRPr="00E50110">
              <w:rPr>
                <w:color w:val="003B5C"/>
                <w:lang w:val="es-ES"/>
              </w:rPr>
              <w:t xml:space="preserve"> Sí</w:t>
            </w:r>
            <w:r w:rsidR="00E50110" w:rsidRPr="00E50110">
              <w:rPr>
                <w:lang w:val="es-ES"/>
              </w:rPr>
              <w:t xml:space="preserve">   </w:t>
            </w:r>
            <w:sdt>
              <w:sdtPr>
                <w:rPr>
                  <w:lang w:val="es-ES"/>
                </w:rPr>
                <w:alias w:val="unidades_negocio_2"/>
                <w:tag w:val="unidades_negocio_2"/>
                <w:id w:val="1726895874"/>
                <w14:checkbox>
                  <w14:checked w14:val="0"/>
                  <w14:checkedState w14:val="2612" w14:font="MS Gothic"/>
                  <w14:uncheckedState w14:val="2610" w14:font="MS Gothic"/>
                </w14:checkbox>
              </w:sdtPr>
              <w:sdtContent>
                <w:r w:rsidR="00E50110" w:rsidRPr="00E50110">
                  <w:rPr>
                    <w:rFonts w:ascii="Segoe UI Symbol" w:hAnsi="Segoe UI Symbol" w:cs="Segoe UI Symbol"/>
                    <w:color w:val="003B5C"/>
                    <w:lang w:val="es-ES"/>
                  </w:rPr>
                  <w:t>☐</w:t>
                </w:r>
              </w:sdtContent>
            </w:sdt>
            <w:r w:rsidR="00E50110" w:rsidRPr="00E50110">
              <w:rPr>
                <w:color w:val="003B5C"/>
                <w:lang w:val="es-ES"/>
              </w:rPr>
              <w:t xml:space="preserve"> No</w:t>
            </w:r>
          </w:p>
        </w:tc>
      </w:tr>
      <w:tr w:rsidR="00E50110" w:rsidRPr="00E50110" w14:paraId="708135FB" w14:textId="77777777" w:rsidTr="00E50110">
        <w:trPr>
          <w:cantSplit/>
          <w:trHeight w:val="432"/>
          <w:jc w:val="center"/>
        </w:trPr>
        <w:tc>
          <w:tcPr>
            <w:tcW w:w="4852" w:type="dxa"/>
            <w:vMerge/>
            <w:tcBorders>
              <w:left w:val="single" w:sz="5" w:space="0" w:color="AFC3D6"/>
              <w:bottom w:val="single" w:sz="5" w:space="0" w:color="AFC3D6"/>
              <w:right w:val="single" w:sz="5" w:space="0" w:color="AFC3D6"/>
            </w:tcBorders>
            <w:tcMar>
              <w:top w:w="40" w:type="dxa"/>
              <w:left w:w="35" w:type="dxa"/>
              <w:bottom w:w="40" w:type="dxa"/>
              <w:right w:w="35" w:type="dxa"/>
            </w:tcMar>
            <w:vAlign w:val="center"/>
          </w:tcPr>
          <w:p w14:paraId="401205EA" w14:textId="51F4077C" w:rsidR="00E50110" w:rsidRPr="00E50110" w:rsidRDefault="00E50110">
            <w:pPr>
              <w:spacing w:after="0" w:line="240" w:lineRule="auto"/>
              <w:jc w:val="center"/>
              <w:rPr>
                <w:lang w:val="es-ES"/>
              </w:rPr>
            </w:pPr>
          </w:p>
        </w:tc>
        <w:tc>
          <w:tcPr>
            <w:tcW w:w="5648" w:type="dxa"/>
            <w:tcBorders>
              <w:top w:val="single" w:sz="5" w:space="0" w:color="AFC3D6"/>
              <w:left w:val="single" w:sz="5" w:space="0" w:color="AFC3D6"/>
              <w:bottom w:val="single" w:sz="5" w:space="0" w:color="AFC3D6"/>
              <w:right w:val="single" w:sz="5" w:space="0" w:color="AFC3D6"/>
            </w:tcBorders>
            <w:shd w:val="clear" w:color="auto" w:fill="F7FAFD"/>
            <w:tcMar>
              <w:top w:w="45" w:type="dxa"/>
              <w:left w:w="60" w:type="dxa"/>
              <w:bottom w:w="45" w:type="dxa"/>
              <w:right w:w="60" w:type="dxa"/>
            </w:tcMar>
            <w:vAlign w:val="center"/>
          </w:tcPr>
          <w:p w14:paraId="0E79C4D7" w14:textId="19CFF2B2" w:rsidR="00E50110" w:rsidRPr="00E50110" w:rsidRDefault="00E50110">
            <w:pPr>
              <w:spacing w:after="0" w:line="240" w:lineRule="auto"/>
              <w:rPr>
                <w:lang w:val="es-ES"/>
              </w:rPr>
            </w:pPr>
            <w:r w:rsidRPr="00E50110">
              <w:rPr>
                <w:lang w:val="es-ES"/>
              </w:rPr>
              <w:t>Detalle:</w:t>
            </w:r>
          </w:p>
        </w:tc>
      </w:tr>
    </w:tbl>
    <w:p w14:paraId="2800E222" w14:textId="77777777" w:rsidR="0019057E" w:rsidRPr="00E50110" w:rsidRDefault="0019057E">
      <w:pPr>
        <w:spacing w:after="140" w:line="240" w:lineRule="auto"/>
        <w:rPr>
          <w:lang w:val="es-ES"/>
        </w:rPr>
      </w:pPr>
    </w:p>
    <w:p w14:paraId="44F0073F" w14:textId="77777777" w:rsidR="0019057E" w:rsidRPr="00E50110" w:rsidRDefault="00000000">
      <w:pPr>
        <w:spacing w:after="40" w:line="252" w:lineRule="auto"/>
        <w:rPr>
          <w:lang w:val="es-ES"/>
        </w:rPr>
      </w:pPr>
      <w:r w:rsidRPr="00E50110">
        <w:rPr>
          <w:b/>
          <w:sz w:val="22"/>
          <w:lang w:val="es-ES"/>
        </w:rPr>
        <w:t>3.2. Características del sector, del negocio y del ambiente de TI</w:t>
      </w:r>
    </w:p>
    <w:p w14:paraId="4752CE02" w14:textId="77777777" w:rsidR="0019057E" w:rsidRPr="00E50110" w:rsidRDefault="00000000">
      <w:pPr>
        <w:spacing w:after="60" w:line="252" w:lineRule="auto"/>
        <w:rPr>
          <w:lang w:val="es-ES"/>
        </w:rPr>
      </w:pPr>
      <w:r w:rsidRPr="00E50110">
        <w:rPr>
          <w:lang w:val="es-ES"/>
        </w:rPr>
        <w:t>3.2.1. Marque la opción que describa a su organización:</w:t>
      </w:r>
    </w:p>
    <w:tbl>
      <w:tblPr>
        <w:tblW w:w="5000" w:type="pct"/>
        <w:jc w:val="center"/>
        <w:tblLayout w:type="fixed"/>
        <w:tblLook w:val="04A0" w:firstRow="1" w:lastRow="0" w:firstColumn="1" w:lastColumn="0" w:noHBand="0" w:noVBand="1"/>
      </w:tblPr>
      <w:tblGrid>
        <w:gridCol w:w="1955"/>
        <w:gridCol w:w="8545"/>
      </w:tblGrid>
      <w:tr w:rsidR="00104AE4" w:rsidRPr="00E50110" w14:paraId="7E5E7358" w14:textId="77777777" w:rsidTr="00104AE4">
        <w:trPr>
          <w:cantSplit/>
          <w:jc w:val="center"/>
        </w:trPr>
        <w:tc>
          <w:tcPr>
            <w:tcW w:w="1955" w:type="dxa"/>
            <w:vMerge w:val="restart"/>
            <w:tcBorders>
              <w:top w:val="single" w:sz="5" w:space="0" w:color="AFC3D6"/>
              <w:left w:val="single" w:sz="5" w:space="0" w:color="AFC3D6"/>
              <w:right w:val="single" w:sz="5" w:space="0" w:color="AFC3D6"/>
            </w:tcBorders>
            <w:shd w:val="clear" w:color="auto" w:fill="DDEAF7"/>
            <w:tcMar>
              <w:top w:w="35" w:type="dxa"/>
              <w:left w:w="25" w:type="dxa"/>
              <w:bottom w:w="35" w:type="dxa"/>
              <w:right w:w="25" w:type="dxa"/>
            </w:tcMar>
            <w:vAlign w:val="center"/>
          </w:tcPr>
          <w:p w14:paraId="4EB5FF90" w14:textId="5DB2F006" w:rsidR="00104AE4" w:rsidRPr="00E50110" w:rsidRDefault="00104AE4" w:rsidP="00104AE4">
            <w:pPr>
              <w:spacing w:after="0" w:line="240" w:lineRule="auto"/>
              <w:jc w:val="center"/>
              <w:rPr>
                <w:lang w:val="es-ES"/>
              </w:rPr>
            </w:pPr>
            <w:r w:rsidRPr="00E50110">
              <w:rPr>
                <w:b/>
                <w:i/>
                <w:color w:val="003B5C"/>
                <w:sz w:val="17"/>
                <w:lang w:val="es-ES"/>
              </w:rPr>
              <w:t>El negocio y requisitos regulatorios</w:t>
            </w:r>
          </w:p>
        </w:tc>
        <w:tc>
          <w:tcPr>
            <w:tcW w:w="8545" w:type="dxa"/>
            <w:tcBorders>
              <w:top w:val="single" w:sz="5" w:space="0" w:color="AFC3D6"/>
              <w:left w:val="single" w:sz="5" w:space="0" w:color="AFC3D6"/>
              <w:bottom w:val="single" w:sz="5" w:space="0" w:color="AFC3D6"/>
              <w:right w:val="single" w:sz="5" w:space="0" w:color="AFC3D6"/>
            </w:tcBorders>
            <w:shd w:val="clear" w:color="auto" w:fill="EAF1F8"/>
            <w:tcMar>
              <w:top w:w="38" w:type="dxa"/>
              <w:left w:w="70" w:type="dxa"/>
              <w:bottom w:w="38" w:type="dxa"/>
              <w:right w:w="50" w:type="dxa"/>
            </w:tcMar>
            <w:vAlign w:val="center"/>
          </w:tcPr>
          <w:p w14:paraId="371A132D" w14:textId="77777777" w:rsidR="00104AE4" w:rsidRPr="00E50110" w:rsidRDefault="00000000">
            <w:pPr>
              <w:spacing w:after="0" w:line="240" w:lineRule="auto"/>
              <w:rPr>
                <w:lang w:val="es-ES"/>
              </w:rPr>
            </w:pPr>
            <w:sdt>
              <w:sdtPr>
                <w:rPr>
                  <w:lang w:val="es-ES"/>
                </w:rPr>
                <w:alias w:val="sector_1"/>
                <w:tag w:val="sector_1"/>
                <w:id w:val="1316745467"/>
                <w14:checkbox>
                  <w14:checked w14:val="0"/>
                  <w14:checkedState w14:val="2612" w14:font="MS Gothic"/>
                  <w14:uncheckedState w14:val="2610" w14:font="MS Gothic"/>
                </w14:checkbox>
              </w:sdtPr>
              <w:sdtContent>
                <w:r w:rsidR="00104AE4" w:rsidRPr="00E50110">
                  <w:rPr>
                    <w:color w:val="003B5C"/>
                    <w:sz w:val="18"/>
                    <w:lang w:val="es-ES"/>
                  </w:rPr>
                  <w:t>☐</w:t>
                </w:r>
              </w:sdtContent>
            </w:sdt>
            <w:r w:rsidR="00104AE4" w:rsidRPr="00E50110">
              <w:rPr>
                <w:sz w:val="18"/>
                <w:lang w:val="es-ES"/>
              </w:rPr>
              <w:t xml:space="preserve"> La organización no labora dentro del sector: salud, seguridad, economía, imagen o gobierno.</w:t>
            </w:r>
          </w:p>
        </w:tc>
      </w:tr>
      <w:tr w:rsidR="00104AE4" w:rsidRPr="00E50110" w14:paraId="2CD9B781" w14:textId="77777777" w:rsidTr="00104AE4">
        <w:trPr>
          <w:cantSplit/>
          <w:jc w:val="center"/>
        </w:trPr>
        <w:tc>
          <w:tcPr>
            <w:tcW w:w="1955" w:type="dxa"/>
            <w:vMerge/>
            <w:tcBorders>
              <w:left w:val="single" w:sz="5" w:space="0" w:color="AFC3D6"/>
              <w:right w:val="single" w:sz="5" w:space="0" w:color="AFC3D6"/>
            </w:tcBorders>
            <w:shd w:val="clear" w:color="auto" w:fill="DDEAF7"/>
            <w:tcMar>
              <w:top w:w="35" w:type="dxa"/>
              <w:left w:w="25" w:type="dxa"/>
              <w:bottom w:w="35" w:type="dxa"/>
              <w:right w:w="25" w:type="dxa"/>
            </w:tcMar>
            <w:vAlign w:val="center"/>
          </w:tcPr>
          <w:p w14:paraId="087BFA8C" w14:textId="2A407D98" w:rsidR="00104AE4" w:rsidRPr="00E50110" w:rsidRDefault="00104AE4" w:rsidP="009F5A34">
            <w:pPr>
              <w:spacing w:after="0" w:line="240" w:lineRule="auto"/>
              <w:jc w:val="center"/>
              <w:rPr>
                <w:lang w:val="es-ES"/>
              </w:rPr>
            </w:pPr>
          </w:p>
        </w:tc>
        <w:tc>
          <w:tcPr>
            <w:tcW w:w="8545" w:type="dxa"/>
            <w:tcBorders>
              <w:top w:val="single" w:sz="5" w:space="0" w:color="AFC3D6"/>
              <w:left w:val="single" w:sz="5" w:space="0" w:color="AFC3D6"/>
              <w:bottom w:val="single" w:sz="5" w:space="0" w:color="AFC3D6"/>
              <w:right w:val="single" w:sz="5" w:space="0" w:color="AFC3D6"/>
            </w:tcBorders>
            <w:shd w:val="clear" w:color="auto" w:fill="FFFFFF"/>
            <w:tcMar>
              <w:top w:w="38" w:type="dxa"/>
              <w:left w:w="70" w:type="dxa"/>
              <w:bottom w:w="38" w:type="dxa"/>
              <w:right w:w="50" w:type="dxa"/>
            </w:tcMar>
            <w:vAlign w:val="center"/>
          </w:tcPr>
          <w:p w14:paraId="17477ED7" w14:textId="77777777" w:rsidR="00104AE4" w:rsidRPr="00E50110" w:rsidRDefault="00000000">
            <w:pPr>
              <w:spacing w:after="0" w:line="240" w:lineRule="auto"/>
              <w:rPr>
                <w:lang w:val="es-ES"/>
              </w:rPr>
            </w:pPr>
            <w:sdt>
              <w:sdtPr>
                <w:rPr>
                  <w:lang w:val="es-ES"/>
                </w:rPr>
                <w:alias w:val="sector_2"/>
                <w:tag w:val="sector_2"/>
                <w:id w:val="2139461414"/>
                <w14:checkbox>
                  <w14:checked w14:val="0"/>
                  <w14:checkedState w14:val="2612" w14:font="MS Gothic"/>
                  <w14:uncheckedState w14:val="2610" w14:font="MS Gothic"/>
                </w14:checkbox>
              </w:sdtPr>
              <w:sdtContent>
                <w:r w:rsidR="00104AE4" w:rsidRPr="00E50110">
                  <w:rPr>
                    <w:color w:val="003B5C"/>
                    <w:sz w:val="18"/>
                    <w:lang w:val="es-ES"/>
                  </w:rPr>
                  <w:t>☐</w:t>
                </w:r>
              </w:sdtContent>
            </w:sdt>
            <w:r w:rsidR="00104AE4" w:rsidRPr="00E50110">
              <w:rPr>
                <w:sz w:val="18"/>
                <w:lang w:val="es-ES"/>
              </w:rPr>
              <w:t xml:space="preserve"> La organización tiene clientes dentro del sector: salud, seguridad, economía, imagen o gobierno.</w:t>
            </w:r>
          </w:p>
        </w:tc>
      </w:tr>
      <w:tr w:rsidR="00104AE4" w:rsidRPr="00E50110" w14:paraId="2785DB88" w14:textId="77777777" w:rsidTr="00104AE4">
        <w:trPr>
          <w:cantSplit/>
          <w:jc w:val="center"/>
        </w:trPr>
        <w:tc>
          <w:tcPr>
            <w:tcW w:w="1955" w:type="dxa"/>
            <w:vMerge/>
            <w:tcBorders>
              <w:left w:val="single" w:sz="5" w:space="0" w:color="AFC3D6"/>
              <w:right w:val="single" w:sz="5" w:space="0" w:color="AFC3D6"/>
            </w:tcBorders>
            <w:shd w:val="clear" w:color="auto" w:fill="DDEAF7"/>
            <w:tcMar>
              <w:top w:w="35" w:type="dxa"/>
              <w:left w:w="25" w:type="dxa"/>
              <w:bottom w:w="35" w:type="dxa"/>
              <w:right w:w="25" w:type="dxa"/>
            </w:tcMar>
            <w:vAlign w:val="center"/>
          </w:tcPr>
          <w:p w14:paraId="37618896" w14:textId="5EB03AD4" w:rsidR="00104AE4" w:rsidRPr="00E50110" w:rsidRDefault="00104AE4" w:rsidP="009F5A34">
            <w:pPr>
              <w:spacing w:after="0" w:line="240" w:lineRule="auto"/>
              <w:jc w:val="center"/>
              <w:rPr>
                <w:lang w:val="es-ES"/>
              </w:rPr>
            </w:pPr>
          </w:p>
        </w:tc>
        <w:tc>
          <w:tcPr>
            <w:tcW w:w="8545" w:type="dxa"/>
            <w:tcBorders>
              <w:top w:val="single" w:sz="5" w:space="0" w:color="AFC3D6"/>
              <w:left w:val="single" w:sz="5" w:space="0" w:color="AFC3D6"/>
              <w:bottom w:val="single" w:sz="5" w:space="0" w:color="AFC3D6"/>
              <w:right w:val="single" w:sz="5" w:space="0" w:color="AFC3D6"/>
            </w:tcBorders>
            <w:shd w:val="clear" w:color="auto" w:fill="EAF1F8"/>
            <w:tcMar>
              <w:top w:w="38" w:type="dxa"/>
              <w:left w:w="70" w:type="dxa"/>
              <w:bottom w:w="38" w:type="dxa"/>
              <w:right w:w="50" w:type="dxa"/>
            </w:tcMar>
            <w:vAlign w:val="center"/>
          </w:tcPr>
          <w:p w14:paraId="33C1A93A" w14:textId="77777777" w:rsidR="00104AE4" w:rsidRPr="00E50110" w:rsidRDefault="00000000">
            <w:pPr>
              <w:spacing w:after="0" w:line="240" w:lineRule="auto"/>
              <w:rPr>
                <w:lang w:val="es-ES"/>
              </w:rPr>
            </w:pPr>
            <w:sdt>
              <w:sdtPr>
                <w:rPr>
                  <w:lang w:val="es-ES"/>
                </w:rPr>
                <w:alias w:val="sector_3"/>
                <w:tag w:val="sector_3"/>
                <w:id w:val="205313176"/>
                <w14:checkbox>
                  <w14:checked w14:val="0"/>
                  <w14:checkedState w14:val="2612" w14:font="MS Gothic"/>
                  <w14:uncheckedState w14:val="2610" w14:font="MS Gothic"/>
                </w14:checkbox>
              </w:sdtPr>
              <w:sdtContent>
                <w:r w:rsidR="00104AE4" w:rsidRPr="00E50110">
                  <w:rPr>
                    <w:color w:val="003B5C"/>
                    <w:sz w:val="18"/>
                    <w:lang w:val="es-ES"/>
                  </w:rPr>
                  <w:t>☐</w:t>
                </w:r>
              </w:sdtContent>
            </w:sdt>
            <w:r w:rsidR="00104AE4" w:rsidRPr="00E50110">
              <w:rPr>
                <w:sz w:val="18"/>
                <w:lang w:val="es-ES"/>
              </w:rPr>
              <w:t xml:space="preserve"> La organización labora dentro de cualquiera de los sectores: salud, seguridad, economía, imagen o gobierno.</w:t>
            </w:r>
          </w:p>
        </w:tc>
      </w:tr>
      <w:tr w:rsidR="00104AE4" w:rsidRPr="00E50110" w14:paraId="672EBBFF" w14:textId="77777777" w:rsidTr="00104AE4">
        <w:trPr>
          <w:cantSplit/>
          <w:jc w:val="center"/>
        </w:trPr>
        <w:tc>
          <w:tcPr>
            <w:tcW w:w="1955" w:type="dxa"/>
            <w:vMerge/>
            <w:tcBorders>
              <w:left w:val="single" w:sz="5" w:space="0" w:color="AFC3D6"/>
              <w:right w:val="single" w:sz="5" w:space="0" w:color="AFC3D6"/>
            </w:tcBorders>
            <w:shd w:val="clear" w:color="auto" w:fill="DDEAF7"/>
            <w:tcMar>
              <w:top w:w="35" w:type="dxa"/>
              <w:left w:w="25" w:type="dxa"/>
              <w:bottom w:w="35" w:type="dxa"/>
              <w:right w:w="25" w:type="dxa"/>
            </w:tcMar>
            <w:vAlign w:val="center"/>
          </w:tcPr>
          <w:p w14:paraId="5543B27E" w14:textId="6559E7DE" w:rsidR="00104AE4" w:rsidRPr="00E50110" w:rsidRDefault="00104AE4" w:rsidP="009F5A34">
            <w:pPr>
              <w:spacing w:after="0" w:line="240" w:lineRule="auto"/>
              <w:jc w:val="center"/>
              <w:rPr>
                <w:lang w:val="es-ES"/>
              </w:rPr>
            </w:pPr>
          </w:p>
        </w:tc>
        <w:tc>
          <w:tcPr>
            <w:tcW w:w="8545" w:type="dxa"/>
            <w:tcBorders>
              <w:top w:val="single" w:sz="5" w:space="0" w:color="AFC3D6"/>
              <w:left w:val="single" w:sz="5" w:space="0" w:color="AFC3D6"/>
              <w:bottom w:val="single" w:sz="5" w:space="0" w:color="AFC3D6"/>
              <w:right w:val="single" w:sz="5" w:space="0" w:color="AFC3D6"/>
            </w:tcBorders>
            <w:shd w:val="clear" w:color="auto" w:fill="FFFFFF"/>
            <w:tcMar>
              <w:top w:w="38" w:type="dxa"/>
              <w:left w:w="70" w:type="dxa"/>
              <w:bottom w:w="38" w:type="dxa"/>
              <w:right w:w="50" w:type="dxa"/>
            </w:tcMar>
            <w:vAlign w:val="center"/>
          </w:tcPr>
          <w:p w14:paraId="21236D8F" w14:textId="77777777" w:rsidR="00104AE4" w:rsidRPr="00E50110" w:rsidRDefault="00000000">
            <w:pPr>
              <w:spacing w:after="0" w:line="240" w:lineRule="auto"/>
              <w:rPr>
                <w:lang w:val="es-ES"/>
              </w:rPr>
            </w:pPr>
            <w:sdt>
              <w:sdtPr>
                <w:rPr>
                  <w:lang w:val="es-ES"/>
                </w:rPr>
                <w:alias w:val="sector_4"/>
                <w:tag w:val="sector_4"/>
                <w:id w:val="408209064"/>
                <w14:checkbox>
                  <w14:checked w14:val="0"/>
                  <w14:checkedState w14:val="2612" w14:font="MS Gothic"/>
                  <w14:uncheckedState w14:val="2610" w14:font="MS Gothic"/>
                </w14:checkbox>
              </w:sdtPr>
              <w:sdtContent>
                <w:r w:rsidR="00104AE4" w:rsidRPr="00E50110">
                  <w:rPr>
                    <w:color w:val="003B5C"/>
                    <w:sz w:val="18"/>
                    <w:lang w:val="es-ES"/>
                  </w:rPr>
                  <w:t>☐</w:t>
                </w:r>
              </w:sdtContent>
            </w:sdt>
            <w:r w:rsidR="00104AE4" w:rsidRPr="00E50110">
              <w:rPr>
                <w:sz w:val="18"/>
                <w:lang w:val="es-ES"/>
              </w:rPr>
              <w:t xml:space="preserve"> La organización está sujeta a cumplir con requisitos legales o regulatorios propios del sector.</w:t>
            </w:r>
          </w:p>
        </w:tc>
      </w:tr>
      <w:tr w:rsidR="00104AE4" w:rsidRPr="00E50110" w14:paraId="64D59BFC" w14:textId="77777777" w:rsidTr="00104AE4">
        <w:trPr>
          <w:cantSplit/>
          <w:jc w:val="center"/>
        </w:trPr>
        <w:tc>
          <w:tcPr>
            <w:tcW w:w="1955" w:type="dxa"/>
            <w:vMerge/>
            <w:tcBorders>
              <w:left w:val="single" w:sz="5" w:space="0" w:color="AFC3D6"/>
              <w:bottom w:val="single" w:sz="5" w:space="0" w:color="AFC3D6"/>
              <w:right w:val="single" w:sz="5" w:space="0" w:color="AFC3D6"/>
            </w:tcBorders>
            <w:shd w:val="clear" w:color="auto" w:fill="DDEAF7"/>
            <w:tcMar>
              <w:top w:w="35" w:type="dxa"/>
              <w:left w:w="25" w:type="dxa"/>
              <w:bottom w:w="35" w:type="dxa"/>
              <w:right w:w="25" w:type="dxa"/>
            </w:tcMar>
            <w:vAlign w:val="center"/>
          </w:tcPr>
          <w:p w14:paraId="06EF168F" w14:textId="3D2D2701" w:rsidR="00104AE4" w:rsidRPr="00E50110" w:rsidRDefault="00104AE4">
            <w:pPr>
              <w:spacing w:after="0" w:line="240" w:lineRule="auto"/>
              <w:jc w:val="center"/>
              <w:rPr>
                <w:lang w:val="es-ES"/>
              </w:rPr>
            </w:pPr>
          </w:p>
        </w:tc>
        <w:tc>
          <w:tcPr>
            <w:tcW w:w="8545" w:type="dxa"/>
            <w:tcBorders>
              <w:top w:val="single" w:sz="5" w:space="0" w:color="AFC3D6"/>
              <w:left w:val="single" w:sz="5" w:space="0" w:color="AFC3D6"/>
              <w:bottom w:val="single" w:sz="5" w:space="0" w:color="AFC3D6"/>
              <w:right w:val="single" w:sz="5" w:space="0" w:color="AFC3D6"/>
            </w:tcBorders>
            <w:shd w:val="clear" w:color="auto" w:fill="EAF1F8"/>
            <w:tcMar>
              <w:top w:w="38" w:type="dxa"/>
              <w:left w:w="70" w:type="dxa"/>
              <w:bottom w:w="38" w:type="dxa"/>
              <w:right w:w="50" w:type="dxa"/>
            </w:tcMar>
            <w:vAlign w:val="center"/>
          </w:tcPr>
          <w:p w14:paraId="1D41152A" w14:textId="77777777" w:rsidR="00104AE4" w:rsidRPr="00E50110" w:rsidRDefault="00000000">
            <w:pPr>
              <w:spacing w:after="0" w:line="240" w:lineRule="auto"/>
              <w:rPr>
                <w:lang w:val="es-ES"/>
              </w:rPr>
            </w:pPr>
            <w:sdt>
              <w:sdtPr>
                <w:rPr>
                  <w:lang w:val="es-ES"/>
                </w:rPr>
                <w:alias w:val="sector_5"/>
                <w:tag w:val="sector_5"/>
                <w:id w:val="914303575"/>
                <w14:checkbox>
                  <w14:checked w14:val="0"/>
                  <w14:checkedState w14:val="2612" w14:font="MS Gothic"/>
                  <w14:uncheckedState w14:val="2610" w14:font="MS Gothic"/>
                </w14:checkbox>
              </w:sdtPr>
              <w:sdtContent>
                <w:r w:rsidR="00104AE4" w:rsidRPr="00E50110">
                  <w:rPr>
                    <w:color w:val="003B5C"/>
                    <w:sz w:val="18"/>
                    <w:lang w:val="es-ES"/>
                  </w:rPr>
                  <w:t>☐</w:t>
                </w:r>
              </w:sdtContent>
            </w:sdt>
            <w:r w:rsidR="00104AE4" w:rsidRPr="00E50110">
              <w:rPr>
                <w:sz w:val="18"/>
                <w:lang w:val="es-ES"/>
              </w:rPr>
              <w:t xml:space="preserve"> La organización no está sujeta a cumplir con requisitos legales o regulatorios propios del sector.</w:t>
            </w:r>
          </w:p>
        </w:tc>
      </w:tr>
      <w:tr w:rsidR="00104AE4" w:rsidRPr="00E50110" w14:paraId="06309036" w14:textId="77777777" w:rsidTr="00A60B27">
        <w:trPr>
          <w:cantSplit/>
          <w:jc w:val="center"/>
        </w:trPr>
        <w:tc>
          <w:tcPr>
            <w:tcW w:w="1955" w:type="dxa"/>
            <w:vMerge w:val="restart"/>
            <w:tcBorders>
              <w:top w:val="single" w:sz="5" w:space="0" w:color="AFC3D6"/>
              <w:left w:val="single" w:sz="5" w:space="0" w:color="AFC3D6"/>
              <w:right w:val="single" w:sz="5" w:space="0" w:color="AFC3D6"/>
            </w:tcBorders>
            <w:shd w:val="clear" w:color="auto" w:fill="DDEAF7"/>
            <w:tcMar>
              <w:top w:w="35" w:type="dxa"/>
              <w:left w:w="25" w:type="dxa"/>
              <w:bottom w:w="35" w:type="dxa"/>
              <w:right w:w="25" w:type="dxa"/>
            </w:tcMar>
            <w:vAlign w:val="center"/>
          </w:tcPr>
          <w:p w14:paraId="71CE076F" w14:textId="787717E9" w:rsidR="00104AE4" w:rsidRPr="00E50110" w:rsidRDefault="00104AE4" w:rsidP="00104AE4">
            <w:pPr>
              <w:spacing w:after="0" w:line="240" w:lineRule="auto"/>
              <w:jc w:val="center"/>
              <w:rPr>
                <w:lang w:val="es-ES"/>
              </w:rPr>
            </w:pPr>
            <w:r w:rsidRPr="00E50110">
              <w:rPr>
                <w:b/>
                <w:i/>
                <w:color w:val="003B5C"/>
                <w:sz w:val="17"/>
                <w:lang w:val="es-ES"/>
              </w:rPr>
              <w:t>Sobre sus procesos y tareas</w:t>
            </w:r>
          </w:p>
        </w:tc>
        <w:tc>
          <w:tcPr>
            <w:tcW w:w="8545" w:type="dxa"/>
            <w:tcBorders>
              <w:top w:val="single" w:sz="5" w:space="0" w:color="AFC3D6"/>
              <w:left w:val="single" w:sz="5" w:space="0" w:color="AFC3D6"/>
              <w:bottom w:val="single" w:sz="5" w:space="0" w:color="AFC3D6"/>
              <w:right w:val="single" w:sz="5" w:space="0" w:color="AFC3D6"/>
            </w:tcBorders>
            <w:shd w:val="clear" w:color="auto" w:fill="FFFFFF"/>
            <w:tcMar>
              <w:top w:w="38" w:type="dxa"/>
              <w:left w:w="70" w:type="dxa"/>
              <w:bottom w:w="38" w:type="dxa"/>
              <w:right w:w="50" w:type="dxa"/>
            </w:tcMar>
            <w:vAlign w:val="center"/>
          </w:tcPr>
          <w:p w14:paraId="080014F4" w14:textId="77777777" w:rsidR="00104AE4" w:rsidRPr="00E50110" w:rsidRDefault="00000000">
            <w:pPr>
              <w:spacing w:after="0" w:line="240" w:lineRule="auto"/>
              <w:rPr>
                <w:lang w:val="es-ES"/>
              </w:rPr>
            </w:pPr>
            <w:sdt>
              <w:sdtPr>
                <w:rPr>
                  <w:lang w:val="es-ES"/>
                </w:rPr>
                <w:alias w:val="sector_6"/>
                <w:tag w:val="sector_6"/>
                <w:id w:val="261282241"/>
                <w14:checkbox>
                  <w14:checked w14:val="0"/>
                  <w14:checkedState w14:val="2612" w14:font="MS Gothic"/>
                  <w14:uncheckedState w14:val="2610" w14:font="MS Gothic"/>
                </w14:checkbox>
              </w:sdtPr>
              <w:sdtContent>
                <w:r w:rsidR="00104AE4" w:rsidRPr="00E50110">
                  <w:rPr>
                    <w:color w:val="003B5C"/>
                    <w:sz w:val="18"/>
                    <w:lang w:val="es-ES"/>
                  </w:rPr>
                  <w:t>☐</w:t>
                </w:r>
              </w:sdtContent>
            </w:sdt>
            <w:r w:rsidR="00104AE4" w:rsidRPr="00E50110">
              <w:rPr>
                <w:sz w:val="18"/>
                <w:lang w:val="es-ES"/>
              </w:rPr>
              <w:t xml:space="preserve"> Sus procesos y tareas son simples y estandarizados.</w:t>
            </w:r>
          </w:p>
        </w:tc>
      </w:tr>
      <w:tr w:rsidR="00104AE4" w:rsidRPr="00E50110" w14:paraId="5C632A15" w14:textId="77777777" w:rsidTr="00A60B27">
        <w:trPr>
          <w:cantSplit/>
          <w:jc w:val="center"/>
        </w:trPr>
        <w:tc>
          <w:tcPr>
            <w:tcW w:w="1955" w:type="dxa"/>
            <w:vMerge/>
            <w:tcBorders>
              <w:left w:val="single" w:sz="5" w:space="0" w:color="AFC3D6"/>
              <w:right w:val="single" w:sz="5" w:space="0" w:color="AFC3D6"/>
            </w:tcBorders>
            <w:shd w:val="clear" w:color="auto" w:fill="DDEAF7"/>
            <w:tcMar>
              <w:top w:w="35" w:type="dxa"/>
              <w:left w:w="25" w:type="dxa"/>
              <w:bottom w:w="35" w:type="dxa"/>
              <w:right w:w="25" w:type="dxa"/>
            </w:tcMar>
            <w:vAlign w:val="center"/>
          </w:tcPr>
          <w:p w14:paraId="10192A9B" w14:textId="622C6024" w:rsidR="00104AE4" w:rsidRPr="00E50110" w:rsidRDefault="00104AE4" w:rsidP="00A60B27">
            <w:pPr>
              <w:spacing w:after="0" w:line="240" w:lineRule="auto"/>
              <w:jc w:val="center"/>
              <w:rPr>
                <w:lang w:val="es-ES"/>
              </w:rPr>
            </w:pPr>
          </w:p>
        </w:tc>
        <w:tc>
          <w:tcPr>
            <w:tcW w:w="8545" w:type="dxa"/>
            <w:tcBorders>
              <w:top w:val="single" w:sz="5" w:space="0" w:color="AFC3D6"/>
              <w:left w:val="single" w:sz="5" w:space="0" w:color="AFC3D6"/>
              <w:bottom w:val="single" w:sz="5" w:space="0" w:color="AFC3D6"/>
              <w:right w:val="single" w:sz="5" w:space="0" w:color="AFC3D6"/>
            </w:tcBorders>
            <w:shd w:val="clear" w:color="auto" w:fill="EAF1F8"/>
            <w:tcMar>
              <w:top w:w="38" w:type="dxa"/>
              <w:left w:w="70" w:type="dxa"/>
              <w:bottom w:w="38" w:type="dxa"/>
              <w:right w:w="50" w:type="dxa"/>
            </w:tcMar>
            <w:vAlign w:val="center"/>
          </w:tcPr>
          <w:p w14:paraId="30843E9F" w14:textId="77777777" w:rsidR="00104AE4" w:rsidRPr="00E50110" w:rsidRDefault="00000000">
            <w:pPr>
              <w:spacing w:after="0" w:line="240" w:lineRule="auto"/>
              <w:rPr>
                <w:lang w:val="es-ES"/>
              </w:rPr>
            </w:pPr>
            <w:sdt>
              <w:sdtPr>
                <w:rPr>
                  <w:lang w:val="es-ES"/>
                </w:rPr>
                <w:alias w:val="sector_7"/>
                <w:tag w:val="sector_7"/>
                <w:id w:val="1851431619"/>
                <w14:checkbox>
                  <w14:checked w14:val="0"/>
                  <w14:checkedState w14:val="2612" w14:font="MS Gothic"/>
                  <w14:uncheckedState w14:val="2610" w14:font="MS Gothic"/>
                </w14:checkbox>
              </w:sdtPr>
              <w:sdtContent>
                <w:r w:rsidR="00104AE4" w:rsidRPr="00E50110">
                  <w:rPr>
                    <w:color w:val="003B5C"/>
                    <w:sz w:val="18"/>
                    <w:lang w:val="es-ES"/>
                  </w:rPr>
                  <w:t>☐</w:t>
                </w:r>
              </w:sdtContent>
            </w:sdt>
            <w:r w:rsidR="00104AE4" w:rsidRPr="00E50110">
              <w:rPr>
                <w:sz w:val="18"/>
                <w:lang w:val="es-ES"/>
              </w:rPr>
              <w:t xml:space="preserve"> Sus procesos y tareas son complejos y requieren del conjunto de varias disciplinas.</w:t>
            </w:r>
          </w:p>
        </w:tc>
      </w:tr>
      <w:tr w:rsidR="00104AE4" w:rsidRPr="00E50110" w14:paraId="417FC3DB" w14:textId="77777777" w:rsidTr="00A60B27">
        <w:trPr>
          <w:cantSplit/>
          <w:jc w:val="center"/>
        </w:trPr>
        <w:tc>
          <w:tcPr>
            <w:tcW w:w="1955" w:type="dxa"/>
            <w:vMerge/>
            <w:tcBorders>
              <w:left w:val="single" w:sz="5" w:space="0" w:color="AFC3D6"/>
              <w:right w:val="single" w:sz="5" w:space="0" w:color="AFC3D6"/>
            </w:tcBorders>
            <w:shd w:val="clear" w:color="auto" w:fill="DDEAF7"/>
            <w:tcMar>
              <w:top w:w="35" w:type="dxa"/>
              <w:left w:w="25" w:type="dxa"/>
              <w:bottom w:w="35" w:type="dxa"/>
              <w:right w:w="25" w:type="dxa"/>
            </w:tcMar>
            <w:vAlign w:val="center"/>
          </w:tcPr>
          <w:p w14:paraId="63525D0A" w14:textId="05B4FC8A" w:rsidR="00104AE4" w:rsidRPr="00E50110" w:rsidRDefault="00104AE4" w:rsidP="00A60B27">
            <w:pPr>
              <w:spacing w:after="0" w:line="240" w:lineRule="auto"/>
              <w:jc w:val="center"/>
              <w:rPr>
                <w:lang w:val="es-ES"/>
              </w:rPr>
            </w:pPr>
          </w:p>
        </w:tc>
        <w:tc>
          <w:tcPr>
            <w:tcW w:w="8545" w:type="dxa"/>
            <w:tcBorders>
              <w:top w:val="single" w:sz="5" w:space="0" w:color="AFC3D6"/>
              <w:left w:val="single" w:sz="5" w:space="0" w:color="AFC3D6"/>
              <w:bottom w:val="single" w:sz="5" w:space="0" w:color="AFC3D6"/>
              <w:right w:val="single" w:sz="5" w:space="0" w:color="AFC3D6"/>
            </w:tcBorders>
            <w:shd w:val="clear" w:color="auto" w:fill="FFFFFF"/>
            <w:tcMar>
              <w:top w:w="38" w:type="dxa"/>
              <w:left w:w="70" w:type="dxa"/>
              <w:bottom w:w="38" w:type="dxa"/>
              <w:right w:w="50" w:type="dxa"/>
            </w:tcMar>
            <w:vAlign w:val="center"/>
          </w:tcPr>
          <w:p w14:paraId="69C83AAC" w14:textId="77777777" w:rsidR="00104AE4" w:rsidRPr="00E50110" w:rsidRDefault="00000000">
            <w:pPr>
              <w:spacing w:after="0" w:line="240" w:lineRule="auto"/>
              <w:rPr>
                <w:lang w:val="es-ES"/>
              </w:rPr>
            </w:pPr>
            <w:sdt>
              <w:sdtPr>
                <w:rPr>
                  <w:lang w:val="es-ES"/>
                </w:rPr>
                <w:alias w:val="sector_8"/>
                <w:tag w:val="sector_8"/>
                <w:id w:val="1126175252"/>
                <w14:checkbox>
                  <w14:checked w14:val="0"/>
                  <w14:checkedState w14:val="2612" w14:font="MS Gothic"/>
                  <w14:uncheckedState w14:val="2610" w14:font="MS Gothic"/>
                </w14:checkbox>
              </w:sdtPr>
              <w:sdtContent>
                <w:r w:rsidR="00104AE4" w:rsidRPr="00E50110">
                  <w:rPr>
                    <w:color w:val="003B5C"/>
                    <w:sz w:val="18"/>
                    <w:lang w:val="es-ES"/>
                  </w:rPr>
                  <w:t>☐</w:t>
                </w:r>
              </w:sdtContent>
            </w:sdt>
            <w:r w:rsidR="00104AE4" w:rsidRPr="00E50110">
              <w:rPr>
                <w:sz w:val="18"/>
                <w:lang w:val="es-ES"/>
              </w:rPr>
              <w:t xml:space="preserve"> El personal que labora dentro del alcance lleva a cabo las mismas tareas y son repetitivas.</w:t>
            </w:r>
          </w:p>
        </w:tc>
      </w:tr>
      <w:tr w:rsidR="00104AE4" w:rsidRPr="00E50110" w14:paraId="4326DEAB" w14:textId="77777777" w:rsidTr="00A60B27">
        <w:trPr>
          <w:cantSplit/>
          <w:jc w:val="center"/>
        </w:trPr>
        <w:tc>
          <w:tcPr>
            <w:tcW w:w="1955" w:type="dxa"/>
            <w:vMerge/>
            <w:tcBorders>
              <w:left w:val="single" w:sz="5" w:space="0" w:color="AFC3D6"/>
              <w:right w:val="single" w:sz="5" w:space="0" w:color="AFC3D6"/>
            </w:tcBorders>
            <w:shd w:val="clear" w:color="auto" w:fill="DDEAF7"/>
            <w:tcMar>
              <w:top w:w="35" w:type="dxa"/>
              <w:left w:w="25" w:type="dxa"/>
              <w:bottom w:w="35" w:type="dxa"/>
              <w:right w:w="25" w:type="dxa"/>
            </w:tcMar>
            <w:vAlign w:val="center"/>
          </w:tcPr>
          <w:p w14:paraId="5D898D8F" w14:textId="11F18E16" w:rsidR="00104AE4" w:rsidRPr="00E50110" w:rsidRDefault="00104AE4" w:rsidP="00A60B27">
            <w:pPr>
              <w:spacing w:after="0" w:line="240" w:lineRule="auto"/>
              <w:jc w:val="center"/>
              <w:rPr>
                <w:lang w:val="es-ES"/>
              </w:rPr>
            </w:pPr>
          </w:p>
        </w:tc>
        <w:tc>
          <w:tcPr>
            <w:tcW w:w="8545" w:type="dxa"/>
            <w:tcBorders>
              <w:top w:val="single" w:sz="5" w:space="0" w:color="AFC3D6"/>
              <w:left w:val="single" w:sz="5" w:space="0" w:color="AFC3D6"/>
              <w:bottom w:val="single" w:sz="5" w:space="0" w:color="AFC3D6"/>
              <w:right w:val="single" w:sz="5" w:space="0" w:color="AFC3D6"/>
            </w:tcBorders>
            <w:shd w:val="clear" w:color="auto" w:fill="EAF1F8"/>
            <w:tcMar>
              <w:top w:w="38" w:type="dxa"/>
              <w:left w:w="70" w:type="dxa"/>
              <w:bottom w:w="38" w:type="dxa"/>
              <w:right w:w="50" w:type="dxa"/>
            </w:tcMar>
            <w:vAlign w:val="center"/>
          </w:tcPr>
          <w:p w14:paraId="0108A176" w14:textId="77777777" w:rsidR="00104AE4" w:rsidRPr="00E50110" w:rsidRDefault="00000000">
            <w:pPr>
              <w:spacing w:after="0" w:line="240" w:lineRule="auto"/>
              <w:rPr>
                <w:lang w:val="es-ES"/>
              </w:rPr>
            </w:pPr>
            <w:sdt>
              <w:sdtPr>
                <w:rPr>
                  <w:lang w:val="es-ES"/>
                </w:rPr>
                <w:alias w:val="sector_9"/>
                <w:tag w:val="sector_9"/>
                <w:id w:val="1465691487"/>
                <w14:checkbox>
                  <w14:checked w14:val="0"/>
                  <w14:checkedState w14:val="2612" w14:font="MS Gothic"/>
                  <w14:uncheckedState w14:val="2610" w14:font="MS Gothic"/>
                </w14:checkbox>
              </w:sdtPr>
              <w:sdtContent>
                <w:r w:rsidR="00104AE4" w:rsidRPr="00E50110">
                  <w:rPr>
                    <w:color w:val="003B5C"/>
                    <w:sz w:val="18"/>
                    <w:lang w:val="es-ES"/>
                  </w:rPr>
                  <w:t>☐</w:t>
                </w:r>
              </w:sdtContent>
            </w:sdt>
            <w:r w:rsidR="00104AE4" w:rsidRPr="00E50110">
              <w:rPr>
                <w:sz w:val="18"/>
                <w:lang w:val="es-ES"/>
              </w:rPr>
              <w:t xml:space="preserve"> El personal que labora dentro del alcance realiza tareas diferentes y únicas.</w:t>
            </w:r>
          </w:p>
        </w:tc>
      </w:tr>
      <w:tr w:rsidR="00104AE4" w:rsidRPr="00E50110" w14:paraId="1DFD52B6" w14:textId="77777777" w:rsidTr="00A60B27">
        <w:trPr>
          <w:cantSplit/>
          <w:jc w:val="center"/>
        </w:trPr>
        <w:tc>
          <w:tcPr>
            <w:tcW w:w="1955" w:type="dxa"/>
            <w:vMerge/>
            <w:tcBorders>
              <w:left w:val="single" w:sz="5" w:space="0" w:color="AFC3D6"/>
              <w:right w:val="single" w:sz="5" w:space="0" w:color="AFC3D6"/>
            </w:tcBorders>
            <w:shd w:val="clear" w:color="auto" w:fill="DDEAF7"/>
            <w:tcMar>
              <w:top w:w="35" w:type="dxa"/>
              <w:left w:w="25" w:type="dxa"/>
              <w:bottom w:w="35" w:type="dxa"/>
              <w:right w:w="25" w:type="dxa"/>
            </w:tcMar>
            <w:vAlign w:val="center"/>
          </w:tcPr>
          <w:p w14:paraId="453925CE" w14:textId="453BE940" w:rsidR="00104AE4" w:rsidRPr="00E50110" w:rsidRDefault="00104AE4" w:rsidP="00A60B27">
            <w:pPr>
              <w:spacing w:after="0" w:line="240" w:lineRule="auto"/>
              <w:jc w:val="center"/>
              <w:rPr>
                <w:lang w:val="es-ES"/>
              </w:rPr>
            </w:pPr>
          </w:p>
        </w:tc>
        <w:tc>
          <w:tcPr>
            <w:tcW w:w="8545" w:type="dxa"/>
            <w:tcBorders>
              <w:top w:val="single" w:sz="5" w:space="0" w:color="AFC3D6"/>
              <w:left w:val="single" w:sz="5" w:space="0" w:color="AFC3D6"/>
              <w:bottom w:val="single" w:sz="5" w:space="0" w:color="AFC3D6"/>
              <w:right w:val="single" w:sz="5" w:space="0" w:color="AFC3D6"/>
            </w:tcBorders>
            <w:shd w:val="clear" w:color="auto" w:fill="FFFFFF"/>
            <w:tcMar>
              <w:top w:w="38" w:type="dxa"/>
              <w:left w:w="70" w:type="dxa"/>
              <w:bottom w:w="38" w:type="dxa"/>
              <w:right w:w="50" w:type="dxa"/>
            </w:tcMar>
            <w:vAlign w:val="center"/>
          </w:tcPr>
          <w:p w14:paraId="3C6C336B" w14:textId="77777777" w:rsidR="00104AE4" w:rsidRPr="00E50110" w:rsidRDefault="00000000">
            <w:pPr>
              <w:spacing w:after="0" w:line="240" w:lineRule="auto"/>
              <w:rPr>
                <w:lang w:val="es-ES"/>
              </w:rPr>
            </w:pPr>
            <w:sdt>
              <w:sdtPr>
                <w:rPr>
                  <w:lang w:val="es-ES"/>
                </w:rPr>
                <w:alias w:val="sector_10"/>
                <w:tag w:val="sector_10"/>
                <w:id w:val="549943003"/>
                <w14:checkbox>
                  <w14:checked w14:val="0"/>
                  <w14:checkedState w14:val="2612" w14:font="MS Gothic"/>
                  <w14:uncheckedState w14:val="2610" w14:font="MS Gothic"/>
                </w14:checkbox>
              </w:sdtPr>
              <w:sdtContent>
                <w:r w:rsidR="00104AE4" w:rsidRPr="00E50110">
                  <w:rPr>
                    <w:color w:val="003B5C"/>
                    <w:sz w:val="18"/>
                    <w:lang w:val="es-ES"/>
                  </w:rPr>
                  <w:t>☐</w:t>
                </w:r>
              </w:sdtContent>
            </w:sdt>
            <w:r w:rsidR="00104AE4" w:rsidRPr="00E50110">
              <w:rPr>
                <w:sz w:val="18"/>
                <w:lang w:val="es-ES"/>
              </w:rPr>
              <w:t xml:space="preserve"> La organización ofrece menos de 5 productos y/o servicios.</w:t>
            </w:r>
          </w:p>
        </w:tc>
      </w:tr>
      <w:tr w:rsidR="00104AE4" w:rsidRPr="00E50110" w14:paraId="1B344DE8" w14:textId="77777777" w:rsidTr="00A60B27">
        <w:trPr>
          <w:cantSplit/>
          <w:jc w:val="center"/>
        </w:trPr>
        <w:tc>
          <w:tcPr>
            <w:tcW w:w="1955" w:type="dxa"/>
            <w:vMerge/>
            <w:tcBorders>
              <w:left w:val="single" w:sz="5" w:space="0" w:color="AFC3D6"/>
              <w:bottom w:val="single" w:sz="5" w:space="0" w:color="AFC3D6"/>
              <w:right w:val="single" w:sz="5" w:space="0" w:color="AFC3D6"/>
            </w:tcBorders>
            <w:shd w:val="clear" w:color="auto" w:fill="DDEAF7"/>
            <w:tcMar>
              <w:top w:w="35" w:type="dxa"/>
              <w:left w:w="25" w:type="dxa"/>
              <w:bottom w:w="35" w:type="dxa"/>
              <w:right w:w="25" w:type="dxa"/>
            </w:tcMar>
            <w:vAlign w:val="center"/>
          </w:tcPr>
          <w:p w14:paraId="1A5AC47F" w14:textId="54ECCB65" w:rsidR="00104AE4" w:rsidRPr="00E50110" w:rsidRDefault="00104AE4">
            <w:pPr>
              <w:spacing w:after="0" w:line="240" w:lineRule="auto"/>
              <w:jc w:val="center"/>
              <w:rPr>
                <w:lang w:val="es-ES"/>
              </w:rPr>
            </w:pPr>
          </w:p>
        </w:tc>
        <w:tc>
          <w:tcPr>
            <w:tcW w:w="8545" w:type="dxa"/>
            <w:tcBorders>
              <w:top w:val="single" w:sz="5" w:space="0" w:color="AFC3D6"/>
              <w:left w:val="single" w:sz="5" w:space="0" w:color="AFC3D6"/>
              <w:bottom w:val="single" w:sz="5" w:space="0" w:color="AFC3D6"/>
              <w:right w:val="single" w:sz="5" w:space="0" w:color="AFC3D6"/>
            </w:tcBorders>
            <w:shd w:val="clear" w:color="auto" w:fill="EAF1F8"/>
            <w:tcMar>
              <w:top w:w="38" w:type="dxa"/>
              <w:left w:w="70" w:type="dxa"/>
              <w:bottom w:w="38" w:type="dxa"/>
              <w:right w:w="50" w:type="dxa"/>
            </w:tcMar>
            <w:vAlign w:val="center"/>
          </w:tcPr>
          <w:p w14:paraId="2730EE57" w14:textId="77777777" w:rsidR="00104AE4" w:rsidRPr="00E50110" w:rsidRDefault="00000000">
            <w:pPr>
              <w:spacing w:after="0" w:line="240" w:lineRule="auto"/>
              <w:rPr>
                <w:lang w:val="es-ES"/>
              </w:rPr>
            </w:pPr>
            <w:sdt>
              <w:sdtPr>
                <w:rPr>
                  <w:lang w:val="es-ES"/>
                </w:rPr>
                <w:alias w:val="sector_11"/>
                <w:tag w:val="sector_11"/>
                <w:id w:val="1979076200"/>
                <w14:checkbox>
                  <w14:checked w14:val="0"/>
                  <w14:checkedState w14:val="2612" w14:font="MS Gothic"/>
                  <w14:uncheckedState w14:val="2610" w14:font="MS Gothic"/>
                </w14:checkbox>
              </w:sdtPr>
              <w:sdtContent>
                <w:r w:rsidR="00104AE4" w:rsidRPr="00E50110">
                  <w:rPr>
                    <w:color w:val="003B5C"/>
                    <w:sz w:val="18"/>
                    <w:lang w:val="es-ES"/>
                  </w:rPr>
                  <w:t>☐</w:t>
                </w:r>
              </w:sdtContent>
            </w:sdt>
            <w:r w:rsidR="00104AE4" w:rsidRPr="00E50110">
              <w:rPr>
                <w:sz w:val="18"/>
                <w:lang w:val="es-ES"/>
              </w:rPr>
              <w:t xml:space="preserve"> La organización ofrece más de 5 productos y/o servicios.</w:t>
            </w:r>
          </w:p>
        </w:tc>
      </w:tr>
      <w:tr w:rsidR="00104AE4" w:rsidRPr="00E50110" w14:paraId="5921CB99" w14:textId="77777777" w:rsidTr="00292983">
        <w:trPr>
          <w:cantSplit/>
          <w:jc w:val="center"/>
        </w:trPr>
        <w:tc>
          <w:tcPr>
            <w:tcW w:w="1955" w:type="dxa"/>
            <w:vMerge w:val="restart"/>
            <w:tcBorders>
              <w:top w:val="single" w:sz="5" w:space="0" w:color="AFC3D6"/>
              <w:left w:val="single" w:sz="5" w:space="0" w:color="AFC3D6"/>
              <w:right w:val="single" w:sz="5" w:space="0" w:color="AFC3D6"/>
            </w:tcBorders>
            <w:shd w:val="clear" w:color="auto" w:fill="DDEAF7"/>
            <w:tcMar>
              <w:top w:w="35" w:type="dxa"/>
              <w:left w:w="25" w:type="dxa"/>
              <w:bottom w:w="35" w:type="dxa"/>
              <w:right w:w="25" w:type="dxa"/>
            </w:tcMar>
            <w:vAlign w:val="center"/>
          </w:tcPr>
          <w:p w14:paraId="409D9001" w14:textId="10E8C122" w:rsidR="00104AE4" w:rsidRPr="00E50110" w:rsidRDefault="00104AE4" w:rsidP="00104AE4">
            <w:pPr>
              <w:spacing w:after="0" w:line="240" w:lineRule="auto"/>
              <w:jc w:val="center"/>
              <w:rPr>
                <w:lang w:val="es-ES"/>
              </w:rPr>
            </w:pPr>
            <w:r w:rsidRPr="00E50110">
              <w:rPr>
                <w:b/>
                <w:i/>
                <w:color w:val="003B5C"/>
                <w:sz w:val="17"/>
                <w:lang w:val="es-ES"/>
              </w:rPr>
              <w:t>Infraestructura de TI</w:t>
            </w:r>
          </w:p>
        </w:tc>
        <w:tc>
          <w:tcPr>
            <w:tcW w:w="8545" w:type="dxa"/>
            <w:tcBorders>
              <w:top w:val="single" w:sz="5" w:space="0" w:color="AFC3D6"/>
              <w:left w:val="single" w:sz="5" w:space="0" w:color="AFC3D6"/>
              <w:bottom w:val="single" w:sz="5" w:space="0" w:color="AFC3D6"/>
              <w:right w:val="single" w:sz="5" w:space="0" w:color="AFC3D6"/>
            </w:tcBorders>
            <w:shd w:val="clear" w:color="auto" w:fill="FFFFFF"/>
            <w:tcMar>
              <w:top w:w="38" w:type="dxa"/>
              <w:left w:w="70" w:type="dxa"/>
              <w:bottom w:w="38" w:type="dxa"/>
              <w:right w:w="50" w:type="dxa"/>
            </w:tcMar>
            <w:vAlign w:val="center"/>
          </w:tcPr>
          <w:p w14:paraId="77AA3E37" w14:textId="77777777" w:rsidR="00104AE4" w:rsidRPr="00E50110" w:rsidRDefault="00000000">
            <w:pPr>
              <w:spacing w:after="0" w:line="240" w:lineRule="auto"/>
              <w:rPr>
                <w:lang w:val="es-ES"/>
              </w:rPr>
            </w:pPr>
            <w:sdt>
              <w:sdtPr>
                <w:rPr>
                  <w:lang w:val="es-ES"/>
                </w:rPr>
                <w:alias w:val="sector_12"/>
                <w:tag w:val="sector_12"/>
                <w:id w:val="14175615"/>
                <w14:checkbox>
                  <w14:checked w14:val="0"/>
                  <w14:checkedState w14:val="2612" w14:font="MS Gothic"/>
                  <w14:uncheckedState w14:val="2610" w14:font="MS Gothic"/>
                </w14:checkbox>
              </w:sdtPr>
              <w:sdtContent>
                <w:r w:rsidR="00104AE4" w:rsidRPr="00E50110">
                  <w:rPr>
                    <w:color w:val="003B5C"/>
                    <w:sz w:val="18"/>
                    <w:lang w:val="es-ES"/>
                  </w:rPr>
                  <w:t>☐</w:t>
                </w:r>
              </w:sdtContent>
            </w:sdt>
            <w:r w:rsidR="00104AE4" w:rsidRPr="00E50110">
              <w:rPr>
                <w:sz w:val="18"/>
                <w:lang w:val="es-ES"/>
              </w:rPr>
              <w:t xml:space="preserve"> La organización utiliza de 1-5 plataformas TI, servidores, sistemas operativos, bases de datos, redes, etc.</w:t>
            </w:r>
          </w:p>
        </w:tc>
      </w:tr>
      <w:tr w:rsidR="00104AE4" w:rsidRPr="00E50110" w14:paraId="7EE7A05F" w14:textId="77777777" w:rsidTr="00292983">
        <w:trPr>
          <w:cantSplit/>
          <w:jc w:val="center"/>
        </w:trPr>
        <w:tc>
          <w:tcPr>
            <w:tcW w:w="1955" w:type="dxa"/>
            <w:vMerge/>
            <w:tcBorders>
              <w:left w:val="single" w:sz="5" w:space="0" w:color="AFC3D6"/>
              <w:right w:val="single" w:sz="5" w:space="0" w:color="AFC3D6"/>
            </w:tcBorders>
            <w:shd w:val="clear" w:color="auto" w:fill="DDEAF7"/>
            <w:tcMar>
              <w:top w:w="35" w:type="dxa"/>
              <w:left w:w="25" w:type="dxa"/>
              <w:bottom w:w="35" w:type="dxa"/>
              <w:right w:w="25" w:type="dxa"/>
            </w:tcMar>
            <w:vAlign w:val="center"/>
          </w:tcPr>
          <w:p w14:paraId="008CA419" w14:textId="23782E86" w:rsidR="00104AE4" w:rsidRPr="00E50110" w:rsidRDefault="00104AE4" w:rsidP="00292983">
            <w:pPr>
              <w:spacing w:after="0" w:line="240" w:lineRule="auto"/>
              <w:jc w:val="center"/>
              <w:rPr>
                <w:lang w:val="es-ES"/>
              </w:rPr>
            </w:pPr>
          </w:p>
        </w:tc>
        <w:tc>
          <w:tcPr>
            <w:tcW w:w="8545" w:type="dxa"/>
            <w:tcBorders>
              <w:top w:val="single" w:sz="5" w:space="0" w:color="AFC3D6"/>
              <w:left w:val="single" w:sz="5" w:space="0" w:color="AFC3D6"/>
              <w:bottom w:val="single" w:sz="5" w:space="0" w:color="AFC3D6"/>
              <w:right w:val="single" w:sz="5" w:space="0" w:color="AFC3D6"/>
            </w:tcBorders>
            <w:shd w:val="clear" w:color="auto" w:fill="EAF1F8"/>
            <w:tcMar>
              <w:top w:w="38" w:type="dxa"/>
              <w:left w:w="70" w:type="dxa"/>
              <w:bottom w:w="38" w:type="dxa"/>
              <w:right w:w="50" w:type="dxa"/>
            </w:tcMar>
            <w:vAlign w:val="center"/>
          </w:tcPr>
          <w:p w14:paraId="2E7FFBB2" w14:textId="77777777" w:rsidR="00104AE4" w:rsidRPr="00E50110" w:rsidRDefault="00000000">
            <w:pPr>
              <w:spacing w:after="0" w:line="240" w:lineRule="auto"/>
              <w:rPr>
                <w:lang w:val="es-ES"/>
              </w:rPr>
            </w:pPr>
            <w:sdt>
              <w:sdtPr>
                <w:rPr>
                  <w:lang w:val="es-ES"/>
                </w:rPr>
                <w:alias w:val="sector_13"/>
                <w:tag w:val="sector_13"/>
                <w:id w:val="1813253007"/>
                <w14:checkbox>
                  <w14:checked w14:val="0"/>
                  <w14:checkedState w14:val="2612" w14:font="MS Gothic"/>
                  <w14:uncheckedState w14:val="2610" w14:font="MS Gothic"/>
                </w14:checkbox>
              </w:sdtPr>
              <w:sdtContent>
                <w:r w:rsidR="00104AE4" w:rsidRPr="00E50110">
                  <w:rPr>
                    <w:color w:val="003B5C"/>
                    <w:sz w:val="18"/>
                    <w:lang w:val="es-ES"/>
                  </w:rPr>
                  <w:t>☐</w:t>
                </w:r>
              </w:sdtContent>
            </w:sdt>
            <w:r w:rsidR="00104AE4" w:rsidRPr="00E50110">
              <w:rPr>
                <w:sz w:val="18"/>
                <w:lang w:val="es-ES"/>
              </w:rPr>
              <w:t xml:space="preserve"> La organización utiliza de 6-10 plataformas TI, servidores, sistemas operativos, bases de datos, redes, etc.</w:t>
            </w:r>
          </w:p>
        </w:tc>
      </w:tr>
      <w:tr w:rsidR="00104AE4" w:rsidRPr="00E50110" w14:paraId="78FD2417" w14:textId="77777777" w:rsidTr="00292983">
        <w:trPr>
          <w:cantSplit/>
          <w:jc w:val="center"/>
        </w:trPr>
        <w:tc>
          <w:tcPr>
            <w:tcW w:w="1955" w:type="dxa"/>
            <w:vMerge/>
            <w:tcBorders>
              <w:left w:val="single" w:sz="5" w:space="0" w:color="AFC3D6"/>
              <w:bottom w:val="single" w:sz="5" w:space="0" w:color="AFC3D6"/>
              <w:right w:val="single" w:sz="5" w:space="0" w:color="AFC3D6"/>
            </w:tcBorders>
            <w:shd w:val="clear" w:color="auto" w:fill="DDEAF7"/>
            <w:tcMar>
              <w:top w:w="35" w:type="dxa"/>
              <w:left w:w="25" w:type="dxa"/>
              <w:bottom w:w="35" w:type="dxa"/>
              <w:right w:w="25" w:type="dxa"/>
            </w:tcMar>
            <w:vAlign w:val="center"/>
          </w:tcPr>
          <w:p w14:paraId="17005782" w14:textId="696B5C56" w:rsidR="00104AE4" w:rsidRPr="00E50110" w:rsidRDefault="00104AE4">
            <w:pPr>
              <w:spacing w:after="0" w:line="240" w:lineRule="auto"/>
              <w:jc w:val="center"/>
              <w:rPr>
                <w:lang w:val="es-ES"/>
              </w:rPr>
            </w:pPr>
          </w:p>
        </w:tc>
        <w:tc>
          <w:tcPr>
            <w:tcW w:w="8545" w:type="dxa"/>
            <w:tcBorders>
              <w:top w:val="single" w:sz="5" w:space="0" w:color="AFC3D6"/>
              <w:left w:val="single" w:sz="5" w:space="0" w:color="AFC3D6"/>
              <w:bottom w:val="single" w:sz="5" w:space="0" w:color="AFC3D6"/>
              <w:right w:val="single" w:sz="5" w:space="0" w:color="AFC3D6"/>
            </w:tcBorders>
            <w:shd w:val="clear" w:color="auto" w:fill="FFFFFF"/>
            <w:tcMar>
              <w:top w:w="38" w:type="dxa"/>
              <w:left w:w="70" w:type="dxa"/>
              <w:bottom w:w="38" w:type="dxa"/>
              <w:right w:w="50" w:type="dxa"/>
            </w:tcMar>
            <w:vAlign w:val="center"/>
          </w:tcPr>
          <w:p w14:paraId="0329E32F" w14:textId="77777777" w:rsidR="00104AE4" w:rsidRPr="00E50110" w:rsidRDefault="00000000">
            <w:pPr>
              <w:spacing w:after="0" w:line="240" w:lineRule="auto"/>
              <w:rPr>
                <w:lang w:val="es-ES"/>
              </w:rPr>
            </w:pPr>
            <w:sdt>
              <w:sdtPr>
                <w:rPr>
                  <w:lang w:val="es-ES"/>
                </w:rPr>
                <w:alias w:val="sector_14"/>
                <w:tag w:val="sector_14"/>
                <w:id w:val="873957176"/>
                <w14:checkbox>
                  <w14:checked w14:val="0"/>
                  <w14:checkedState w14:val="2612" w14:font="MS Gothic"/>
                  <w14:uncheckedState w14:val="2610" w14:font="MS Gothic"/>
                </w14:checkbox>
              </w:sdtPr>
              <w:sdtContent>
                <w:r w:rsidR="00104AE4" w:rsidRPr="00E50110">
                  <w:rPr>
                    <w:color w:val="003B5C"/>
                    <w:sz w:val="18"/>
                    <w:lang w:val="es-ES"/>
                  </w:rPr>
                  <w:t>☐</w:t>
                </w:r>
              </w:sdtContent>
            </w:sdt>
            <w:r w:rsidR="00104AE4" w:rsidRPr="00E50110">
              <w:rPr>
                <w:sz w:val="18"/>
                <w:lang w:val="es-ES"/>
              </w:rPr>
              <w:t xml:space="preserve"> La organización utiliza más de 10 plataformas TI, servidores, sistemas operativos, bases de datos, redes, etc.</w:t>
            </w:r>
          </w:p>
        </w:tc>
      </w:tr>
    </w:tbl>
    <w:p w14:paraId="23A74A56" w14:textId="77777777" w:rsidR="00104AE4" w:rsidRPr="00E50110" w:rsidRDefault="00104AE4">
      <w:pPr>
        <w:spacing w:before="100" w:after="20" w:line="252" w:lineRule="auto"/>
        <w:rPr>
          <w:lang w:val="es-ES"/>
        </w:rPr>
      </w:pPr>
    </w:p>
    <w:p w14:paraId="225E7208" w14:textId="78A66CC2" w:rsidR="0019057E" w:rsidRPr="00E50110" w:rsidRDefault="00000000">
      <w:pPr>
        <w:spacing w:before="100" w:after="20" w:line="252" w:lineRule="auto"/>
        <w:rPr>
          <w:lang w:val="es-ES"/>
        </w:rPr>
      </w:pPr>
      <w:r w:rsidRPr="00E50110">
        <w:rPr>
          <w:lang w:val="es-ES"/>
        </w:rPr>
        <w:t>3.2.2. ¿Su Sistema de Gestión de Seguridad de la Información está correctamente establecido?</w:t>
      </w:r>
    </w:p>
    <w:p w14:paraId="1C496810" w14:textId="77777777" w:rsidR="0019057E" w:rsidRPr="00E50110" w:rsidRDefault="00000000">
      <w:pPr>
        <w:spacing w:after="40"/>
        <w:rPr>
          <w:lang w:val="es-ES"/>
        </w:rPr>
      </w:pPr>
      <w:sdt>
        <w:sdtPr>
          <w:rPr>
            <w:lang w:val="es-ES"/>
          </w:rPr>
          <w:alias w:val="sgsi_est_si"/>
          <w:tag w:val="sgsi_est_si"/>
          <w:id w:val="487842521"/>
          <w14:checkbox>
            <w14:checked w14:val="0"/>
            <w14:checkedState w14:val="2612" w14:font="MS Gothic"/>
            <w14:uncheckedState w14:val="2610" w14:font="MS Gothic"/>
          </w14:checkbox>
        </w:sdtPr>
        <w:sdtContent>
          <w:r w:rsidRPr="00E50110">
            <w:rPr>
              <w:color w:val="003B5C"/>
              <w:lang w:val="es-ES"/>
            </w:rPr>
            <w:t>☐</w:t>
          </w:r>
        </w:sdtContent>
      </w:sdt>
      <w:r w:rsidRPr="00E50110">
        <w:rPr>
          <w:color w:val="003B5C"/>
          <w:lang w:val="es-ES"/>
        </w:rPr>
        <w:t xml:space="preserve"> Sí</w:t>
      </w:r>
      <w:r w:rsidRPr="00E50110">
        <w:rPr>
          <w:lang w:val="es-ES"/>
        </w:rPr>
        <w:t xml:space="preserve">     </w:t>
      </w:r>
      <w:sdt>
        <w:sdtPr>
          <w:rPr>
            <w:lang w:val="es-ES"/>
          </w:rPr>
          <w:alias w:val="sgsi_est_no"/>
          <w:tag w:val="sgsi_est_no"/>
          <w:id w:val="1100556211"/>
          <w14:checkbox>
            <w14:checked w14:val="0"/>
            <w14:checkedState w14:val="2612" w14:font="MS Gothic"/>
            <w14:uncheckedState w14:val="2610" w14:font="MS Gothic"/>
          </w14:checkbox>
        </w:sdtPr>
        <w:sdtContent>
          <w:r w:rsidRPr="00E50110">
            <w:rPr>
              <w:color w:val="003B5C"/>
              <w:lang w:val="es-ES"/>
            </w:rPr>
            <w:t>☐</w:t>
          </w:r>
        </w:sdtContent>
      </w:sdt>
      <w:r w:rsidRPr="00E50110">
        <w:rPr>
          <w:color w:val="003B5C"/>
          <w:lang w:val="es-ES"/>
        </w:rPr>
        <w:t xml:space="preserve"> No</w:t>
      </w:r>
      <w:r w:rsidRPr="00E50110">
        <w:rPr>
          <w:lang w:val="es-ES"/>
        </w:rPr>
        <w:t xml:space="preserve">     </w:t>
      </w:r>
      <w:sdt>
        <w:sdtPr>
          <w:rPr>
            <w:lang w:val="es-ES"/>
          </w:rPr>
          <w:alias w:val="impl_menos_50"/>
          <w:tag w:val="impl_menos_50"/>
          <w:id w:val="177331300"/>
          <w14:checkbox>
            <w14:checked w14:val="0"/>
            <w14:checkedState w14:val="2612" w14:font="MS Gothic"/>
            <w14:uncheckedState w14:val="2610" w14:font="MS Gothic"/>
          </w14:checkbox>
        </w:sdtPr>
        <w:sdtContent>
          <w:r w:rsidRPr="00E50110">
            <w:rPr>
              <w:color w:val="003B5C"/>
              <w:lang w:val="es-ES"/>
            </w:rPr>
            <w:t>☐</w:t>
          </w:r>
        </w:sdtContent>
      </w:sdt>
      <w:r w:rsidRPr="00E50110">
        <w:rPr>
          <w:color w:val="003B5C"/>
          <w:lang w:val="es-ES"/>
        </w:rPr>
        <w:t xml:space="preserve"> Seleccione grado de implementación: Menos de 50%</w:t>
      </w:r>
      <w:r w:rsidRPr="00E50110">
        <w:rPr>
          <w:lang w:val="es-ES"/>
        </w:rPr>
        <w:t xml:space="preserve">     </w:t>
      </w:r>
      <w:sdt>
        <w:sdtPr>
          <w:rPr>
            <w:lang w:val="es-ES"/>
          </w:rPr>
          <w:alias w:val="impl_mas_50"/>
          <w:tag w:val="impl_mas_50"/>
          <w:id w:val="1878991902"/>
          <w14:checkbox>
            <w14:checked w14:val="0"/>
            <w14:checkedState w14:val="2612" w14:font="MS Gothic"/>
            <w14:uncheckedState w14:val="2610" w14:font="MS Gothic"/>
          </w14:checkbox>
        </w:sdtPr>
        <w:sdtContent>
          <w:r w:rsidRPr="00E50110">
            <w:rPr>
              <w:color w:val="003B5C"/>
              <w:lang w:val="es-ES"/>
            </w:rPr>
            <w:t>☐</w:t>
          </w:r>
        </w:sdtContent>
      </w:sdt>
      <w:r w:rsidRPr="00E50110">
        <w:rPr>
          <w:color w:val="003B5C"/>
          <w:lang w:val="es-ES"/>
        </w:rPr>
        <w:t xml:space="preserve"> Más de 50%</w:t>
      </w:r>
    </w:p>
    <w:p w14:paraId="4729E868" w14:textId="77777777" w:rsidR="0019057E" w:rsidRPr="00E50110" w:rsidRDefault="00000000">
      <w:pPr>
        <w:spacing w:before="60" w:after="20" w:line="252" w:lineRule="auto"/>
        <w:rPr>
          <w:lang w:val="es-ES"/>
        </w:rPr>
      </w:pPr>
      <w:r w:rsidRPr="00E50110">
        <w:rPr>
          <w:lang w:val="es-ES"/>
        </w:rPr>
        <w:t>3.2.3. ¿Su organización cuenta con otro sistema de gestión implementado?</w:t>
      </w:r>
    </w:p>
    <w:p w14:paraId="2DC5B945" w14:textId="77777777" w:rsidR="0019057E" w:rsidRPr="00E50110" w:rsidRDefault="00000000">
      <w:pPr>
        <w:spacing w:after="40"/>
        <w:rPr>
          <w:lang w:val="es-ES"/>
        </w:rPr>
      </w:pPr>
      <w:sdt>
        <w:sdtPr>
          <w:rPr>
            <w:lang w:val="es-ES"/>
          </w:rPr>
          <w:alias w:val="otro_sg_no"/>
          <w:tag w:val="otro_sg_no"/>
          <w:id w:val="631598747"/>
          <w14:checkbox>
            <w14:checked w14:val="0"/>
            <w14:checkedState w14:val="2612" w14:font="MS Gothic"/>
            <w14:uncheckedState w14:val="2610" w14:font="MS Gothic"/>
          </w14:checkbox>
        </w:sdtPr>
        <w:sdtContent>
          <w:r w:rsidRPr="00E50110">
            <w:rPr>
              <w:color w:val="003B5C"/>
              <w:lang w:val="es-ES"/>
            </w:rPr>
            <w:t>☐</w:t>
          </w:r>
        </w:sdtContent>
      </w:sdt>
      <w:r w:rsidRPr="00E50110">
        <w:rPr>
          <w:color w:val="003B5C"/>
          <w:lang w:val="es-ES"/>
        </w:rPr>
        <w:t xml:space="preserve"> No</w:t>
      </w:r>
      <w:r w:rsidRPr="00E50110">
        <w:rPr>
          <w:lang w:val="es-ES"/>
        </w:rPr>
        <w:t xml:space="preserve">     </w:t>
      </w:r>
      <w:sdt>
        <w:sdtPr>
          <w:rPr>
            <w:lang w:val="es-ES"/>
          </w:rPr>
          <w:alias w:val="otro_sg_si"/>
          <w:tag w:val="otro_sg_si"/>
          <w:id w:val="1192684283"/>
          <w14:checkbox>
            <w14:checked w14:val="0"/>
            <w14:checkedState w14:val="2612" w14:font="MS Gothic"/>
            <w14:uncheckedState w14:val="2610" w14:font="MS Gothic"/>
          </w14:checkbox>
        </w:sdtPr>
        <w:sdtContent>
          <w:r w:rsidRPr="00E50110">
            <w:rPr>
              <w:color w:val="003B5C"/>
              <w:lang w:val="es-ES"/>
            </w:rPr>
            <w:t>☐</w:t>
          </w:r>
        </w:sdtContent>
      </w:sdt>
      <w:r w:rsidRPr="00E50110">
        <w:rPr>
          <w:color w:val="003B5C"/>
          <w:lang w:val="es-ES"/>
        </w:rPr>
        <w:t xml:space="preserve"> Sí</w:t>
      </w:r>
      <w:r w:rsidRPr="00E50110">
        <w:rPr>
          <w:lang w:val="es-ES"/>
        </w:rPr>
        <w:t xml:space="preserve">     </w:t>
      </w:r>
      <w:sdt>
        <w:sdtPr>
          <w:rPr>
            <w:lang w:val="es-ES"/>
          </w:rPr>
          <w:alias w:val="perfil_integracion"/>
          <w:tag w:val="perfil_integracion"/>
          <w:id w:val="240472445"/>
          <w14:checkbox>
            <w14:checked w14:val="0"/>
            <w14:checkedState w14:val="2612" w14:font="MS Gothic"/>
            <w14:uncheckedState w14:val="2610" w14:font="MS Gothic"/>
          </w14:checkbox>
        </w:sdtPr>
        <w:sdtContent>
          <w:r w:rsidRPr="00E50110">
            <w:rPr>
              <w:color w:val="003B5C"/>
              <w:lang w:val="es-ES"/>
            </w:rPr>
            <w:t>☐</w:t>
          </w:r>
        </w:sdtContent>
      </w:sdt>
      <w:r w:rsidRPr="00E50110">
        <w:rPr>
          <w:color w:val="003B5C"/>
          <w:lang w:val="es-ES"/>
        </w:rPr>
        <w:t xml:space="preserve"> Describa en la sección 5 PERFIL DE INTEGRACIÓN</w:t>
      </w:r>
    </w:p>
    <w:p w14:paraId="15615D97" w14:textId="77777777" w:rsidR="0019057E" w:rsidRPr="00E50110" w:rsidRDefault="00000000">
      <w:pPr>
        <w:spacing w:before="60" w:after="20" w:line="252" w:lineRule="auto"/>
        <w:rPr>
          <w:lang w:val="es-ES"/>
        </w:rPr>
      </w:pPr>
      <w:r w:rsidRPr="00E50110">
        <w:rPr>
          <w:lang w:val="es-ES"/>
        </w:rPr>
        <w:t>3.2.4.¿Su organización desarrolla aplicaciones o sistemas de información propios?</w:t>
      </w:r>
    </w:p>
    <w:p w14:paraId="5350354F" w14:textId="77777777" w:rsidR="0019057E" w:rsidRPr="00E50110" w:rsidRDefault="00000000">
      <w:pPr>
        <w:spacing w:after="40"/>
        <w:rPr>
          <w:lang w:val="es-ES"/>
        </w:rPr>
      </w:pPr>
      <w:sdt>
        <w:sdtPr>
          <w:rPr>
            <w:lang w:val="es-ES"/>
          </w:rPr>
          <w:alias w:val="apps_no"/>
          <w:tag w:val="apps_no"/>
          <w:id w:val="538841749"/>
          <w14:checkbox>
            <w14:checked w14:val="0"/>
            <w14:checkedState w14:val="2612" w14:font="MS Gothic"/>
            <w14:uncheckedState w14:val="2610" w14:font="MS Gothic"/>
          </w14:checkbox>
        </w:sdtPr>
        <w:sdtContent>
          <w:r w:rsidRPr="00E50110">
            <w:rPr>
              <w:color w:val="003B5C"/>
              <w:lang w:val="es-ES"/>
            </w:rPr>
            <w:t>☐</w:t>
          </w:r>
        </w:sdtContent>
      </w:sdt>
      <w:r w:rsidRPr="00E50110">
        <w:rPr>
          <w:color w:val="003B5C"/>
          <w:lang w:val="es-ES"/>
        </w:rPr>
        <w:t xml:space="preserve"> No</w:t>
      </w:r>
      <w:r w:rsidRPr="00E50110">
        <w:rPr>
          <w:lang w:val="es-ES"/>
        </w:rPr>
        <w:t xml:space="preserve">     </w:t>
      </w:r>
      <w:sdt>
        <w:sdtPr>
          <w:rPr>
            <w:lang w:val="es-ES"/>
          </w:rPr>
          <w:alias w:val="apps_si"/>
          <w:tag w:val="apps_si"/>
          <w:id w:val="561699828"/>
          <w14:checkbox>
            <w14:checked w14:val="0"/>
            <w14:checkedState w14:val="2612" w14:font="MS Gothic"/>
            <w14:uncheckedState w14:val="2610" w14:font="MS Gothic"/>
          </w14:checkbox>
        </w:sdtPr>
        <w:sdtContent>
          <w:r w:rsidRPr="00E50110">
            <w:rPr>
              <w:color w:val="003B5C"/>
              <w:lang w:val="es-ES"/>
            </w:rPr>
            <w:t>☐</w:t>
          </w:r>
        </w:sdtContent>
      </w:sdt>
      <w:r w:rsidRPr="00E50110">
        <w:rPr>
          <w:color w:val="003B5C"/>
          <w:lang w:val="es-ES"/>
        </w:rPr>
        <w:t xml:space="preserve"> Sí</w:t>
      </w:r>
      <w:r w:rsidRPr="00E50110">
        <w:rPr>
          <w:lang w:val="es-ES"/>
        </w:rPr>
        <w:t xml:space="preserve">     </w:t>
      </w:r>
      <w:sdt>
        <w:sdtPr>
          <w:rPr>
            <w:lang w:val="es-ES"/>
          </w:rPr>
          <w:alias w:val="apps_desc"/>
          <w:tag w:val="apps_desc"/>
          <w:id w:val="2090556497"/>
          <w14:checkbox>
            <w14:checked w14:val="0"/>
            <w14:checkedState w14:val="2612" w14:font="MS Gothic"/>
            <w14:uncheckedState w14:val="2610" w14:font="MS Gothic"/>
          </w14:checkbox>
        </w:sdtPr>
        <w:sdtContent>
          <w:r w:rsidRPr="00E50110">
            <w:rPr>
              <w:color w:val="003B5C"/>
              <w:lang w:val="es-ES"/>
            </w:rPr>
            <w:t>☐</w:t>
          </w:r>
        </w:sdtContent>
      </w:sdt>
      <w:r w:rsidRPr="00E50110">
        <w:rPr>
          <w:color w:val="003B5C"/>
          <w:lang w:val="es-ES"/>
        </w:rPr>
        <w:t xml:space="preserve"> Describa con qué objetivo se desarrolla y, quién lo realiza:</w:t>
      </w:r>
    </w:p>
    <w:p w14:paraId="4719EE2B" w14:textId="77777777" w:rsidR="0019057E" w:rsidRPr="00E50110" w:rsidRDefault="00000000">
      <w:pPr>
        <w:spacing w:before="60" w:after="20" w:line="252" w:lineRule="auto"/>
        <w:rPr>
          <w:lang w:val="es-ES"/>
        </w:rPr>
      </w:pPr>
      <w:r w:rsidRPr="00E50110">
        <w:rPr>
          <w:lang w:val="es-ES"/>
        </w:rPr>
        <w:t>3.2.5.¿Con cuántos sitios de Recuperación de Desastres (DR) cuenta su organización?</w:t>
      </w:r>
    </w:p>
    <w:p w14:paraId="48D2B2A0" w14:textId="77777777" w:rsidR="0019057E" w:rsidRPr="00E50110" w:rsidRDefault="00000000">
      <w:pPr>
        <w:spacing w:after="40"/>
        <w:rPr>
          <w:lang w:val="es-ES"/>
        </w:rPr>
      </w:pPr>
      <w:sdt>
        <w:sdtPr>
          <w:rPr>
            <w:lang w:val="es-ES"/>
          </w:rPr>
          <w:alias w:val="dr_ninguno"/>
          <w:tag w:val="dr_ninguno"/>
          <w:id w:val="34049900"/>
          <w14:checkbox>
            <w14:checked w14:val="0"/>
            <w14:checkedState w14:val="2612" w14:font="MS Gothic"/>
            <w14:uncheckedState w14:val="2610" w14:font="MS Gothic"/>
          </w14:checkbox>
        </w:sdtPr>
        <w:sdtContent>
          <w:r w:rsidRPr="00E50110">
            <w:rPr>
              <w:color w:val="003B5C"/>
              <w:lang w:val="es-ES"/>
            </w:rPr>
            <w:t>☐</w:t>
          </w:r>
        </w:sdtContent>
      </w:sdt>
      <w:r w:rsidRPr="00E50110">
        <w:rPr>
          <w:color w:val="003B5C"/>
          <w:lang w:val="es-ES"/>
        </w:rPr>
        <w:t xml:space="preserve"> Ninguno</w:t>
      </w:r>
      <w:r w:rsidRPr="00E50110">
        <w:rPr>
          <w:lang w:val="es-ES"/>
        </w:rPr>
        <w:t xml:space="preserve">     </w:t>
      </w:r>
      <w:sdt>
        <w:sdtPr>
          <w:rPr>
            <w:lang w:val="es-ES"/>
          </w:rPr>
          <w:alias w:val="dr_uno"/>
          <w:tag w:val="dr_uno"/>
          <w:id w:val="937950768"/>
          <w14:checkbox>
            <w14:checked w14:val="0"/>
            <w14:checkedState w14:val="2612" w14:font="MS Gothic"/>
            <w14:uncheckedState w14:val="2610" w14:font="MS Gothic"/>
          </w14:checkbox>
        </w:sdtPr>
        <w:sdtContent>
          <w:r w:rsidRPr="00E50110">
            <w:rPr>
              <w:color w:val="003B5C"/>
              <w:lang w:val="es-ES"/>
            </w:rPr>
            <w:t>☐</w:t>
          </w:r>
        </w:sdtContent>
      </w:sdt>
      <w:r w:rsidRPr="00E50110">
        <w:rPr>
          <w:color w:val="003B5C"/>
          <w:lang w:val="es-ES"/>
        </w:rPr>
        <w:t xml:space="preserve"> Uno</w:t>
      </w:r>
      <w:r w:rsidRPr="00E50110">
        <w:rPr>
          <w:lang w:val="es-ES"/>
        </w:rPr>
        <w:t xml:space="preserve">     </w:t>
      </w:r>
      <w:sdt>
        <w:sdtPr>
          <w:rPr>
            <w:lang w:val="es-ES"/>
          </w:rPr>
          <w:alias w:val="dr_mas_uno"/>
          <w:tag w:val="dr_mas_uno"/>
          <w:id w:val="621012194"/>
          <w14:checkbox>
            <w14:checked w14:val="0"/>
            <w14:checkedState w14:val="2612" w14:font="MS Gothic"/>
            <w14:uncheckedState w14:val="2610" w14:font="MS Gothic"/>
          </w14:checkbox>
        </w:sdtPr>
        <w:sdtContent>
          <w:r w:rsidRPr="00E50110">
            <w:rPr>
              <w:color w:val="003B5C"/>
              <w:lang w:val="es-ES"/>
            </w:rPr>
            <w:t>☐</w:t>
          </w:r>
        </w:sdtContent>
      </w:sdt>
      <w:r w:rsidRPr="00E50110">
        <w:rPr>
          <w:color w:val="003B5C"/>
          <w:lang w:val="es-ES"/>
        </w:rPr>
        <w:t xml:space="preserve"> Más de uno</w:t>
      </w:r>
      <w:r w:rsidRPr="00E50110">
        <w:rPr>
          <w:lang w:val="es-ES"/>
        </w:rPr>
        <w:t xml:space="preserve">     </w:t>
      </w:r>
      <w:sdt>
        <w:sdtPr>
          <w:rPr>
            <w:lang w:val="es-ES"/>
          </w:rPr>
          <w:alias w:val="dr_desc"/>
          <w:tag w:val="dr_desc"/>
          <w:id w:val="447033193"/>
          <w14:checkbox>
            <w14:checked w14:val="0"/>
            <w14:checkedState w14:val="2612" w14:font="MS Gothic"/>
            <w14:uncheckedState w14:val="2610" w14:font="MS Gothic"/>
          </w14:checkbox>
        </w:sdtPr>
        <w:sdtContent>
          <w:r w:rsidRPr="00E50110">
            <w:rPr>
              <w:color w:val="003B5C"/>
              <w:lang w:val="es-ES"/>
            </w:rPr>
            <w:t>☐</w:t>
          </w:r>
        </w:sdtContent>
      </w:sdt>
      <w:r w:rsidRPr="00E50110">
        <w:rPr>
          <w:color w:val="003B5C"/>
          <w:lang w:val="es-ES"/>
        </w:rPr>
        <w:t xml:space="preserve"> Describa:</w:t>
      </w:r>
    </w:p>
    <w:p w14:paraId="561B7725" w14:textId="77777777" w:rsidR="0019057E" w:rsidRPr="00E50110" w:rsidRDefault="00000000">
      <w:pPr>
        <w:spacing w:before="60" w:after="20" w:line="252" w:lineRule="auto"/>
        <w:rPr>
          <w:lang w:val="es-ES"/>
        </w:rPr>
      </w:pPr>
      <w:r w:rsidRPr="00E50110">
        <w:rPr>
          <w:lang w:val="es-ES"/>
        </w:rPr>
        <w:t>3.2.6.¿La ejecución de sus procesos principales dentro del alcance depende de un subcontratado u outsourcing?</w:t>
      </w:r>
    </w:p>
    <w:p w14:paraId="76B6AA2B" w14:textId="77777777" w:rsidR="0019057E" w:rsidRPr="00E50110" w:rsidRDefault="00000000">
      <w:pPr>
        <w:spacing w:after="40"/>
        <w:rPr>
          <w:lang w:val="es-ES"/>
        </w:rPr>
      </w:pPr>
      <w:sdt>
        <w:sdtPr>
          <w:rPr>
            <w:lang w:val="es-ES"/>
          </w:rPr>
          <w:alias w:val="out_326_no"/>
          <w:tag w:val="out_326_no"/>
          <w:id w:val="1151165978"/>
          <w14:checkbox>
            <w14:checked w14:val="0"/>
            <w14:checkedState w14:val="2612" w14:font="MS Gothic"/>
            <w14:uncheckedState w14:val="2610" w14:font="MS Gothic"/>
          </w14:checkbox>
        </w:sdtPr>
        <w:sdtContent>
          <w:r w:rsidRPr="00E50110">
            <w:rPr>
              <w:color w:val="003B5C"/>
              <w:lang w:val="es-ES"/>
            </w:rPr>
            <w:t>☐</w:t>
          </w:r>
        </w:sdtContent>
      </w:sdt>
      <w:r w:rsidRPr="00E50110">
        <w:rPr>
          <w:color w:val="003B5C"/>
          <w:lang w:val="es-ES"/>
        </w:rPr>
        <w:t xml:space="preserve"> No</w:t>
      </w:r>
      <w:r w:rsidRPr="00E50110">
        <w:rPr>
          <w:lang w:val="es-ES"/>
        </w:rPr>
        <w:t xml:space="preserve">     </w:t>
      </w:r>
      <w:sdt>
        <w:sdtPr>
          <w:rPr>
            <w:lang w:val="es-ES"/>
          </w:rPr>
          <w:alias w:val="out_326_si"/>
          <w:tag w:val="out_326_si"/>
          <w:id w:val="899987877"/>
          <w14:checkbox>
            <w14:checked w14:val="0"/>
            <w14:checkedState w14:val="2612" w14:font="MS Gothic"/>
            <w14:uncheckedState w14:val="2610" w14:font="MS Gothic"/>
          </w14:checkbox>
        </w:sdtPr>
        <w:sdtContent>
          <w:r w:rsidRPr="00E50110">
            <w:rPr>
              <w:color w:val="003B5C"/>
              <w:lang w:val="es-ES"/>
            </w:rPr>
            <w:t>☐</w:t>
          </w:r>
        </w:sdtContent>
      </w:sdt>
      <w:r w:rsidRPr="00E50110">
        <w:rPr>
          <w:color w:val="003B5C"/>
          <w:lang w:val="es-ES"/>
        </w:rPr>
        <w:t xml:space="preserve"> Sí</w:t>
      </w:r>
      <w:r w:rsidRPr="00E50110">
        <w:rPr>
          <w:lang w:val="es-ES"/>
        </w:rPr>
        <w:t xml:space="preserve">     </w:t>
      </w:r>
      <w:sdt>
        <w:sdtPr>
          <w:rPr>
            <w:lang w:val="es-ES"/>
          </w:rPr>
          <w:alias w:val="out_326_desc"/>
          <w:tag w:val="out_326_desc"/>
          <w:id w:val="415842054"/>
          <w14:checkbox>
            <w14:checked w14:val="0"/>
            <w14:checkedState w14:val="2612" w14:font="MS Gothic"/>
            <w14:uncheckedState w14:val="2610" w14:font="MS Gothic"/>
          </w14:checkbox>
        </w:sdtPr>
        <w:sdtContent>
          <w:r w:rsidRPr="00E50110">
            <w:rPr>
              <w:color w:val="003B5C"/>
              <w:lang w:val="es-ES"/>
            </w:rPr>
            <w:t>☐</w:t>
          </w:r>
        </w:sdtContent>
      </w:sdt>
      <w:r w:rsidRPr="00E50110">
        <w:rPr>
          <w:color w:val="003B5C"/>
          <w:lang w:val="es-ES"/>
        </w:rPr>
        <w:t xml:space="preserve"> Describa:</w:t>
      </w:r>
    </w:p>
    <w:p w14:paraId="58AB2AC2" w14:textId="77777777" w:rsidR="0019057E" w:rsidRPr="00E50110" w:rsidRDefault="00000000">
      <w:pPr>
        <w:spacing w:before="60" w:after="20" w:line="252" w:lineRule="auto"/>
        <w:rPr>
          <w:lang w:val="es-ES"/>
        </w:rPr>
      </w:pPr>
      <w:r w:rsidRPr="00E50110">
        <w:rPr>
          <w:lang w:val="es-ES"/>
        </w:rPr>
        <w:t>3.2.7.¿La ejecución de sus procesos principales dentro del alcance depende de un subcontratado u outsourcing?</w:t>
      </w:r>
    </w:p>
    <w:p w14:paraId="39942720" w14:textId="77777777" w:rsidR="0019057E" w:rsidRPr="00E50110" w:rsidRDefault="00000000">
      <w:pPr>
        <w:spacing w:after="40"/>
        <w:rPr>
          <w:lang w:val="es-ES"/>
        </w:rPr>
      </w:pPr>
      <w:sdt>
        <w:sdtPr>
          <w:rPr>
            <w:lang w:val="es-ES"/>
          </w:rPr>
          <w:alias w:val="out_327_no"/>
          <w:tag w:val="out_327_no"/>
          <w:id w:val="16541498"/>
          <w14:checkbox>
            <w14:checked w14:val="0"/>
            <w14:checkedState w14:val="2612" w14:font="MS Gothic"/>
            <w14:uncheckedState w14:val="2610" w14:font="MS Gothic"/>
          </w14:checkbox>
        </w:sdtPr>
        <w:sdtContent>
          <w:r w:rsidRPr="00E50110">
            <w:rPr>
              <w:color w:val="003B5C"/>
              <w:lang w:val="es-ES"/>
            </w:rPr>
            <w:t>☐</w:t>
          </w:r>
        </w:sdtContent>
      </w:sdt>
      <w:r w:rsidRPr="00E50110">
        <w:rPr>
          <w:color w:val="003B5C"/>
          <w:lang w:val="es-ES"/>
        </w:rPr>
        <w:t xml:space="preserve"> No</w:t>
      </w:r>
      <w:r w:rsidRPr="00E50110">
        <w:rPr>
          <w:lang w:val="es-ES"/>
        </w:rPr>
        <w:t xml:space="preserve">     </w:t>
      </w:r>
      <w:sdt>
        <w:sdtPr>
          <w:rPr>
            <w:lang w:val="es-ES"/>
          </w:rPr>
          <w:alias w:val="out_327_si"/>
          <w:tag w:val="out_327_si"/>
          <w:id w:val="199599145"/>
          <w14:checkbox>
            <w14:checked w14:val="0"/>
            <w14:checkedState w14:val="2612" w14:font="MS Gothic"/>
            <w14:uncheckedState w14:val="2610" w14:font="MS Gothic"/>
          </w14:checkbox>
        </w:sdtPr>
        <w:sdtContent>
          <w:r w:rsidRPr="00E50110">
            <w:rPr>
              <w:color w:val="003B5C"/>
              <w:lang w:val="es-ES"/>
            </w:rPr>
            <w:t>☐</w:t>
          </w:r>
        </w:sdtContent>
      </w:sdt>
      <w:r w:rsidRPr="00E50110">
        <w:rPr>
          <w:color w:val="003B5C"/>
          <w:lang w:val="es-ES"/>
        </w:rPr>
        <w:t xml:space="preserve"> Sí</w:t>
      </w:r>
      <w:r w:rsidRPr="00E50110">
        <w:rPr>
          <w:lang w:val="es-ES"/>
        </w:rPr>
        <w:t xml:space="preserve">     </w:t>
      </w:r>
      <w:sdt>
        <w:sdtPr>
          <w:rPr>
            <w:lang w:val="es-ES"/>
          </w:rPr>
          <w:alias w:val="out_327_desc"/>
          <w:tag w:val="out_327_desc"/>
          <w:id w:val="282884440"/>
          <w14:checkbox>
            <w14:checked w14:val="0"/>
            <w14:checkedState w14:val="2612" w14:font="MS Gothic"/>
            <w14:uncheckedState w14:val="2610" w14:font="MS Gothic"/>
          </w14:checkbox>
        </w:sdtPr>
        <w:sdtContent>
          <w:r w:rsidRPr="00E50110">
            <w:rPr>
              <w:color w:val="003B5C"/>
              <w:lang w:val="es-ES"/>
            </w:rPr>
            <w:t>☐</w:t>
          </w:r>
        </w:sdtContent>
      </w:sdt>
      <w:r w:rsidRPr="00E50110">
        <w:rPr>
          <w:color w:val="003B5C"/>
          <w:lang w:val="es-ES"/>
        </w:rPr>
        <w:t xml:space="preserve"> Describa:</w:t>
      </w:r>
    </w:p>
    <w:p w14:paraId="03ADB784" w14:textId="77777777" w:rsidR="0019057E" w:rsidRPr="00E50110" w:rsidRDefault="0019057E">
      <w:pPr>
        <w:spacing w:line="240" w:lineRule="auto"/>
        <w:rPr>
          <w:lang w:val="es-ES"/>
        </w:rPr>
      </w:pPr>
    </w:p>
    <w:tbl>
      <w:tblPr>
        <w:tblW w:w="5000" w:type="pct"/>
        <w:jc w:val="center"/>
        <w:tblLayout w:type="fixed"/>
        <w:tblLook w:val="04A0" w:firstRow="1" w:lastRow="0" w:firstColumn="1" w:lastColumn="0" w:noHBand="0" w:noVBand="1"/>
      </w:tblPr>
      <w:tblGrid>
        <w:gridCol w:w="10477"/>
      </w:tblGrid>
      <w:tr w:rsidR="0019057E" w:rsidRPr="00E50110" w14:paraId="766657B7" w14:textId="77777777">
        <w:trPr>
          <w:cantSplit/>
          <w:jc w:val="center"/>
        </w:trPr>
        <w:tc>
          <w:tcPr>
            <w:tcW w:w="10440" w:type="dxa"/>
            <w:tcBorders>
              <w:top w:val="single" w:sz="4" w:space="0" w:color="AFC3D6"/>
              <w:left w:val="single" w:sz="24" w:space="0" w:color="C00000"/>
              <w:bottom w:val="single" w:sz="4" w:space="0" w:color="AFC3D6"/>
              <w:right w:val="single" w:sz="4" w:space="0" w:color="AFC3D6"/>
            </w:tcBorders>
            <w:shd w:val="clear" w:color="auto" w:fill="EAF1F8"/>
            <w:tcMar>
              <w:top w:w="60" w:type="dxa"/>
              <w:left w:w="120" w:type="dxa"/>
              <w:bottom w:w="60" w:type="dxa"/>
              <w:right w:w="80" w:type="dxa"/>
            </w:tcMar>
            <w:vAlign w:val="center"/>
          </w:tcPr>
          <w:p w14:paraId="3A6601F8" w14:textId="77777777" w:rsidR="0019057E" w:rsidRPr="00E50110" w:rsidRDefault="00000000">
            <w:pPr>
              <w:spacing w:after="0" w:line="240" w:lineRule="auto"/>
              <w:rPr>
                <w:lang w:val="es-ES"/>
              </w:rPr>
            </w:pPr>
            <w:r w:rsidRPr="00E50110">
              <w:rPr>
                <w:b/>
                <w:color w:val="003B5C"/>
                <w:sz w:val="26"/>
                <w:lang w:val="es-ES"/>
              </w:rPr>
              <w:t>4. Información adicional relevante para la ejecución de auditoría</w:t>
            </w:r>
          </w:p>
        </w:tc>
      </w:tr>
    </w:tbl>
    <w:p w14:paraId="4F3FF267" w14:textId="77777777" w:rsidR="0019057E" w:rsidRPr="00E50110" w:rsidRDefault="0019057E">
      <w:pPr>
        <w:spacing w:after="80" w:line="240" w:lineRule="auto"/>
        <w:rPr>
          <w:lang w:val="es-ES"/>
        </w:rPr>
      </w:pPr>
    </w:p>
    <w:tbl>
      <w:tblPr>
        <w:tblW w:w="5000" w:type="pct"/>
        <w:jc w:val="center"/>
        <w:tblLayout w:type="fixed"/>
        <w:tblLook w:val="04A0" w:firstRow="1" w:lastRow="0" w:firstColumn="1" w:lastColumn="0" w:noHBand="0" w:noVBand="1"/>
      </w:tblPr>
      <w:tblGrid>
        <w:gridCol w:w="796"/>
        <w:gridCol w:w="8039"/>
        <w:gridCol w:w="1665"/>
      </w:tblGrid>
      <w:tr w:rsidR="0019057E" w:rsidRPr="00E50110" w14:paraId="74EF60F9" w14:textId="77777777">
        <w:trPr>
          <w:cantSplit/>
          <w:jc w:val="center"/>
        </w:trPr>
        <w:tc>
          <w:tcPr>
            <w:tcW w:w="792" w:type="dxa"/>
            <w:tcBorders>
              <w:top w:val="single" w:sz="5" w:space="0" w:color="AFC3D6"/>
              <w:left w:val="single" w:sz="5" w:space="0" w:color="AFC3D6"/>
              <w:bottom w:val="single" w:sz="5" w:space="0" w:color="AFC3D6"/>
              <w:right w:val="single" w:sz="5" w:space="0" w:color="AFC3D6"/>
            </w:tcBorders>
            <w:shd w:val="clear" w:color="auto" w:fill="EAF1F8"/>
            <w:tcMar>
              <w:top w:w="45" w:type="dxa"/>
              <w:left w:w="60" w:type="dxa"/>
              <w:bottom w:w="45" w:type="dxa"/>
              <w:right w:w="60" w:type="dxa"/>
            </w:tcMar>
            <w:vAlign w:val="center"/>
          </w:tcPr>
          <w:p w14:paraId="63433B0C" w14:textId="77777777" w:rsidR="0019057E" w:rsidRPr="00E50110" w:rsidRDefault="00000000">
            <w:pPr>
              <w:spacing w:after="0" w:line="240" w:lineRule="auto"/>
              <w:jc w:val="center"/>
              <w:rPr>
                <w:lang w:val="es-ES"/>
              </w:rPr>
            </w:pPr>
            <w:r w:rsidRPr="00E50110">
              <w:rPr>
                <w:b/>
                <w:color w:val="003B5C"/>
                <w:lang w:val="es-ES"/>
              </w:rPr>
              <w:lastRenderedPageBreak/>
              <w:t>4.1</w:t>
            </w:r>
          </w:p>
        </w:tc>
        <w:tc>
          <w:tcPr>
            <w:tcW w:w="7992" w:type="dxa"/>
            <w:tcBorders>
              <w:top w:val="single" w:sz="5" w:space="0" w:color="AFC3D6"/>
              <w:left w:val="single" w:sz="5" w:space="0" w:color="AFC3D6"/>
              <w:bottom w:val="single" w:sz="5" w:space="0" w:color="AFC3D6"/>
              <w:right w:val="single" w:sz="5" w:space="0" w:color="AFC3D6"/>
            </w:tcBorders>
            <w:shd w:val="clear" w:color="auto" w:fill="FFFFFF"/>
            <w:tcMar>
              <w:top w:w="45" w:type="dxa"/>
              <w:left w:w="60" w:type="dxa"/>
              <w:bottom w:w="45" w:type="dxa"/>
              <w:right w:w="60" w:type="dxa"/>
            </w:tcMar>
            <w:vAlign w:val="center"/>
          </w:tcPr>
          <w:p w14:paraId="253D2F33" w14:textId="77777777" w:rsidR="0019057E" w:rsidRPr="00E50110" w:rsidRDefault="00000000">
            <w:pPr>
              <w:spacing w:after="0" w:line="240" w:lineRule="auto"/>
              <w:rPr>
                <w:lang w:val="es-ES"/>
              </w:rPr>
            </w:pPr>
            <w:r w:rsidRPr="00E50110">
              <w:rPr>
                <w:b/>
                <w:lang w:val="es-ES"/>
              </w:rPr>
              <w:t>El equipo auditor requiere cumplir con requisitos especiales (seguridad,</w:t>
            </w:r>
            <w:r w:rsidRPr="00E50110">
              <w:rPr>
                <w:lang w:val="es-ES"/>
              </w:rPr>
              <w:br/>
            </w:r>
            <w:r w:rsidRPr="00E50110">
              <w:rPr>
                <w:b/>
                <w:lang w:val="es-ES"/>
              </w:rPr>
              <w:t>confidencialidad, equipo de trabajo, inducciones de seguridad) de acceso a</w:t>
            </w:r>
            <w:r w:rsidRPr="00E50110">
              <w:rPr>
                <w:lang w:val="es-ES"/>
              </w:rPr>
              <w:br/>
            </w:r>
            <w:r w:rsidRPr="00E50110">
              <w:rPr>
                <w:b/>
                <w:lang w:val="es-ES"/>
              </w:rPr>
              <w:t>las áreas dentro de las instalaciones de la organización</w:t>
            </w:r>
          </w:p>
        </w:tc>
        <w:tc>
          <w:tcPr>
            <w:tcW w:w="1655" w:type="dxa"/>
            <w:tcBorders>
              <w:top w:val="single" w:sz="5" w:space="0" w:color="AFC3D6"/>
              <w:left w:val="single" w:sz="5" w:space="0" w:color="AFC3D6"/>
              <w:bottom w:val="single" w:sz="5" w:space="0" w:color="AFC3D6"/>
              <w:right w:val="single" w:sz="5" w:space="0" w:color="AFC3D6"/>
            </w:tcBorders>
            <w:shd w:val="clear" w:color="auto" w:fill="F7FAFD"/>
            <w:tcMar>
              <w:top w:w="40" w:type="dxa"/>
              <w:left w:w="35" w:type="dxa"/>
              <w:bottom w:w="40" w:type="dxa"/>
              <w:right w:w="35" w:type="dxa"/>
            </w:tcMar>
            <w:vAlign w:val="center"/>
          </w:tcPr>
          <w:p w14:paraId="37488A53" w14:textId="77777777" w:rsidR="0019057E" w:rsidRPr="00E50110" w:rsidRDefault="00000000">
            <w:pPr>
              <w:spacing w:after="0" w:line="240" w:lineRule="auto"/>
              <w:jc w:val="center"/>
              <w:rPr>
                <w:lang w:val="es-ES"/>
              </w:rPr>
            </w:pPr>
            <w:sdt>
              <w:sdtPr>
                <w:rPr>
                  <w:lang w:val="es-ES"/>
                </w:rPr>
                <w:alias w:val="req_especiales_1"/>
                <w:tag w:val="req_especiales_1"/>
                <w:id w:val="891184435"/>
                <w14:checkbox>
                  <w14:checked w14:val="0"/>
                  <w14:checkedState w14:val="2612" w14:font="MS Gothic"/>
                  <w14:uncheckedState w14:val="2610" w14:font="MS Gothic"/>
                </w14:checkbox>
              </w:sdtPr>
              <w:sdtContent>
                <w:r w:rsidRPr="00E50110">
                  <w:rPr>
                    <w:color w:val="003B5C"/>
                    <w:lang w:val="es-ES"/>
                  </w:rPr>
                  <w:t>☐</w:t>
                </w:r>
              </w:sdtContent>
            </w:sdt>
            <w:r w:rsidRPr="00E50110">
              <w:rPr>
                <w:color w:val="003B5C"/>
                <w:lang w:val="es-ES"/>
              </w:rPr>
              <w:t xml:space="preserve"> Sí</w:t>
            </w:r>
            <w:r w:rsidRPr="00E50110">
              <w:rPr>
                <w:lang w:val="es-ES"/>
              </w:rPr>
              <w:t xml:space="preserve">   </w:t>
            </w:r>
            <w:sdt>
              <w:sdtPr>
                <w:rPr>
                  <w:lang w:val="es-ES"/>
                </w:rPr>
                <w:alias w:val="req_especiales_2"/>
                <w:tag w:val="req_especiales_2"/>
                <w:id w:val="1231229851"/>
                <w14:checkbox>
                  <w14:checked w14:val="0"/>
                  <w14:checkedState w14:val="2612" w14:font="MS Gothic"/>
                  <w14:uncheckedState w14:val="2610" w14:font="MS Gothic"/>
                </w14:checkbox>
              </w:sdtPr>
              <w:sdtContent>
                <w:r w:rsidRPr="00E50110">
                  <w:rPr>
                    <w:color w:val="003B5C"/>
                    <w:lang w:val="es-ES"/>
                  </w:rPr>
                  <w:t>☐</w:t>
                </w:r>
              </w:sdtContent>
            </w:sdt>
            <w:r w:rsidRPr="00E50110">
              <w:rPr>
                <w:color w:val="003B5C"/>
                <w:lang w:val="es-ES"/>
              </w:rPr>
              <w:t xml:space="preserve"> No</w:t>
            </w:r>
          </w:p>
        </w:tc>
      </w:tr>
    </w:tbl>
    <w:p w14:paraId="1E6833F5" w14:textId="77777777" w:rsidR="0019057E" w:rsidRPr="00E50110" w:rsidRDefault="0019057E">
      <w:pPr>
        <w:spacing w:after="60" w:line="240" w:lineRule="auto"/>
        <w:rPr>
          <w:lang w:val="es-ES"/>
        </w:rPr>
      </w:pPr>
    </w:p>
    <w:tbl>
      <w:tblPr>
        <w:tblW w:w="5000" w:type="pct"/>
        <w:jc w:val="center"/>
        <w:tblLayout w:type="fixed"/>
        <w:tblLook w:val="04A0" w:firstRow="1" w:lastRow="0" w:firstColumn="1" w:lastColumn="0" w:noHBand="0" w:noVBand="1"/>
      </w:tblPr>
      <w:tblGrid>
        <w:gridCol w:w="5250"/>
        <w:gridCol w:w="5250"/>
      </w:tblGrid>
      <w:tr w:rsidR="0019057E" w:rsidRPr="00E50110" w14:paraId="5AE969B6" w14:textId="77777777">
        <w:trPr>
          <w:cantSplit/>
          <w:jc w:val="center"/>
        </w:trPr>
        <w:tc>
          <w:tcPr>
            <w:tcW w:w="5220" w:type="dxa"/>
            <w:tcBorders>
              <w:top w:val="single" w:sz="5" w:space="0" w:color="AFC3D6"/>
              <w:left w:val="single" w:sz="5" w:space="0" w:color="AFC3D6"/>
              <w:bottom w:val="single" w:sz="5" w:space="0" w:color="AFC3D6"/>
              <w:right w:val="single" w:sz="5" w:space="0" w:color="AFC3D6"/>
            </w:tcBorders>
            <w:shd w:val="clear" w:color="auto" w:fill="EAF1F8"/>
            <w:tcMar>
              <w:top w:w="38" w:type="dxa"/>
              <w:left w:w="70" w:type="dxa"/>
              <w:bottom w:w="38" w:type="dxa"/>
              <w:right w:w="50" w:type="dxa"/>
            </w:tcMar>
            <w:vAlign w:val="center"/>
          </w:tcPr>
          <w:p w14:paraId="1E9E0F74" w14:textId="77777777" w:rsidR="0019057E" w:rsidRPr="00E50110" w:rsidRDefault="00000000">
            <w:pPr>
              <w:spacing w:after="0" w:line="240" w:lineRule="auto"/>
              <w:rPr>
                <w:lang w:val="es-ES"/>
              </w:rPr>
            </w:pPr>
            <w:sdt>
              <w:sdtPr>
                <w:rPr>
                  <w:lang w:val="es-ES"/>
                </w:rPr>
                <w:alias w:val="req_item_1"/>
                <w:tag w:val="req_item_1"/>
                <w:id w:val="630312652"/>
                <w14:checkbox>
                  <w14:checked w14:val="0"/>
                  <w14:checkedState w14:val="2612" w14:font="MS Gothic"/>
                  <w14:uncheckedState w14:val="2610" w14:font="MS Gothic"/>
                </w14:checkbox>
              </w:sdtPr>
              <w:sdtContent>
                <w:r w:rsidRPr="00E50110">
                  <w:rPr>
                    <w:color w:val="003B5C"/>
                    <w:lang w:val="es-ES"/>
                  </w:rPr>
                  <w:t>☐</w:t>
                </w:r>
              </w:sdtContent>
            </w:sdt>
            <w:r w:rsidRPr="00E50110">
              <w:rPr>
                <w:lang w:val="es-ES"/>
              </w:rPr>
              <w:t xml:space="preserve"> Seguro social con vigencia</w:t>
            </w:r>
          </w:p>
        </w:tc>
        <w:tc>
          <w:tcPr>
            <w:tcW w:w="5220" w:type="dxa"/>
            <w:tcBorders>
              <w:top w:val="single" w:sz="5" w:space="0" w:color="AFC3D6"/>
              <w:left w:val="single" w:sz="5" w:space="0" w:color="AFC3D6"/>
              <w:bottom w:val="single" w:sz="5" w:space="0" w:color="AFC3D6"/>
              <w:right w:val="single" w:sz="5" w:space="0" w:color="AFC3D6"/>
            </w:tcBorders>
            <w:shd w:val="clear" w:color="auto" w:fill="EAF1F8"/>
            <w:tcMar>
              <w:top w:w="38" w:type="dxa"/>
              <w:left w:w="70" w:type="dxa"/>
              <w:bottom w:w="38" w:type="dxa"/>
              <w:right w:w="50" w:type="dxa"/>
            </w:tcMar>
            <w:vAlign w:val="center"/>
          </w:tcPr>
          <w:p w14:paraId="30C399A0" w14:textId="77777777" w:rsidR="0019057E" w:rsidRPr="00E50110" w:rsidRDefault="00000000">
            <w:pPr>
              <w:spacing w:after="0" w:line="240" w:lineRule="auto"/>
              <w:rPr>
                <w:lang w:val="es-ES"/>
              </w:rPr>
            </w:pPr>
            <w:sdt>
              <w:sdtPr>
                <w:rPr>
                  <w:lang w:val="es-ES"/>
                </w:rPr>
                <w:alias w:val="req_item_2"/>
                <w:tag w:val="req_item_2"/>
                <w:id w:val="1609160492"/>
                <w14:checkbox>
                  <w14:checked w14:val="0"/>
                  <w14:checkedState w14:val="2612" w14:font="MS Gothic"/>
                  <w14:uncheckedState w14:val="2610" w14:font="MS Gothic"/>
                </w14:checkbox>
              </w:sdtPr>
              <w:sdtContent>
                <w:r w:rsidRPr="00E50110">
                  <w:rPr>
                    <w:color w:val="003B5C"/>
                    <w:lang w:val="es-ES"/>
                  </w:rPr>
                  <w:t>☐</w:t>
                </w:r>
              </w:sdtContent>
            </w:sdt>
            <w:r w:rsidRPr="00E50110">
              <w:rPr>
                <w:lang w:val="es-ES"/>
              </w:rPr>
              <w:t xml:space="preserve"> Factura del equipo de trabajo</w:t>
            </w:r>
          </w:p>
        </w:tc>
      </w:tr>
      <w:tr w:rsidR="0019057E" w:rsidRPr="00E50110" w14:paraId="2F4D6274" w14:textId="77777777">
        <w:trPr>
          <w:cantSplit/>
          <w:jc w:val="center"/>
        </w:trPr>
        <w:tc>
          <w:tcPr>
            <w:tcW w:w="5220" w:type="dxa"/>
            <w:tcBorders>
              <w:top w:val="single" w:sz="5" w:space="0" w:color="AFC3D6"/>
              <w:left w:val="single" w:sz="5" w:space="0" w:color="AFC3D6"/>
              <w:bottom w:val="single" w:sz="5" w:space="0" w:color="AFC3D6"/>
              <w:right w:val="single" w:sz="5" w:space="0" w:color="AFC3D6"/>
            </w:tcBorders>
            <w:shd w:val="clear" w:color="auto" w:fill="FFFFFF"/>
            <w:tcMar>
              <w:top w:w="38" w:type="dxa"/>
              <w:left w:w="70" w:type="dxa"/>
              <w:bottom w:w="38" w:type="dxa"/>
              <w:right w:w="50" w:type="dxa"/>
            </w:tcMar>
            <w:vAlign w:val="center"/>
          </w:tcPr>
          <w:p w14:paraId="47895C1C" w14:textId="77777777" w:rsidR="0019057E" w:rsidRPr="00E50110" w:rsidRDefault="00000000">
            <w:pPr>
              <w:spacing w:after="0" w:line="240" w:lineRule="auto"/>
              <w:rPr>
                <w:lang w:val="es-ES"/>
              </w:rPr>
            </w:pPr>
            <w:sdt>
              <w:sdtPr>
                <w:rPr>
                  <w:lang w:val="es-ES"/>
                </w:rPr>
                <w:alias w:val="req_item_3"/>
                <w:tag w:val="req_item_3"/>
                <w:id w:val="106006053"/>
                <w14:checkbox>
                  <w14:checked w14:val="0"/>
                  <w14:checkedState w14:val="2612" w14:font="MS Gothic"/>
                  <w14:uncheckedState w14:val="2610" w14:font="MS Gothic"/>
                </w14:checkbox>
              </w:sdtPr>
              <w:sdtContent>
                <w:r w:rsidRPr="00E50110">
                  <w:rPr>
                    <w:color w:val="003B5C"/>
                    <w:lang w:val="es-ES"/>
                  </w:rPr>
                  <w:t>☐</w:t>
                </w:r>
              </w:sdtContent>
            </w:sdt>
            <w:r w:rsidRPr="00E50110">
              <w:rPr>
                <w:lang w:val="es-ES"/>
              </w:rPr>
              <w:t xml:space="preserve"> Inducción de seguridad</w:t>
            </w:r>
          </w:p>
        </w:tc>
        <w:tc>
          <w:tcPr>
            <w:tcW w:w="5220" w:type="dxa"/>
            <w:tcBorders>
              <w:top w:val="single" w:sz="5" w:space="0" w:color="AFC3D6"/>
              <w:left w:val="single" w:sz="5" w:space="0" w:color="AFC3D6"/>
              <w:bottom w:val="single" w:sz="5" w:space="0" w:color="AFC3D6"/>
              <w:right w:val="single" w:sz="5" w:space="0" w:color="AFC3D6"/>
            </w:tcBorders>
            <w:shd w:val="clear" w:color="auto" w:fill="FFFFFF"/>
            <w:tcMar>
              <w:top w:w="38" w:type="dxa"/>
              <w:left w:w="70" w:type="dxa"/>
              <w:bottom w:w="38" w:type="dxa"/>
              <w:right w:w="50" w:type="dxa"/>
            </w:tcMar>
            <w:vAlign w:val="center"/>
          </w:tcPr>
          <w:p w14:paraId="7B9F74B6" w14:textId="77777777" w:rsidR="0019057E" w:rsidRPr="00E50110" w:rsidRDefault="00000000">
            <w:pPr>
              <w:spacing w:after="0" w:line="240" w:lineRule="auto"/>
              <w:rPr>
                <w:lang w:val="es-ES"/>
              </w:rPr>
            </w:pPr>
            <w:sdt>
              <w:sdtPr>
                <w:rPr>
                  <w:lang w:val="es-ES"/>
                </w:rPr>
                <w:alias w:val="req_item_4"/>
                <w:tag w:val="req_item_4"/>
                <w:id w:val="875230940"/>
                <w14:checkbox>
                  <w14:checked w14:val="0"/>
                  <w14:checkedState w14:val="2612" w14:font="MS Gothic"/>
                  <w14:uncheckedState w14:val="2610" w14:font="MS Gothic"/>
                </w14:checkbox>
              </w:sdtPr>
              <w:sdtContent>
                <w:r w:rsidRPr="00E50110">
                  <w:rPr>
                    <w:color w:val="003B5C"/>
                    <w:lang w:val="es-ES"/>
                  </w:rPr>
                  <w:t>☐</w:t>
                </w:r>
              </w:sdtContent>
            </w:sdt>
            <w:r w:rsidRPr="00E50110">
              <w:rPr>
                <w:lang w:val="es-ES"/>
              </w:rPr>
              <w:t xml:space="preserve"> EPP Especializado</w:t>
            </w:r>
          </w:p>
        </w:tc>
      </w:tr>
      <w:tr w:rsidR="0019057E" w:rsidRPr="00E50110" w14:paraId="39964DB1" w14:textId="77777777">
        <w:trPr>
          <w:cantSplit/>
          <w:jc w:val="center"/>
        </w:trPr>
        <w:tc>
          <w:tcPr>
            <w:tcW w:w="5220" w:type="dxa"/>
            <w:tcBorders>
              <w:top w:val="single" w:sz="5" w:space="0" w:color="AFC3D6"/>
              <w:left w:val="single" w:sz="5" w:space="0" w:color="AFC3D6"/>
              <w:bottom w:val="single" w:sz="5" w:space="0" w:color="AFC3D6"/>
              <w:right w:val="single" w:sz="5" w:space="0" w:color="AFC3D6"/>
            </w:tcBorders>
            <w:shd w:val="clear" w:color="auto" w:fill="EAF1F8"/>
            <w:tcMar>
              <w:top w:w="38" w:type="dxa"/>
              <w:left w:w="70" w:type="dxa"/>
              <w:bottom w:w="38" w:type="dxa"/>
              <w:right w:w="50" w:type="dxa"/>
            </w:tcMar>
            <w:vAlign w:val="center"/>
          </w:tcPr>
          <w:p w14:paraId="46C6CB31" w14:textId="77777777" w:rsidR="0019057E" w:rsidRPr="00E50110" w:rsidRDefault="00000000">
            <w:pPr>
              <w:spacing w:after="0" w:line="240" w:lineRule="auto"/>
              <w:rPr>
                <w:lang w:val="es-ES"/>
              </w:rPr>
            </w:pPr>
            <w:sdt>
              <w:sdtPr>
                <w:rPr>
                  <w:lang w:val="es-ES"/>
                </w:rPr>
                <w:alias w:val="req_item_5"/>
                <w:tag w:val="req_item_5"/>
                <w:id w:val="787901593"/>
                <w14:checkbox>
                  <w14:checked w14:val="0"/>
                  <w14:checkedState w14:val="2612" w14:font="MS Gothic"/>
                  <w14:uncheckedState w14:val="2610" w14:font="MS Gothic"/>
                </w14:checkbox>
              </w:sdtPr>
              <w:sdtContent>
                <w:r w:rsidRPr="00E50110">
                  <w:rPr>
                    <w:color w:val="003B5C"/>
                    <w:lang w:val="es-ES"/>
                  </w:rPr>
                  <w:t>☐</w:t>
                </w:r>
              </w:sdtContent>
            </w:sdt>
            <w:r w:rsidRPr="00E50110">
              <w:rPr>
                <w:lang w:val="es-ES"/>
              </w:rPr>
              <w:t xml:space="preserve"> Pago vigente de SUA</w:t>
            </w:r>
          </w:p>
        </w:tc>
        <w:tc>
          <w:tcPr>
            <w:tcW w:w="5220" w:type="dxa"/>
            <w:tcBorders>
              <w:top w:val="single" w:sz="5" w:space="0" w:color="AFC3D6"/>
              <w:left w:val="single" w:sz="5" w:space="0" w:color="AFC3D6"/>
              <w:bottom w:val="single" w:sz="5" w:space="0" w:color="AFC3D6"/>
              <w:right w:val="single" w:sz="5" w:space="0" w:color="AFC3D6"/>
            </w:tcBorders>
            <w:shd w:val="clear" w:color="auto" w:fill="EAF1F8"/>
            <w:tcMar>
              <w:top w:w="38" w:type="dxa"/>
              <w:left w:w="70" w:type="dxa"/>
              <w:bottom w:w="38" w:type="dxa"/>
              <w:right w:w="50" w:type="dxa"/>
            </w:tcMar>
            <w:vAlign w:val="center"/>
          </w:tcPr>
          <w:p w14:paraId="536DE27A" w14:textId="77777777" w:rsidR="0019057E" w:rsidRPr="00E50110" w:rsidRDefault="00000000">
            <w:pPr>
              <w:spacing w:after="0" w:line="240" w:lineRule="auto"/>
              <w:rPr>
                <w:lang w:val="es-ES"/>
              </w:rPr>
            </w:pPr>
            <w:sdt>
              <w:sdtPr>
                <w:rPr>
                  <w:lang w:val="es-ES"/>
                </w:rPr>
                <w:alias w:val="req_item_6"/>
                <w:tag w:val="req_item_6"/>
                <w:id w:val="611769377"/>
                <w14:checkbox>
                  <w14:checked w14:val="0"/>
                  <w14:checkedState w14:val="2612" w14:font="MS Gothic"/>
                  <w14:uncheckedState w14:val="2610" w14:font="MS Gothic"/>
                </w14:checkbox>
              </w:sdtPr>
              <w:sdtContent>
                <w:r w:rsidRPr="00E50110">
                  <w:rPr>
                    <w:color w:val="003B5C"/>
                    <w:lang w:val="es-ES"/>
                  </w:rPr>
                  <w:t>☐</w:t>
                </w:r>
              </w:sdtContent>
            </w:sdt>
            <w:r w:rsidRPr="00E50110">
              <w:rPr>
                <w:lang w:val="es-ES"/>
              </w:rPr>
              <w:t xml:space="preserve"> Acuerdo de confidencialidad</w:t>
            </w:r>
          </w:p>
        </w:tc>
      </w:tr>
      <w:tr w:rsidR="0019057E" w:rsidRPr="00E50110" w14:paraId="5AA8BFD9" w14:textId="77777777">
        <w:trPr>
          <w:cantSplit/>
          <w:jc w:val="center"/>
        </w:trPr>
        <w:tc>
          <w:tcPr>
            <w:tcW w:w="5220" w:type="dxa"/>
            <w:tcBorders>
              <w:top w:val="single" w:sz="5" w:space="0" w:color="AFC3D6"/>
              <w:left w:val="single" w:sz="5" w:space="0" w:color="AFC3D6"/>
              <w:bottom w:val="single" w:sz="5" w:space="0" w:color="AFC3D6"/>
              <w:right w:val="single" w:sz="5" w:space="0" w:color="AFC3D6"/>
            </w:tcBorders>
            <w:shd w:val="clear" w:color="auto" w:fill="FFFFFF"/>
            <w:tcMar>
              <w:top w:w="38" w:type="dxa"/>
              <w:left w:w="70" w:type="dxa"/>
              <w:bottom w:w="38" w:type="dxa"/>
              <w:right w:w="50" w:type="dxa"/>
            </w:tcMar>
            <w:vAlign w:val="center"/>
          </w:tcPr>
          <w:p w14:paraId="562F644E" w14:textId="77777777" w:rsidR="0019057E" w:rsidRPr="00E50110" w:rsidRDefault="00000000">
            <w:pPr>
              <w:spacing w:after="0" w:line="240" w:lineRule="auto"/>
              <w:rPr>
                <w:lang w:val="es-ES"/>
              </w:rPr>
            </w:pPr>
            <w:sdt>
              <w:sdtPr>
                <w:rPr>
                  <w:lang w:val="es-ES"/>
                </w:rPr>
                <w:alias w:val="req_item_7"/>
                <w:tag w:val="req_item_7"/>
                <w:id w:val="520408592"/>
                <w14:checkbox>
                  <w14:checked w14:val="0"/>
                  <w14:checkedState w14:val="2612" w14:font="MS Gothic"/>
                  <w14:uncheckedState w14:val="2610" w14:font="MS Gothic"/>
                </w14:checkbox>
              </w:sdtPr>
              <w:sdtContent>
                <w:r w:rsidRPr="00E50110">
                  <w:rPr>
                    <w:color w:val="003B5C"/>
                    <w:lang w:val="es-ES"/>
                  </w:rPr>
                  <w:t>☐</w:t>
                </w:r>
              </w:sdtContent>
            </w:sdt>
            <w:r w:rsidRPr="00E50110">
              <w:rPr>
                <w:lang w:val="es-ES"/>
              </w:rPr>
              <w:t xml:space="preserve"> CV</w:t>
            </w:r>
          </w:p>
        </w:tc>
        <w:tc>
          <w:tcPr>
            <w:tcW w:w="5220" w:type="dxa"/>
            <w:tcBorders>
              <w:top w:val="single" w:sz="5" w:space="0" w:color="AFC3D6"/>
              <w:left w:val="single" w:sz="5" w:space="0" w:color="AFC3D6"/>
              <w:bottom w:val="single" w:sz="5" w:space="0" w:color="AFC3D6"/>
              <w:right w:val="single" w:sz="5" w:space="0" w:color="AFC3D6"/>
            </w:tcBorders>
            <w:shd w:val="clear" w:color="auto" w:fill="FFFFFF"/>
            <w:tcMar>
              <w:top w:w="38" w:type="dxa"/>
              <w:left w:w="70" w:type="dxa"/>
              <w:bottom w:w="38" w:type="dxa"/>
              <w:right w:w="50" w:type="dxa"/>
            </w:tcMar>
            <w:vAlign w:val="center"/>
          </w:tcPr>
          <w:p w14:paraId="7327D87A" w14:textId="77777777" w:rsidR="0019057E" w:rsidRPr="00E50110" w:rsidRDefault="00000000">
            <w:pPr>
              <w:spacing w:after="0" w:line="240" w:lineRule="auto"/>
              <w:rPr>
                <w:lang w:val="es-ES"/>
              </w:rPr>
            </w:pPr>
            <w:sdt>
              <w:sdtPr>
                <w:rPr>
                  <w:lang w:val="es-ES"/>
                </w:rPr>
                <w:alias w:val="req_item_8"/>
                <w:tag w:val="req_item_8"/>
                <w:id w:val="1176062009"/>
                <w14:checkbox>
                  <w14:checked w14:val="0"/>
                  <w14:checkedState w14:val="2612" w14:font="MS Gothic"/>
                  <w14:uncheckedState w14:val="2610" w14:font="MS Gothic"/>
                </w14:checkbox>
              </w:sdtPr>
              <w:sdtContent>
                <w:r w:rsidRPr="00E50110">
                  <w:rPr>
                    <w:color w:val="003B5C"/>
                    <w:lang w:val="es-ES"/>
                  </w:rPr>
                  <w:t>☐</w:t>
                </w:r>
              </w:sdtContent>
            </w:sdt>
            <w:r w:rsidRPr="00E50110">
              <w:rPr>
                <w:lang w:val="es-ES"/>
              </w:rPr>
              <w:t xml:space="preserve"> Certificaciones</w:t>
            </w:r>
          </w:p>
        </w:tc>
      </w:tr>
      <w:tr w:rsidR="0019057E" w:rsidRPr="00E50110" w14:paraId="2731B02D" w14:textId="77777777">
        <w:trPr>
          <w:cantSplit/>
          <w:jc w:val="center"/>
        </w:trPr>
        <w:tc>
          <w:tcPr>
            <w:tcW w:w="5220" w:type="dxa"/>
            <w:tcBorders>
              <w:top w:val="single" w:sz="5" w:space="0" w:color="AFC3D6"/>
              <w:left w:val="single" w:sz="5" w:space="0" w:color="AFC3D6"/>
              <w:bottom w:val="single" w:sz="5" w:space="0" w:color="AFC3D6"/>
              <w:right w:val="single" w:sz="5" w:space="0" w:color="AFC3D6"/>
            </w:tcBorders>
            <w:shd w:val="clear" w:color="auto" w:fill="EAF1F8"/>
            <w:tcMar>
              <w:top w:w="38" w:type="dxa"/>
              <w:left w:w="70" w:type="dxa"/>
              <w:bottom w:w="38" w:type="dxa"/>
              <w:right w:w="50" w:type="dxa"/>
            </w:tcMar>
            <w:vAlign w:val="center"/>
          </w:tcPr>
          <w:p w14:paraId="16D4C7AB" w14:textId="77777777" w:rsidR="0019057E" w:rsidRPr="00E50110" w:rsidRDefault="00000000">
            <w:pPr>
              <w:spacing w:after="0" w:line="240" w:lineRule="auto"/>
              <w:rPr>
                <w:lang w:val="es-ES"/>
              </w:rPr>
            </w:pPr>
            <w:sdt>
              <w:sdtPr>
                <w:rPr>
                  <w:lang w:val="es-ES"/>
                </w:rPr>
                <w:alias w:val="req_item_9"/>
                <w:tag w:val="req_item_9"/>
                <w:id w:val="1899947110"/>
                <w14:checkbox>
                  <w14:checked w14:val="0"/>
                  <w14:checkedState w14:val="2612" w14:font="MS Gothic"/>
                  <w14:uncheckedState w14:val="2610" w14:font="MS Gothic"/>
                </w14:checkbox>
              </w:sdtPr>
              <w:sdtContent>
                <w:r w:rsidRPr="00E50110">
                  <w:rPr>
                    <w:color w:val="003B5C"/>
                    <w:lang w:val="es-ES"/>
                  </w:rPr>
                  <w:t>☐</w:t>
                </w:r>
              </w:sdtContent>
            </w:sdt>
            <w:r w:rsidRPr="00E50110">
              <w:rPr>
                <w:lang w:val="es-ES"/>
              </w:rPr>
              <w:t xml:space="preserve"> Examen Médico</w:t>
            </w:r>
          </w:p>
        </w:tc>
        <w:tc>
          <w:tcPr>
            <w:tcW w:w="5220" w:type="dxa"/>
            <w:tcBorders>
              <w:top w:val="single" w:sz="5" w:space="0" w:color="AFC3D6"/>
              <w:left w:val="single" w:sz="5" w:space="0" w:color="AFC3D6"/>
              <w:bottom w:val="single" w:sz="5" w:space="0" w:color="AFC3D6"/>
              <w:right w:val="single" w:sz="5" w:space="0" w:color="AFC3D6"/>
            </w:tcBorders>
            <w:shd w:val="clear" w:color="auto" w:fill="EAF1F8"/>
            <w:tcMar>
              <w:top w:w="38" w:type="dxa"/>
              <w:left w:w="70" w:type="dxa"/>
              <w:bottom w:w="38" w:type="dxa"/>
              <w:right w:w="50" w:type="dxa"/>
            </w:tcMar>
            <w:vAlign w:val="center"/>
          </w:tcPr>
          <w:p w14:paraId="7BFCAACF" w14:textId="77777777" w:rsidR="0019057E" w:rsidRPr="00E50110" w:rsidRDefault="00000000">
            <w:pPr>
              <w:spacing w:after="0" w:line="240" w:lineRule="auto"/>
              <w:rPr>
                <w:lang w:val="es-ES"/>
              </w:rPr>
            </w:pPr>
            <w:sdt>
              <w:sdtPr>
                <w:rPr>
                  <w:lang w:val="es-ES"/>
                </w:rPr>
                <w:alias w:val="req_item_10"/>
                <w:tag w:val="req_item_10"/>
                <w:id w:val="1210814466"/>
                <w14:checkbox>
                  <w14:checked w14:val="0"/>
                  <w14:checkedState w14:val="2612" w14:font="MS Gothic"/>
                  <w14:uncheckedState w14:val="2610" w14:font="MS Gothic"/>
                </w14:checkbox>
              </w:sdtPr>
              <w:sdtContent>
                <w:r w:rsidRPr="00E50110">
                  <w:rPr>
                    <w:color w:val="003B5C"/>
                    <w:lang w:val="es-ES"/>
                  </w:rPr>
                  <w:t>☐</w:t>
                </w:r>
              </w:sdtContent>
            </w:sdt>
            <w:r w:rsidRPr="00E50110">
              <w:rPr>
                <w:lang w:val="es-ES"/>
              </w:rPr>
              <w:t xml:space="preserve"> Vestimenta especial</w:t>
            </w:r>
          </w:p>
        </w:tc>
      </w:tr>
      <w:tr w:rsidR="0019057E" w:rsidRPr="00E50110" w14:paraId="1BB0E3A6" w14:textId="77777777">
        <w:trPr>
          <w:cantSplit/>
          <w:jc w:val="center"/>
        </w:trPr>
        <w:tc>
          <w:tcPr>
            <w:tcW w:w="5220" w:type="dxa"/>
            <w:tcBorders>
              <w:top w:val="single" w:sz="5" w:space="0" w:color="AFC3D6"/>
              <w:left w:val="single" w:sz="5" w:space="0" w:color="AFC3D6"/>
              <w:bottom w:val="single" w:sz="5" w:space="0" w:color="AFC3D6"/>
              <w:right w:val="single" w:sz="5" w:space="0" w:color="AFC3D6"/>
            </w:tcBorders>
            <w:shd w:val="clear" w:color="auto" w:fill="FFFFFF"/>
            <w:tcMar>
              <w:top w:w="38" w:type="dxa"/>
              <w:left w:w="70" w:type="dxa"/>
              <w:bottom w:w="38" w:type="dxa"/>
              <w:right w:w="50" w:type="dxa"/>
            </w:tcMar>
            <w:vAlign w:val="center"/>
          </w:tcPr>
          <w:p w14:paraId="38407442" w14:textId="77777777" w:rsidR="0019057E" w:rsidRPr="00E50110" w:rsidRDefault="00000000">
            <w:pPr>
              <w:spacing w:after="0" w:line="240" w:lineRule="auto"/>
              <w:rPr>
                <w:lang w:val="es-ES"/>
              </w:rPr>
            </w:pPr>
            <w:sdt>
              <w:sdtPr>
                <w:rPr>
                  <w:lang w:val="es-ES"/>
                </w:rPr>
                <w:alias w:val="req_item_11"/>
                <w:tag w:val="req_item_11"/>
                <w:id w:val="130187368"/>
                <w14:checkbox>
                  <w14:checked w14:val="0"/>
                  <w14:checkedState w14:val="2612" w14:font="MS Gothic"/>
                  <w14:uncheckedState w14:val="2610" w14:font="MS Gothic"/>
                </w14:checkbox>
              </w:sdtPr>
              <w:sdtContent>
                <w:r w:rsidRPr="00E50110">
                  <w:rPr>
                    <w:color w:val="003B5C"/>
                    <w:lang w:val="es-ES"/>
                  </w:rPr>
                  <w:t>☐</w:t>
                </w:r>
              </w:sdtContent>
            </w:sdt>
            <w:r w:rsidRPr="00E50110">
              <w:rPr>
                <w:lang w:val="es-ES"/>
              </w:rPr>
              <w:t xml:space="preserve"> Otro</w:t>
            </w:r>
          </w:p>
        </w:tc>
        <w:tc>
          <w:tcPr>
            <w:tcW w:w="5220" w:type="dxa"/>
            <w:tcBorders>
              <w:top w:val="single" w:sz="5" w:space="0" w:color="AFC3D6"/>
              <w:left w:val="single" w:sz="5" w:space="0" w:color="AFC3D6"/>
              <w:bottom w:val="single" w:sz="5" w:space="0" w:color="AFC3D6"/>
              <w:right w:val="single" w:sz="5" w:space="0" w:color="AFC3D6"/>
            </w:tcBorders>
            <w:shd w:val="clear" w:color="auto" w:fill="FFFFFF"/>
            <w:tcMar>
              <w:top w:w="45" w:type="dxa"/>
              <w:left w:w="60" w:type="dxa"/>
              <w:bottom w:w="45" w:type="dxa"/>
              <w:right w:w="60" w:type="dxa"/>
            </w:tcMar>
            <w:vAlign w:val="center"/>
          </w:tcPr>
          <w:p w14:paraId="1BB8CD83" w14:textId="77777777" w:rsidR="0019057E" w:rsidRPr="00E50110" w:rsidRDefault="0019057E">
            <w:pPr>
              <w:spacing w:after="0" w:line="240" w:lineRule="auto"/>
              <w:rPr>
                <w:lang w:val="es-ES"/>
              </w:rPr>
            </w:pPr>
          </w:p>
        </w:tc>
      </w:tr>
    </w:tbl>
    <w:p w14:paraId="6C1A0E99" w14:textId="77777777" w:rsidR="0019057E" w:rsidRPr="00E50110" w:rsidRDefault="00000000">
      <w:pPr>
        <w:spacing w:before="120" w:after="160" w:line="252" w:lineRule="auto"/>
        <w:rPr>
          <w:lang w:val="es-ES"/>
        </w:rPr>
      </w:pPr>
      <w:r w:rsidRPr="00E50110">
        <w:rPr>
          <w:i/>
          <w:lang w:val="es-ES"/>
        </w:rPr>
        <w:t>Nota: En caso de que el cliente omita declarar que existen requisitos especiales, es preciso anticipar que esto puede representar una modificación significativa en el costo resultante.</w:t>
      </w:r>
    </w:p>
    <w:tbl>
      <w:tblPr>
        <w:tblW w:w="5000" w:type="pct"/>
        <w:jc w:val="center"/>
        <w:tblLayout w:type="fixed"/>
        <w:tblLook w:val="04A0" w:firstRow="1" w:lastRow="0" w:firstColumn="1" w:lastColumn="0" w:noHBand="0" w:noVBand="1"/>
      </w:tblPr>
      <w:tblGrid>
        <w:gridCol w:w="10477"/>
      </w:tblGrid>
      <w:tr w:rsidR="0019057E" w:rsidRPr="00E50110" w14:paraId="362A8BB8" w14:textId="77777777" w:rsidTr="008D0CB2">
        <w:trPr>
          <w:cantSplit/>
          <w:jc w:val="center"/>
        </w:trPr>
        <w:tc>
          <w:tcPr>
            <w:tcW w:w="10477" w:type="dxa"/>
            <w:tcBorders>
              <w:top w:val="single" w:sz="4" w:space="0" w:color="AFC3D6"/>
              <w:left w:val="single" w:sz="24" w:space="0" w:color="C00000"/>
              <w:bottom w:val="single" w:sz="4" w:space="0" w:color="AFC3D6"/>
              <w:right w:val="single" w:sz="4" w:space="0" w:color="AFC3D6"/>
            </w:tcBorders>
            <w:shd w:val="clear" w:color="auto" w:fill="EAF1F8"/>
            <w:tcMar>
              <w:top w:w="60" w:type="dxa"/>
              <w:left w:w="120" w:type="dxa"/>
              <w:bottom w:w="60" w:type="dxa"/>
              <w:right w:w="80" w:type="dxa"/>
            </w:tcMar>
            <w:vAlign w:val="center"/>
          </w:tcPr>
          <w:p w14:paraId="5B7BC467" w14:textId="7812FB7F" w:rsidR="0019057E" w:rsidRPr="00E50110" w:rsidRDefault="00000000">
            <w:pPr>
              <w:spacing w:after="0" w:line="240" w:lineRule="auto"/>
              <w:rPr>
                <w:lang w:val="es-ES"/>
              </w:rPr>
            </w:pPr>
            <w:r w:rsidRPr="00E50110">
              <w:rPr>
                <w:lang w:val="es-ES"/>
              </w:rPr>
              <w:br w:type="page"/>
            </w:r>
            <w:r w:rsidRPr="00E50110">
              <w:rPr>
                <w:b/>
                <w:color w:val="003B5C"/>
                <w:sz w:val="26"/>
                <w:lang w:val="es-ES"/>
              </w:rPr>
              <w:t>5. Nivel de maduración del Sistema de Gestión</w:t>
            </w:r>
          </w:p>
        </w:tc>
      </w:tr>
    </w:tbl>
    <w:p w14:paraId="193EE5B1" w14:textId="77777777" w:rsidR="0019057E" w:rsidRPr="00E50110" w:rsidRDefault="00000000">
      <w:pPr>
        <w:spacing w:after="80" w:line="252" w:lineRule="auto"/>
        <w:rPr>
          <w:lang w:val="es-ES"/>
        </w:rPr>
      </w:pPr>
      <w:r w:rsidRPr="00E50110">
        <w:rPr>
          <w:b/>
          <w:sz w:val="22"/>
          <w:lang w:val="es-ES"/>
        </w:rPr>
        <w:t xml:space="preserve">5.1. Señale el nivel de madurez de su sistema de gestión </w:t>
      </w:r>
    </w:p>
    <w:tbl>
      <w:tblPr>
        <w:tblW w:w="5000" w:type="pct"/>
        <w:jc w:val="center"/>
        <w:tblLayout w:type="fixed"/>
        <w:tblLook w:val="04A0" w:firstRow="1" w:lastRow="0" w:firstColumn="1" w:lastColumn="0" w:noHBand="0" w:noVBand="1"/>
      </w:tblPr>
      <w:tblGrid>
        <w:gridCol w:w="652"/>
        <w:gridCol w:w="9848"/>
      </w:tblGrid>
      <w:tr w:rsidR="0019057E" w:rsidRPr="00E50110" w14:paraId="69EC7DCB" w14:textId="77777777">
        <w:trPr>
          <w:cantSplit/>
          <w:jc w:val="center"/>
        </w:trPr>
        <w:tc>
          <w:tcPr>
            <w:tcW w:w="648" w:type="dxa"/>
            <w:tcBorders>
              <w:top w:val="single" w:sz="5" w:space="0" w:color="AFC3D6"/>
              <w:left w:val="single" w:sz="5" w:space="0" w:color="AFC3D6"/>
              <w:bottom w:val="single" w:sz="5" w:space="0" w:color="AFC3D6"/>
              <w:right w:val="single" w:sz="5" w:space="0" w:color="AFC3D6"/>
            </w:tcBorders>
            <w:tcMar>
              <w:top w:w="55" w:type="dxa"/>
              <w:left w:w="30" w:type="dxa"/>
              <w:bottom w:w="55" w:type="dxa"/>
              <w:right w:w="30" w:type="dxa"/>
            </w:tcMar>
            <w:vAlign w:val="center"/>
          </w:tcPr>
          <w:p w14:paraId="1CFE7498" w14:textId="77777777" w:rsidR="0019057E" w:rsidRPr="00E50110" w:rsidRDefault="00000000">
            <w:pPr>
              <w:spacing w:after="0" w:line="240" w:lineRule="auto"/>
              <w:jc w:val="center"/>
              <w:rPr>
                <w:lang w:val="es-ES"/>
              </w:rPr>
            </w:pPr>
            <w:sdt>
              <w:sdtPr>
                <w:rPr>
                  <w:lang w:val="es-ES"/>
                </w:rPr>
                <w:alias w:val="nivel_1"/>
                <w:tag w:val="nivel_1"/>
                <w:id w:val="2095794820"/>
                <w14:checkbox>
                  <w14:checked w14:val="0"/>
                  <w14:checkedState w14:val="2612" w14:font="MS Gothic"/>
                  <w14:uncheckedState w14:val="2610" w14:font="MS Gothic"/>
                </w14:checkbox>
              </w:sdtPr>
              <w:sdtContent>
                <w:r w:rsidRPr="00E50110">
                  <w:rPr>
                    <w:color w:val="003B5C"/>
                    <w:lang w:val="es-ES"/>
                  </w:rPr>
                  <w:t>☐</w:t>
                </w:r>
              </w:sdtContent>
            </w:sdt>
          </w:p>
        </w:tc>
        <w:tc>
          <w:tcPr>
            <w:tcW w:w="9792" w:type="dxa"/>
            <w:tcBorders>
              <w:top w:val="single" w:sz="5" w:space="0" w:color="AFC3D6"/>
              <w:left w:val="single" w:sz="5" w:space="0" w:color="AFC3D6"/>
              <w:bottom w:val="single" w:sz="5" w:space="0" w:color="AFC3D6"/>
              <w:right w:val="single" w:sz="5" w:space="0" w:color="AFC3D6"/>
            </w:tcBorders>
            <w:shd w:val="clear" w:color="auto" w:fill="FFFFFF"/>
            <w:tcMar>
              <w:top w:w="55" w:type="dxa"/>
              <w:left w:w="70" w:type="dxa"/>
              <w:bottom w:w="55" w:type="dxa"/>
              <w:right w:w="70" w:type="dxa"/>
            </w:tcMar>
            <w:vAlign w:val="center"/>
          </w:tcPr>
          <w:p w14:paraId="68CBB505" w14:textId="77777777" w:rsidR="0019057E" w:rsidRPr="00E50110" w:rsidRDefault="00000000">
            <w:pPr>
              <w:spacing w:after="0" w:line="240" w:lineRule="auto"/>
              <w:rPr>
                <w:lang w:val="es-ES"/>
              </w:rPr>
            </w:pPr>
            <w:r w:rsidRPr="00E50110">
              <w:rPr>
                <w:lang w:val="es-ES"/>
              </w:rPr>
              <w:t>Nivel 1 – Inicial: Los procesos no están estructurados, documentados ni son reactivos. Dependencia alta del esfuerzo individual</w:t>
            </w:r>
          </w:p>
        </w:tc>
      </w:tr>
      <w:tr w:rsidR="0019057E" w:rsidRPr="00E50110" w14:paraId="31E52FFB" w14:textId="77777777">
        <w:trPr>
          <w:cantSplit/>
          <w:jc w:val="center"/>
        </w:trPr>
        <w:tc>
          <w:tcPr>
            <w:tcW w:w="648" w:type="dxa"/>
            <w:tcBorders>
              <w:top w:val="single" w:sz="5" w:space="0" w:color="AFC3D6"/>
              <w:left w:val="single" w:sz="5" w:space="0" w:color="AFC3D6"/>
              <w:bottom w:val="single" w:sz="5" w:space="0" w:color="AFC3D6"/>
              <w:right w:val="single" w:sz="5" w:space="0" w:color="AFC3D6"/>
            </w:tcBorders>
            <w:shd w:val="clear" w:color="auto" w:fill="EAF1F8"/>
            <w:tcMar>
              <w:top w:w="55" w:type="dxa"/>
              <w:left w:w="30" w:type="dxa"/>
              <w:bottom w:w="55" w:type="dxa"/>
              <w:right w:w="30" w:type="dxa"/>
            </w:tcMar>
            <w:vAlign w:val="center"/>
          </w:tcPr>
          <w:p w14:paraId="30A2D40D" w14:textId="77777777" w:rsidR="0019057E" w:rsidRPr="00E50110" w:rsidRDefault="00000000">
            <w:pPr>
              <w:spacing w:after="0" w:line="240" w:lineRule="auto"/>
              <w:jc w:val="center"/>
              <w:rPr>
                <w:lang w:val="es-ES"/>
              </w:rPr>
            </w:pPr>
            <w:sdt>
              <w:sdtPr>
                <w:rPr>
                  <w:lang w:val="es-ES"/>
                </w:rPr>
                <w:alias w:val="nivel_2"/>
                <w:tag w:val="nivel_2"/>
                <w:id w:val="1110343318"/>
                <w14:checkbox>
                  <w14:checked w14:val="0"/>
                  <w14:checkedState w14:val="2612" w14:font="MS Gothic"/>
                  <w14:uncheckedState w14:val="2610" w14:font="MS Gothic"/>
                </w14:checkbox>
              </w:sdtPr>
              <w:sdtContent>
                <w:r w:rsidRPr="00E50110">
                  <w:rPr>
                    <w:color w:val="003B5C"/>
                    <w:lang w:val="es-ES"/>
                  </w:rPr>
                  <w:t>☐</w:t>
                </w:r>
              </w:sdtContent>
            </w:sdt>
          </w:p>
        </w:tc>
        <w:tc>
          <w:tcPr>
            <w:tcW w:w="9792" w:type="dxa"/>
            <w:tcBorders>
              <w:top w:val="single" w:sz="5" w:space="0" w:color="AFC3D6"/>
              <w:left w:val="single" w:sz="5" w:space="0" w:color="AFC3D6"/>
              <w:bottom w:val="single" w:sz="5" w:space="0" w:color="AFC3D6"/>
              <w:right w:val="single" w:sz="5" w:space="0" w:color="AFC3D6"/>
            </w:tcBorders>
            <w:shd w:val="clear" w:color="auto" w:fill="EAF1F8"/>
            <w:tcMar>
              <w:top w:w="55" w:type="dxa"/>
              <w:left w:w="70" w:type="dxa"/>
              <w:bottom w:w="55" w:type="dxa"/>
              <w:right w:w="70" w:type="dxa"/>
            </w:tcMar>
            <w:vAlign w:val="center"/>
          </w:tcPr>
          <w:p w14:paraId="71ADC180" w14:textId="77777777" w:rsidR="0019057E" w:rsidRPr="00E50110" w:rsidRDefault="00000000">
            <w:pPr>
              <w:spacing w:after="0" w:line="240" w:lineRule="auto"/>
              <w:rPr>
                <w:lang w:val="es-ES"/>
              </w:rPr>
            </w:pPr>
            <w:r w:rsidRPr="00E50110">
              <w:rPr>
                <w:lang w:val="es-ES"/>
              </w:rPr>
              <w:t>Nivel 2 - Repetible/Estructurado: Se establecen procesos básicos, pero no están completamente estandarizados en toda la organización.</w:t>
            </w:r>
          </w:p>
        </w:tc>
      </w:tr>
      <w:tr w:rsidR="0019057E" w:rsidRPr="00E50110" w14:paraId="7222D4FB" w14:textId="77777777">
        <w:trPr>
          <w:cantSplit/>
          <w:jc w:val="center"/>
        </w:trPr>
        <w:tc>
          <w:tcPr>
            <w:tcW w:w="648" w:type="dxa"/>
            <w:tcBorders>
              <w:top w:val="single" w:sz="5" w:space="0" w:color="AFC3D6"/>
              <w:left w:val="single" w:sz="5" w:space="0" w:color="AFC3D6"/>
              <w:bottom w:val="single" w:sz="5" w:space="0" w:color="AFC3D6"/>
              <w:right w:val="single" w:sz="5" w:space="0" w:color="AFC3D6"/>
            </w:tcBorders>
            <w:tcMar>
              <w:top w:w="55" w:type="dxa"/>
              <w:left w:w="30" w:type="dxa"/>
              <w:bottom w:w="55" w:type="dxa"/>
              <w:right w:w="30" w:type="dxa"/>
            </w:tcMar>
            <w:vAlign w:val="center"/>
          </w:tcPr>
          <w:p w14:paraId="406E79FD" w14:textId="77777777" w:rsidR="0019057E" w:rsidRPr="00E50110" w:rsidRDefault="00000000">
            <w:pPr>
              <w:spacing w:after="0" w:line="240" w:lineRule="auto"/>
              <w:jc w:val="center"/>
              <w:rPr>
                <w:lang w:val="es-ES"/>
              </w:rPr>
            </w:pPr>
            <w:sdt>
              <w:sdtPr>
                <w:rPr>
                  <w:lang w:val="es-ES"/>
                </w:rPr>
                <w:alias w:val="nivel_3"/>
                <w:tag w:val="nivel_3"/>
                <w:id w:val="1581125242"/>
                <w14:checkbox>
                  <w14:checked w14:val="0"/>
                  <w14:checkedState w14:val="2612" w14:font="MS Gothic"/>
                  <w14:uncheckedState w14:val="2610" w14:font="MS Gothic"/>
                </w14:checkbox>
              </w:sdtPr>
              <w:sdtContent>
                <w:r w:rsidRPr="00E50110">
                  <w:rPr>
                    <w:color w:val="003B5C"/>
                    <w:lang w:val="es-ES"/>
                  </w:rPr>
                  <w:t>☐</w:t>
                </w:r>
              </w:sdtContent>
            </w:sdt>
          </w:p>
        </w:tc>
        <w:tc>
          <w:tcPr>
            <w:tcW w:w="9792" w:type="dxa"/>
            <w:tcBorders>
              <w:top w:val="single" w:sz="5" w:space="0" w:color="AFC3D6"/>
              <w:left w:val="single" w:sz="5" w:space="0" w:color="AFC3D6"/>
              <w:bottom w:val="single" w:sz="5" w:space="0" w:color="AFC3D6"/>
              <w:right w:val="single" w:sz="5" w:space="0" w:color="AFC3D6"/>
            </w:tcBorders>
            <w:shd w:val="clear" w:color="auto" w:fill="FFFFFF"/>
            <w:tcMar>
              <w:top w:w="55" w:type="dxa"/>
              <w:left w:w="70" w:type="dxa"/>
              <w:bottom w:w="55" w:type="dxa"/>
              <w:right w:w="70" w:type="dxa"/>
            </w:tcMar>
            <w:vAlign w:val="center"/>
          </w:tcPr>
          <w:p w14:paraId="694AB586" w14:textId="77777777" w:rsidR="0019057E" w:rsidRPr="00E50110" w:rsidRDefault="00000000">
            <w:pPr>
              <w:spacing w:after="0" w:line="240" w:lineRule="auto"/>
              <w:rPr>
                <w:lang w:val="es-ES"/>
              </w:rPr>
            </w:pPr>
            <w:r w:rsidRPr="00E50110">
              <w:rPr>
                <w:lang w:val="es-ES"/>
              </w:rPr>
              <w:t>Nivel 3 - Definido/Establecido: El sistema de gestión está documentado, estandarizado y se aplica de forma consistente en toda la organización.</w:t>
            </w:r>
          </w:p>
        </w:tc>
      </w:tr>
      <w:tr w:rsidR="0019057E" w:rsidRPr="00E50110" w14:paraId="01ABF654" w14:textId="77777777">
        <w:trPr>
          <w:cantSplit/>
          <w:jc w:val="center"/>
        </w:trPr>
        <w:tc>
          <w:tcPr>
            <w:tcW w:w="648" w:type="dxa"/>
            <w:tcBorders>
              <w:top w:val="single" w:sz="5" w:space="0" w:color="AFC3D6"/>
              <w:left w:val="single" w:sz="5" w:space="0" w:color="AFC3D6"/>
              <w:bottom w:val="single" w:sz="5" w:space="0" w:color="AFC3D6"/>
              <w:right w:val="single" w:sz="5" w:space="0" w:color="AFC3D6"/>
            </w:tcBorders>
            <w:shd w:val="clear" w:color="auto" w:fill="EAF1F8"/>
            <w:tcMar>
              <w:top w:w="55" w:type="dxa"/>
              <w:left w:w="30" w:type="dxa"/>
              <w:bottom w:w="55" w:type="dxa"/>
              <w:right w:w="30" w:type="dxa"/>
            </w:tcMar>
            <w:vAlign w:val="center"/>
          </w:tcPr>
          <w:p w14:paraId="3D519253" w14:textId="77777777" w:rsidR="0019057E" w:rsidRPr="00E50110" w:rsidRDefault="00000000">
            <w:pPr>
              <w:spacing w:after="0" w:line="240" w:lineRule="auto"/>
              <w:jc w:val="center"/>
              <w:rPr>
                <w:lang w:val="es-ES"/>
              </w:rPr>
            </w:pPr>
            <w:sdt>
              <w:sdtPr>
                <w:rPr>
                  <w:lang w:val="es-ES"/>
                </w:rPr>
                <w:alias w:val="nivel_4"/>
                <w:tag w:val="nivel_4"/>
                <w:id w:val="1308021169"/>
                <w14:checkbox>
                  <w14:checked w14:val="0"/>
                  <w14:checkedState w14:val="2612" w14:font="MS Gothic"/>
                  <w14:uncheckedState w14:val="2610" w14:font="MS Gothic"/>
                </w14:checkbox>
              </w:sdtPr>
              <w:sdtContent>
                <w:r w:rsidRPr="00E50110">
                  <w:rPr>
                    <w:color w:val="003B5C"/>
                    <w:lang w:val="es-ES"/>
                  </w:rPr>
                  <w:t>☐</w:t>
                </w:r>
              </w:sdtContent>
            </w:sdt>
          </w:p>
        </w:tc>
        <w:tc>
          <w:tcPr>
            <w:tcW w:w="9792" w:type="dxa"/>
            <w:tcBorders>
              <w:top w:val="single" w:sz="5" w:space="0" w:color="AFC3D6"/>
              <w:left w:val="single" w:sz="5" w:space="0" w:color="AFC3D6"/>
              <w:bottom w:val="single" w:sz="5" w:space="0" w:color="AFC3D6"/>
              <w:right w:val="single" w:sz="5" w:space="0" w:color="AFC3D6"/>
            </w:tcBorders>
            <w:shd w:val="clear" w:color="auto" w:fill="EAF1F8"/>
            <w:tcMar>
              <w:top w:w="55" w:type="dxa"/>
              <w:left w:w="70" w:type="dxa"/>
              <w:bottom w:w="55" w:type="dxa"/>
              <w:right w:w="70" w:type="dxa"/>
            </w:tcMar>
            <w:vAlign w:val="center"/>
          </w:tcPr>
          <w:p w14:paraId="7D675EC7" w14:textId="77777777" w:rsidR="0019057E" w:rsidRPr="00E50110" w:rsidRDefault="00000000">
            <w:pPr>
              <w:spacing w:after="0" w:line="240" w:lineRule="auto"/>
              <w:rPr>
                <w:lang w:val="es-ES"/>
              </w:rPr>
            </w:pPr>
            <w:r w:rsidRPr="00E50110">
              <w:rPr>
                <w:lang w:val="es-ES"/>
              </w:rPr>
              <w:t>Nivel 4 - Gestionado/Gestionado cuantitativamente: Los procesos se miden, se monitorizan mediante indicadores clave de rendimiento (KPI) y se gestionan en función de los datos.</w:t>
            </w:r>
          </w:p>
        </w:tc>
      </w:tr>
      <w:tr w:rsidR="0019057E" w:rsidRPr="00E50110" w14:paraId="7A4122FB" w14:textId="77777777">
        <w:trPr>
          <w:cantSplit/>
          <w:jc w:val="center"/>
        </w:trPr>
        <w:tc>
          <w:tcPr>
            <w:tcW w:w="648" w:type="dxa"/>
            <w:tcBorders>
              <w:top w:val="single" w:sz="5" w:space="0" w:color="AFC3D6"/>
              <w:left w:val="single" w:sz="5" w:space="0" w:color="AFC3D6"/>
              <w:bottom w:val="single" w:sz="5" w:space="0" w:color="AFC3D6"/>
              <w:right w:val="single" w:sz="5" w:space="0" w:color="AFC3D6"/>
            </w:tcBorders>
            <w:tcMar>
              <w:top w:w="55" w:type="dxa"/>
              <w:left w:w="30" w:type="dxa"/>
              <w:bottom w:w="55" w:type="dxa"/>
              <w:right w:w="30" w:type="dxa"/>
            </w:tcMar>
            <w:vAlign w:val="center"/>
          </w:tcPr>
          <w:p w14:paraId="3D1595B6" w14:textId="77777777" w:rsidR="0019057E" w:rsidRPr="00E50110" w:rsidRDefault="00000000">
            <w:pPr>
              <w:spacing w:after="0" w:line="240" w:lineRule="auto"/>
              <w:jc w:val="center"/>
              <w:rPr>
                <w:lang w:val="es-ES"/>
              </w:rPr>
            </w:pPr>
            <w:sdt>
              <w:sdtPr>
                <w:rPr>
                  <w:lang w:val="es-ES"/>
                </w:rPr>
                <w:alias w:val="nivel_5"/>
                <w:tag w:val="nivel_5"/>
                <w:id w:val="1882875376"/>
                <w14:checkbox>
                  <w14:checked w14:val="0"/>
                  <w14:checkedState w14:val="2612" w14:font="MS Gothic"/>
                  <w14:uncheckedState w14:val="2610" w14:font="MS Gothic"/>
                </w14:checkbox>
              </w:sdtPr>
              <w:sdtContent>
                <w:r w:rsidRPr="00E50110">
                  <w:rPr>
                    <w:color w:val="003B5C"/>
                    <w:lang w:val="es-ES"/>
                  </w:rPr>
                  <w:t>☐</w:t>
                </w:r>
              </w:sdtContent>
            </w:sdt>
          </w:p>
        </w:tc>
        <w:tc>
          <w:tcPr>
            <w:tcW w:w="9792" w:type="dxa"/>
            <w:tcBorders>
              <w:top w:val="single" w:sz="5" w:space="0" w:color="AFC3D6"/>
              <w:left w:val="single" w:sz="5" w:space="0" w:color="AFC3D6"/>
              <w:bottom w:val="single" w:sz="5" w:space="0" w:color="AFC3D6"/>
              <w:right w:val="single" w:sz="5" w:space="0" w:color="AFC3D6"/>
            </w:tcBorders>
            <w:shd w:val="clear" w:color="auto" w:fill="FFFFFF"/>
            <w:tcMar>
              <w:top w:w="55" w:type="dxa"/>
              <w:left w:w="70" w:type="dxa"/>
              <w:bottom w:w="55" w:type="dxa"/>
              <w:right w:w="70" w:type="dxa"/>
            </w:tcMar>
            <w:vAlign w:val="center"/>
          </w:tcPr>
          <w:p w14:paraId="001D2C82" w14:textId="77777777" w:rsidR="0019057E" w:rsidRPr="00E50110" w:rsidRDefault="00000000">
            <w:pPr>
              <w:spacing w:after="0" w:line="240" w:lineRule="auto"/>
              <w:rPr>
                <w:lang w:val="es-ES"/>
              </w:rPr>
            </w:pPr>
            <w:r w:rsidRPr="00E50110">
              <w:rPr>
                <w:lang w:val="es-ES"/>
              </w:rPr>
              <w:t xml:space="preserve">Nivel 5 - Optimizado: Centrado en la mejora continua, la innovación y los sistemas proactivos, automatizados o basados ​​en IA. </w:t>
            </w:r>
          </w:p>
        </w:tc>
      </w:tr>
    </w:tbl>
    <w:p w14:paraId="424BCEA9" w14:textId="77777777" w:rsidR="0019057E" w:rsidRPr="00E50110" w:rsidRDefault="0019057E">
      <w:pPr>
        <w:rPr>
          <w:lang w:val="es-ES"/>
        </w:rPr>
      </w:pPr>
    </w:p>
    <w:tbl>
      <w:tblPr>
        <w:tblW w:w="5000" w:type="pct"/>
        <w:jc w:val="center"/>
        <w:tblLayout w:type="fixed"/>
        <w:tblLook w:val="04A0" w:firstRow="1" w:lastRow="0" w:firstColumn="1" w:lastColumn="0" w:noHBand="0" w:noVBand="1"/>
      </w:tblPr>
      <w:tblGrid>
        <w:gridCol w:w="10477"/>
      </w:tblGrid>
      <w:tr w:rsidR="0019057E" w:rsidRPr="00E50110" w14:paraId="73A23345" w14:textId="77777777" w:rsidTr="00104AE4">
        <w:trPr>
          <w:cantSplit/>
          <w:jc w:val="center"/>
        </w:trPr>
        <w:tc>
          <w:tcPr>
            <w:tcW w:w="10477" w:type="dxa"/>
            <w:tcBorders>
              <w:top w:val="single" w:sz="4" w:space="0" w:color="AFC3D6"/>
              <w:left w:val="single" w:sz="24" w:space="0" w:color="C00000"/>
              <w:bottom w:val="single" w:sz="4" w:space="0" w:color="AFC3D6"/>
              <w:right w:val="single" w:sz="4" w:space="0" w:color="AFC3D6"/>
            </w:tcBorders>
            <w:shd w:val="clear" w:color="auto" w:fill="EAF1F8"/>
            <w:tcMar>
              <w:top w:w="60" w:type="dxa"/>
              <w:left w:w="120" w:type="dxa"/>
              <w:bottom w:w="60" w:type="dxa"/>
              <w:right w:w="80" w:type="dxa"/>
            </w:tcMar>
            <w:vAlign w:val="center"/>
          </w:tcPr>
          <w:p w14:paraId="717D6BEC" w14:textId="77777777" w:rsidR="0019057E" w:rsidRPr="00E50110" w:rsidRDefault="00000000">
            <w:pPr>
              <w:spacing w:after="0" w:line="240" w:lineRule="auto"/>
              <w:rPr>
                <w:lang w:val="es-ES"/>
              </w:rPr>
            </w:pPr>
            <w:r w:rsidRPr="00E50110">
              <w:rPr>
                <w:b/>
                <w:color w:val="003B5C"/>
                <w:sz w:val="26"/>
                <w:lang w:val="es-ES"/>
              </w:rPr>
              <w:t>6. TRANSFERENCIA DE CERTIFICACIÓN</w:t>
            </w:r>
          </w:p>
        </w:tc>
      </w:tr>
    </w:tbl>
    <w:p w14:paraId="3095C5B2" w14:textId="77777777" w:rsidR="0019057E" w:rsidRPr="00E50110" w:rsidRDefault="0019057E">
      <w:pPr>
        <w:spacing w:after="80" w:line="240" w:lineRule="auto"/>
        <w:rPr>
          <w:lang w:val="es-ES"/>
        </w:rPr>
      </w:pPr>
    </w:p>
    <w:tbl>
      <w:tblPr>
        <w:tblW w:w="5000" w:type="pct"/>
        <w:jc w:val="center"/>
        <w:tblLayout w:type="fixed"/>
        <w:tblLook w:val="04A0" w:firstRow="1" w:lastRow="0" w:firstColumn="1" w:lastColumn="0" w:noHBand="0" w:noVBand="1"/>
      </w:tblPr>
      <w:tblGrid>
        <w:gridCol w:w="8617"/>
        <w:gridCol w:w="1883"/>
      </w:tblGrid>
      <w:tr w:rsidR="0019057E" w:rsidRPr="00E50110" w14:paraId="021F227C" w14:textId="77777777">
        <w:trPr>
          <w:cantSplit/>
          <w:jc w:val="center"/>
        </w:trPr>
        <w:tc>
          <w:tcPr>
            <w:tcW w:w="8568" w:type="dxa"/>
            <w:tcBorders>
              <w:top w:val="single" w:sz="5" w:space="0" w:color="AFC3D6"/>
              <w:left w:val="single" w:sz="5" w:space="0" w:color="AFC3D6"/>
              <w:bottom w:val="single" w:sz="5" w:space="0" w:color="AFC3D6"/>
              <w:right w:val="single" w:sz="5" w:space="0" w:color="AFC3D6"/>
            </w:tcBorders>
            <w:shd w:val="clear" w:color="auto" w:fill="FFFFFF"/>
            <w:tcMar>
              <w:top w:w="45" w:type="dxa"/>
              <w:left w:w="60" w:type="dxa"/>
              <w:bottom w:w="45" w:type="dxa"/>
              <w:right w:w="60" w:type="dxa"/>
            </w:tcMar>
            <w:vAlign w:val="center"/>
          </w:tcPr>
          <w:p w14:paraId="7CCDF93B" w14:textId="77777777" w:rsidR="0019057E" w:rsidRPr="00E50110" w:rsidRDefault="00000000">
            <w:pPr>
              <w:spacing w:after="0" w:line="240" w:lineRule="auto"/>
              <w:rPr>
                <w:lang w:val="es-ES"/>
              </w:rPr>
            </w:pPr>
            <w:r w:rsidRPr="00E50110">
              <w:rPr>
                <w:b/>
                <w:i/>
                <w:lang w:val="es-ES"/>
              </w:rPr>
              <w:t>¿Está interesado en una cotización por parte de AVR que incluya una transferencia de su actual organismo certificador?</w:t>
            </w:r>
          </w:p>
        </w:tc>
        <w:tc>
          <w:tcPr>
            <w:tcW w:w="1872" w:type="dxa"/>
            <w:tcBorders>
              <w:top w:val="single" w:sz="5" w:space="0" w:color="AFC3D6"/>
              <w:left w:val="single" w:sz="5" w:space="0" w:color="AFC3D6"/>
              <w:bottom w:val="single" w:sz="5" w:space="0" w:color="AFC3D6"/>
              <w:right w:val="single" w:sz="5" w:space="0" w:color="AFC3D6"/>
            </w:tcBorders>
            <w:tcMar>
              <w:top w:w="40" w:type="dxa"/>
              <w:left w:w="35" w:type="dxa"/>
              <w:bottom w:w="40" w:type="dxa"/>
              <w:right w:w="35" w:type="dxa"/>
            </w:tcMar>
            <w:vAlign w:val="center"/>
          </w:tcPr>
          <w:p w14:paraId="04DF35C9" w14:textId="77777777" w:rsidR="0019057E" w:rsidRPr="00E50110" w:rsidRDefault="00000000">
            <w:pPr>
              <w:spacing w:after="0" w:line="240" w:lineRule="auto"/>
              <w:jc w:val="center"/>
              <w:rPr>
                <w:lang w:val="es-ES"/>
              </w:rPr>
            </w:pPr>
            <w:sdt>
              <w:sdtPr>
                <w:rPr>
                  <w:lang w:val="es-ES"/>
                </w:rPr>
                <w:alias w:val="transferencia_1"/>
                <w:tag w:val="transferencia_1"/>
                <w:id w:val="1000737066"/>
                <w14:checkbox>
                  <w14:checked w14:val="0"/>
                  <w14:checkedState w14:val="2612" w14:font="MS Gothic"/>
                  <w14:uncheckedState w14:val="2610" w14:font="MS Gothic"/>
                </w14:checkbox>
              </w:sdtPr>
              <w:sdtContent>
                <w:r w:rsidRPr="00E50110">
                  <w:rPr>
                    <w:color w:val="003B5C"/>
                    <w:lang w:val="es-ES"/>
                  </w:rPr>
                  <w:t>☐</w:t>
                </w:r>
              </w:sdtContent>
            </w:sdt>
            <w:r w:rsidRPr="00E50110">
              <w:rPr>
                <w:color w:val="003B5C"/>
                <w:lang w:val="es-ES"/>
              </w:rPr>
              <w:t xml:space="preserve"> Sí</w:t>
            </w:r>
            <w:r w:rsidRPr="00E50110">
              <w:rPr>
                <w:lang w:val="es-ES"/>
              </w:rPr>
              <w:t xml:space="preserve">   </w:t>
            </w:r>
            <w:sdt>
              <w:sdtPr>
                <w:rPr>
                  <w:lang w:val="es-ES"/>
                </w:rPr>
                <w:alias w:val="transferencia_2"/>
                <w:tag w:val="transferencia_2"/>
                <w:id w:val="923830163"/>
                <w14:checkbox>
                  <w14:checked w14:val="0"/>
                  <w14:checkedState w14:val="2612" w14:font="MS Gothic"/>
                  <w14:uncheckedState w14:val="2610" w14:font="MS Gothic"/>
                </w14:checkbox>
              </w:sdtPr>
              <w:sdtContent>
                <w:r w:rsidRPr="00E50110">
                  <w:rPr>
                    <w:color w:val="003B5C"/>
                    <w:lang w:val="es-ES"/>
                  </w:rPr>
                  <w:t>☐</w:t>
                </w:r>
              </w:sdtContent>
            </w:sdt>
            <w:r w:rsidRPr="00E50110">
              <w:rPr>
                <w:color w:val="003B5C"/>
                <w:lang w:val="es-ES"/>
              </w:rPr>
              <w:t xml:space="preserve"> No</w:t>
            </w:r>
          </w:p>
        </w:tc>
      </w:tr>
    </w:tbl>
    <w:p w14:paraId="7F7AA6F1" w14:textId="77777777" w:rsidR="0019057E" w:rsidRPr="00E50110" w:rsidRDefault="00000000">
      <w:pPr>
        <w:spacing w:before="80" w:after="20" w:line="252" w:lineRule="auto"/>
        <w:ind w:left="360"/>
        <w:rPr>
          <w:lang w:val="es-ES"/>
        </w:rPr>
      </w:pPr>
      <w:r w:rsidRPr="00E50110">
        <w:rPr>
          <w:b/>
          <w:i/>
          <w:lang w:val="es-ES"/>
        </w:rPr>
        <w:t>a) Estado actual de la certificación:</w:t>
      </w:r>
    </w:p>
    <w:p w14:paraId="1F6358BA" w14:textId="77777777" w:rsidR="0019057E" w:rsidRPr="00E50110" w:rsidRDefault="00000000">
      <w:pPr>
        <w:spacing w:after="40"/>
        <w:ind w:left="648"/>
        <w:rPr>
          <w:lang w:val="es-ES"/>
        </w:rPr>
      </w:pPr>
      <w:sdt>
        <w:sdtPr>
          <w:rPr>
            <w:lang w:val="es-ES"/>
          </w:rPr>
          <w:alias w:val="estado_vigente"/>
          <w:tag w:val="estado_vigente"/>
          <w:id w:val="157884028"/>
          <w14:checkbox>
            <w14:checked w14:val="0"/>
            <w14:checkedState w14:val="2612" w14:font="MS Gothic"/>
            <w14:uncheckedState w14:val="2610" w14:font="MS Gothic"/>
          </w14:checkbox>
        </w:sdtPr>
        <w:sdtContent>
          <w:r w:rsidRPr="00E50110">
            <w:rPr>
              <w:color w:val="003B5C"/>
              <w:lang w:val="es-ES"/>
            </w:rPr>
            <w:t>☐</w:t>
          </w:r>
        </w:sdtContent>
      </w:sdt>
      <w:r w:rsidRPr="00E50110">
        <w:rPr>
          <w:color w:val="003B5C"/>
          <w:lang w:val="es-ES"/>
        </w:rPr>
        <w:t xml:space="preserve"> Vigente</w:t>
      </w:r>
      <w:r w:rsidRPr="00E50110">
        <w:rPr>
          <w:lang w:val="es-ES"/>
        </w:rPr>
        <w:t xml:space="preserve">     </w:t>
      </w:r>
      <w:sdt>
        <w:sdtPr>
          <w:rPr>
            <w:lang w:val="es-ES"/>
          </w:rPr>
          <w:alias w:val="estado_suspendido"/>
          <w:tag w:val="estado_suspendido"/>
          <w:id w:val="92415676"/>
          <w14:checkbox>
            <w14:checked w14:val="0"/>
            <w14:checkedState w14:val="2612" w14:font="MS Gothic"/>
            <w14:uncheckedState w14:val="2610" w14:font="MS Gothic"/>
          </w14:checkbox>
        </w:sdtPr>
        <w:sdtContent>
          <w:r w:rsidRPr="00E50110">
            <w:rPr>
              <w:color w:val="003B5C"/>
              <w:lang w:val="es-ES"/>
            </w:rPr>
            <w:t>☐</w:t>
          </w:r>
        </w:sdtContent>
      </w:sdt>
      <w:r w:rsidRPr="00E50110">
        <w:rPr>
          <w:color w:val="003B5C"/>
          <w:lang w:val="es-ES"/>
        </w:rPr>
        <w:t xml:space="preserve"> Suspendido</w:t>
      </w:r>
      <w:r w:rsidRPr="00E50110">
        <w:rPr>
          <w:lang w:val="es-ES"/>
        </w:rPr>
        <w:t xml:space="preserve">     </w:t>
      </w:r>
      <w:sdt>
        <w:sdtPr>
          <w:rPr>
            <w:lang w:val="es-ES"/>
          </w:rPr>
          <w:alias w:val="estado_cancelado"/>
          <w:tag w:val="estado_cancelado"/>
          <w:id w:val="1393763308"/>
          <w14:checkbox>
            <w14:checked w14:val="0"/>
            <w14:checkedState w14:val="2612" w14:font="MS Gothic"/>
            <w14:uncheckedState w14:val="2610" w14:font="MS Gothic"/>
          </w14:checkbox>
        </w:sdtPr>
        <w:sdtContent>
          <w:r w:rsidRPr="00E50110">
            <w:rPr>
              <w:color w:val="003B5C"/>
              <w:lang w:val="es-ES"/>
            </w:rPr>
            <w:t>☐</w:t>
          </w:r>
        </w:sdtContent>
      </w:sdt>
      <w:r w:rsidRPr="00E50110">
        <w:rPr>
          <w:color w:val="003B5C"/>
          <w:lang w:val="es-ES"/>
        </w:rPr>
        <w:t xml:space="preserve"> Cancelado</w:t>
      </w:r>
    </w:p>
    <w:p w14:paraId="414F94A3" w14:textId="77777777" w:rsidR="0019057E" w:rsidRPr="00E50110" w:rsidRDefault="00000000">
      <w:pPr>
        <w:spacing w:before="20" w:after="20" w:line="252" w:lineRule="auto"/>
        <w:ind w:left="360"/>
        <w:rPr>
          <w:lang w:val="es-ES"/>
        </w:rPr>
      </w:pPr>
      <w:r w:rsidRPr="00E50110">
        <w:rPr>
          <w:b/>
          <w:i/>
          <w:lang w:val="es-ES"/>
        </w:rPr>
        <w:t>b) Siguiente tipo de auditoria planificada con su organismo actual:</w:t>
      </w:r>
    </w:p>
    <w:p w14:paraId="0BC01078" w14:textId="62448390" w:rsidR="008D0CB2" w:rsidRPr="00E50110" w:rsidRDefault="00000000" w:rsidP="008D0CB2">
      <w:pPr>
        <w:spacing w:after="80"/>
        <w:ind w:left="648"/>
        <w:rPr>
          <w:color w:val="003B5C"/>
          <w:lang w:val="es-ES"/>
        </w:rPr>
      </w:pPr>
      <w:sdt>
        <w:sdtPr>
          <w:rPr>
            <w:lang w:val="es-ES"/>
          </w:rPr>
          <w:alias w:val="aud_vig1"/>
          <w:tag w:val="aud_vig1"/>
          <w:id w:val="1300882132"/>
          <w14:checkbox>
            <w14:checked w14:val="0"/>
            <w14:checkedState w14:val="2612" w14:font="MS Gothic"/>
            <w14:uncheckedState w14:val="2610" w14:font="MS Gothic"/>
          </w14:checkbox>
        </w:sdtPr>
        <w:sdtContent>
          <w:r w:rsidRPr="00E50110">
            <w:rPr>
              <w:color w:val="003B5C"/>
              <w:lang w:val="es-ES"/>
            </w:rPr>
            <w:t>☐</w:t>
          </w:r>
        </w:sdtContent>
      </w:sdt>
      <w:r w:rsidRPr="00E50110">
        <w:rPr>
          <w:color w:val="003B5C"/>
          <w:lang w:val="es-ES"/>
        </w:rPr>
        <w:t xml:space="preserve"> Vigilancia 1</w:t>
      </w:r>
      <w:r w:rsidRPr="00E50110">
        <w:rPr>
          <w:lang w:val="es-ES"/>
        </w:rPr>
        <w:t xml:space="preserve">     </w:t>
      </w:r>
      <w:sdt>
        <w:sdtPr>
          <w:rPr>
            <w:lang w:val="es-ES"/>
          </w:rPr>
          <w:alias w:val="aud_vig2"/>
          <w:tag w:val="aud_vig2"/>
          <w:id w:val="1493067473"/>
          <w14:checkbox>
            <w14:checked w14:val="0"/>
            <w14:checkedState w14:val="2612" w14:font="MS Gothic"/>
            <w14:uncheckedState w14:val="2610" w14:font="MS Gothic"/>
          </w14:checkbox>
        </w:sdtPr>
        <w:sdtContent>
          <w:r w:rsidRPr="00E50110">
            <w:rPr>
              <w:color w:val="003B5C"/>
              <w:lang w:val="es-ES"/>
            </w:rPr>
            <w:t>☐</w:t>
          </w:r>
        </w:sdtContent>
      </w:sdt>
      <w:r w:rsidRPr="00E50110">
        <w:rPr>
          <w:color w:val="003B5C"/>
          <w:lang w:val="es-ES"/>
        </w:rPr>
        <w:t xml:space="preserve"> Vigilancia 2</w:t>
      </w:r>
      <w:r w:rsidRPr="00E50110">
        <w:rPr>
          <w:lang w:val="es-ES"/>
        </w:rPr>
        <w:t xml:space="preserve">     </w:t>
      </w:r>
      <w:sdt>
        <w:sdtPr>
          <w:rPr>
            <w:lang w:val="es-ES"/>
          </w:rPr>
          <w:alias w:val="aud_recert"/>
          <w:tag w:val="aud_recert"/>
          <w:id w:val="1082548443"/>
          <w14:checkbox>
            <w14:checked w14:val="0"/>
            <w14:checkedState w14:val="2612" w14:font="MS Gothic"/>
            <w14:uncheckedState w14:val="2610" w14:font="MS Gothic"/>
          </w14:checkbox>
        </w:sdtPr>
        <w:sdtContent>
          <w:r w:rsidRPr="00E50110">
            <w:rPr>
              <w:color w:val="003B5C"/>
              <w:lang w:val="es-ES"/>
            </w:rPr>
            <w:t>☐</w:t>
          </w:r>
        </w:sdtContent>
      </w:sdt>
      <w:r w:rsidRPr="00E50110">
        <w:rPr>
          <w:color w:val="003B5C"/>
          <w:lang w:val="es-ES"/>
        </w:rPr>
        <w:t xml:space="preserve"> Recertificación</w:t>
      </w:r>
    </w:p>
    <w:tbl>
      <w:tblPr>
        <w:tblW w:w="5000" w:type="pct"/>
        <w:jc w:val="center"/>
        <w:tblLayout w:type="fixed"/>
        <w:tblLook w:val="04A0" w:firstRow="1" w:lastRow="0" w:firstColumn="1" w:lastColumn="0" w:noHBand="0" w:noVBand="1"/>
      </w:tblPr>
      <w:tblGrid>
        <w:gridCol w:w="10477"/>
      </w:tblGrid>
      <w:tr w:rsidR="0019057E" w:rsidRPr="00E50110" w14:paraId="12686CCB" w14:textId="77777777">
        <w:trPr>
          <w:cantSplit/>
          <w:jc w:val="center"/>
        </w:trPr>
        <w:tc>
          <w:tcPr>
            <w:tcW w:w="10440" w:type="dxa"/>
            <w:tcBorders>
              <w:top w:val="single" w:sz="4" w:space="0" w:color="AFC3D6"/>
              <w:left w:val="single" w:sz="24" w:space="0" w:color="C00000"/>
              <w:bottom w:val="single" w:sz="4" w:space="0" w:color="AFC3D6"/>
              <w:right w:val="single" w:sz="4" w:space="0" w:color="AFC3D6"/>
            </w:tcBorders>
            <w:shd w:val="clear" w:color="auto" w:fill="EAF1F8"/>
            <w:tcMar>
              <w:top w:w="60" w:type="dxa"/>
              <w:left w:w="120" w:type="dxa"/>
              <w:bottom w:w="60" w:type="dxa"/>
              <w:right w:w="80" w:type="dxa"/>
            </w:tcMar>
            <w:vAlign w:val="center"/>
          </w:tcPr>
          <w:p w14:paraId="7419874C" w14:textId="77777777" w:rsidR="0019057E" w:rsidRPr="00E50110" w:rsidRDefault="00000000">
            <w:pPr>
              <w:spacing w:after="0" w:line="240" w:lineRule="auto"/>
              <w:rPr>
                <w:lang w:val="es-ES"/>
              </w:rPr>
            </w:pPr>
            <w:r w:rsidRPr="00E50110">
              <w:rPr>
                <w:b/>
                <w:color w:val="003B5C"/>
                <w:sz w:val="26"/>
                <w:lang w:val="es-ES"/>
              </w:rPr>
              <w:t>7. REQUISITOS PARA INICIAR LA CERTIFICACIÓN</w:t>
            </w:r>
          </w:p>
        </w:tc>
      </w:tr>
    </w:tbl>
    <w:p w14:paraId="4B2256BA" w14:textId="77777777" w:rsidR="0019057E" w:rsidRPr="00E50110" w:rsidRDefault="0019057E">
      <w:pPr>
        <w:spacing w:after="80" w:line="240" w:lineRule="auto"/>
        <w:rPr>
          <w:lang w:val="es-ES"/>
        </w:rPr>
      </w:pPr>
    </w:p>
    <w:tbl>
      <w:tblPr>
        <w:tblW w:w="5000" w:type="pct"/>
        <w:jc w:val="center"/>
        <w:tblLayout w:type="fixed"/>
        <w:tblLook w:val="04A0" w:firstRow="1" w:lastRow="0" w:firstColumn="1" w:lastColumn="0" w:noHBand="0" w:noVBand="1"/>
      </w:tblPr>
      <w:tblGrid>
        <w:gridCol w:w="8617"/>
        <w:gridCol w:w="1883"/>
      </w:tblGrid>
      <w:tr w:rsidR="0019057E" w:rsidRPr="00E50110" w14:paraId="3B35BF9F" w14:textId="77777777">
        <w:trPr>
          <w:cantSplit/>
          <w:jc w:val="center"/>
        </w:trPr>
        <w:tc>
          <w:tcPr>
            <w:tcW w:w="8568" w:type="dxa"/>
            <w:tcBorders>
              <w:top w:val="single" w:sz="5" w:space="0" w:color="AFC3D6"/>
              <w:left w:val="single" w:sz="5" w:space="0" w:color="AFC3D6"/>
              <w:bottom w:val="single" w:sz="5" w:space="0" w:color="AFC3D6"/>
              <w:right w:val="single" w:sz="5" w:space="0" w:color="AFC3D6"/>
            </w:tcBorders>
            <w:shd w:val="clear" w:color="auto" w:fill="EAF1F8"/>
            <w:tcMar>
              <w:top w:w="45" w:type="dxa"/>
              <w:left w:w="60" w:type="dxa"/>
              <w:bottom w:w="45" w:type="dxa"/>
              <w:right w:w="60" w:type="dxa"/>
            </w:tcMar>
            <w:vAlign w:val="center"/>
          </w:tcPr>
          <w:p w14:paraId="7F65F323" w14:textId="77777777" w:rsidR="0019057E" w:rsidRPr="00E50110" w:rsidRDefault="00000000">
            <w:pPr>
              <w:spacing w:after="0" w:line="240" w:lineRule="auto"/>
              <w:rPr>
                <w:lang w:val="es-ES"/>
              </w:rPr>
            </w:pPr>
            <w:r w:rsidRPr="00E50110">
              <w:rPr>
                <w:b/>
                <w:lang w:val="es-ES"/>
              </w:rPr>
              <w:t xml:space="preserve">7.1. La organización ha implementado y documentado un sistema de gestión de seguridad de la información conforme al estándar ISO 27001 y otros documentos requeridos para la certificación. </w:t>
            </w:r>
          </w:p>
        </w:tc>
        <w:tc>
          <w:tcPr>
            <w:tcW w:w="1872" w:type="dxa"/>
            <w:tcBorders>
              <w:top w:val="single" w:sz="5" w:space="0" w:color="AFC3D6"/>
              <w:left w:val="single" w:sz="5" w:space="0" w:color="AFC3D6"/>
              <w:bottom w:val="single" w:sz="5" w:space="0" w:color="AFC3D6"/>
              <w:right w:val="single" w:sz="5" w:space="0" w:color="AFC3D6"/>
            </w:tcBorders>
            <w:shd w:val="clear" w:color="auto" w:fill="F7FAFD"/>
            <w:tcMar>
              <w:top w:w="40" w:type="dxa"/>
              <w:left w:w="35" w:type="dxa"/>
              <w:bottom w:w="40" w:type="dxa"/>
              <w:right w:w="35" w:type="dxa"/>
            </w:tcMar>
            <w:vAlign w:val="center"/>
          </w:tcPr>
          <w:p w14:paraId="052D7031" w14:textId="77777777" w:rsidR="0019057E" w:rsidRPr="00E50110" w:rsidRDefault="00000000">
            <w:pPr>
              <w:spacing w:after="0" w:line="240" w:lineRule="auto"/>
              <w:jc w:val="center"/>
              <w:rPr>
                <w:lang w:val="es-ES"/>
              </w:rPr>
            </w:pPr>
            <w:sdt>
              <w:sdtPr>
                <w:rPr>
                  <w:lang w:val="es-ES"/>
                </w:rPr>
                <w:alias w:val="req_inicio_1_1"/>
                <w:tag w:val="req_inicio_1_1"/>
                <w:id w:val="1037693806"/>
                <w14:checkbox>
                  <w14:checked w14:val="0"/>
                  <w14:checkedState w14:val="2612" w14:font="MS Gothic"/>
                  <w14:uncheckedState w14:val="2610" w14:font="MS Gothic"/>
                </w14:checkbox>
              </w:sdtPr>
              <w:sdtContent>
                <w:r w:rsidRPr="00E50110">
                  <w:rPr>
                    <w:color w:val="003B5C"/>
                    <w:lang w:val="es-ES"/>
                  </w:rPr>
                  <w:t>☐</w:t>
                </w:r>
              </w:sdtContent>
            </w:sdt>
            <w:r w:rsidRPr="00E50110">
              <w:rPr>
                <w:color w:val="003B5C"/>
                <w:lang w:val="es-ES"/>
              </w:rPr>
              <w:t xml:space="preserve"> Sí</w:t>
            </w:r>
            <w:r w:rsidRPr="00E50110">
              <w:rPr>
                <w:lang w:val="es-ES"/>
              </w:rPr>
              <w:t xml:space="preserve">   </w:t>
            </w:r>
            <w:sdt>
              <w:sdtPr>
                <w:rPr>
                  <w:lang w:val="es-ES"/>
                </w:rPr>
                <w:alias w:val="req_inicio_1_2"/>
                <w:tag w:val="req_inicio_1_2"/>
                <w:id w:val="9703592"/>
                <w14:checkbox>
                  <w14:checked w14:val="0"/>
                  <w14:checkedState w14:val="2612" w14:font="MS Gothic"/>
                  <w14:uncheckedState w14:val="2610" w14:font="MS Gothic"/>
                </w14:checkbox>
              </w:sdtPr>
              <w:sdtContent>
                <w:r w:rsidRPr="00E50110">
                  <w:rPr>
                    <w:color w:val="003B5C"/>
                    <w:lang w:val="es-ES"/>
                  </w:rPr>
                  <w:t>☐</w:t>
                </w:r>
              </w:sdtContent>
            </w:sdt>
            <w:r w:rsidRPr="00E50110">
              <w:rPr>
                <w:color w:val="003B5C"/>
                <w:lang w:val="es-ES"/>
              </w:rPr>
              <w:t xml:space="preserve"> No</w:t>
            </w:r>
          </w:p>
        </w:tc>
      </w:tr>
      <w:tr w:rsidR="0019057E" w:rsidRPr="00E50110" w14:paraId="675887BF" w14:textId="77777777">
        <w:trPr>
          <w:cantSplit/>
          <w:jc w:val="center"/>
        </w:trPr>
        <w:tc>
          <w:tcPr>
            <w:tcW w:w="8568" w:type="dxa"/>
            <w:tcBorders>
              <w:top w:val="single" w:sz="5" w:space="0" w:color="AFC3D6"/>
              <w:left w:val="single" w:sz="5" w:space="0" w:color="AFC3D6"/>
              <w:bottom w:val="single" w:sz="5" w:space="0" w:color="AFC3D6"/>
              <w:right w:val="single" w:sz="5" w:space="0" w:color="AFC3D6"/>
            </w:tcBorders>
            <w:shd w:val="clear" w:color="auto" w:fill="FFFFFF"/>
            <w:tcMar>
              <w:top w:w="45" w:type="dxa"/>
              <w:left w:w="60" w:type="dxa"/>
              <w:bottom w:w="45" w:type="dxa"/>
              <w:right w:w="60" w:type="dxa"/>
            </w:tcMar>
            <w:vAlign w:val="center"/>
          </w:tcPr>
          <w:p w14:paraId="18051CF7" w14:textId="77777777" w:rsidR="0019057E" w:rsidRPr="00E50110" w:rsidRDefault="00000000">
            <w:pPr>
              <w:spacing w:after="0" w:line="240" w:lineRule="auto"/>
              <w:rPr>
                <w:lang w:val="es-ES"/>
              </w:rPr>
            </w:pPr>
            <w:r w:rsidRPr="00E50110">
              <w:rPr>
                <w:b/>
                <w:lang w:val="es-ES"/>
              </w:rPr>
              <w:lastRenderedPageBreak/>
              <w:t>7.2. La organización cuenta con una política y objetivos de la seguridad de la información.</w:t>
            </w:r>
          </w:p>
        </w:tc>
        <w:tc>
          <w:tcPr>
            <w:tcW w:w="1872" w:type="dxa"/>
            <w:tcBorders>
              <w:top w:val="single" w:sz="5" w:space="0" w:color="AFC3D6"/>
              <w:left w:val="single" w:sz="5" w:space="0" w:color="AFC3D6"/>
              <w:bottom w:val="single" w:sz="5" w:space="0" w:color="AFC3D6"/>
              <w:right w:val="single" w:sz="5" w:space="0" w:color="AFC3D6"/>
            </w:tcBorders>
            <w:shd w:val="clear" w:color="auto" w:fill="FFFFFF"/>
            <w:tcMar>
              <w:top w:w="40" w:type="dxa"/>
              <w:left w:w="35" w:type="dxa"/>
              <w:bottom w:w="40" w:type="dxa"/>
              <w:right w:w="35" w:type="dxa"/>
            </w:tcMar>
            <w:vAlign w:val="center"/>
          </w:tcPr>
          <w:p w14:paraId="17350048" w14:textId="77777777" w:rsidR="0019057E" w:rsidRPr="00E50110" w:rsidRDefault="00000000">
            <w:pPr>
              <w:spacing w:after="0" w:line="240" w:lineRule="auto"/>
              <w:jc w:val="center"/>
              <w:rPr>
                <w:lang w:val="es-ES"/>
              </w:rPr>
            </w:pPr>
            <w:sdt>
              <w:sdtPr>
                <w:rPr>
                  <w:lang w:val="es-ES"/>
                </w:rPr>
                <w:alias w:val="req_inicio_2_1"/>
                <w:tag w:val="req_inicio_2_1"/>
                <w:id w:val="541260316"/>
                <w14:checkbox>
                  <w14:checked w14:val="0"/>
                  <w14:checkedState w14:val="2612" w14:font="MS Gothic"/>
                  <w14:uncheckedState w14:val="2610" w14:font="MS Gothic"/>
                </w14:checkbox>
              </w:sdtPr>
              <w:sdtContent>
                <w:r w:rsidRPr="00E50110">
                  <w:rPr>
                    <w:color w:val="003B5C"/>
                    <w:lang w:val="es-ES"/>
                  </w:rPr>
                  <w:t>☐</w:t>
                </w:r>
              </w:sdtContent>
            </w:sdt>
            <w:r w:rsidRPr="00E50110">
              <w:rPr>
                <w:color w:val="003B5C"/>
                <w:lang w:val="es-ES"/>
              </w:rPr>
              <w:t xml:space="preserve"> Sí</w:t>
            </w:r>
            <w:r w:rsidRPr="00E50110">
              <w:rPr>
                <w:lang w:val="es-ES"/>
              </w:rPr>
              <w:t xml:space="preserve">   </w:t>
            </w:r>
            <w:sdt>
              <w:sdtPr>
                <w:rPr>
                  <w:lang w:val="es-ES"/>
                </w:rPr>
                <w:alias w:val="req_inicio_2_2"/>
                <w:tag w:val="req_inicio_2_2"/>
                <w:id w:val="1600939786"/>
                <w14:checkbox>
                  <w14:checked w14:val="0"/>
                  <w14:checkedState w14:val="2612" w14:font="MS Gothic"/>
                  <w14:uncheckedState w14:val="2610" w14:font="MS Gothic"/>
                </w14:checkbox>
              </w:sdtPr>
              <w:sdtContent>
                <w:r w:rsidRPr="00E50110">
                  <w:rPr>
                    <w:color w:val="003B5C"/>
                    <w:lang w:val="es-ES"/>
                  </w:rPr>
                  <w:t>☐</w:t>
                </w:r>
              </w:sdtContent>
            </w:sdt>
            <w:r w:rsidRPr="00E50110">
              <w:rPr>
                <w:color w:val="003B5C"/>
                <w:lang w:val="es-ES"/>
              </w:rPr>
              <w:t xml:space="preserve"> No</w:t>
            </w:r>
          </w:p>
        </w:tc>
      </w:tr>
      <w:tr w:rsidR="0019057E" w:rsidRPr="00E50110" w14:paraId="5ED28B23" w14:textId="77777777">
        <w:trPr>
          <w:cantSplit/>
          <w:jc w:val="center"/>
        </w:trPr>
        <w:tc>
          <w:tcPr>
            <w:tcW w:w="8568" w:type="dxa"/>
            <w:tcBorders>
              <w:top w:val="single" w:sz="5" w:space="0" w:color="AFC3D6"/>
              <w:left w:val="single" w:sz="5" w:space="0" w:color="AFC3D6"/>
              <w:bottom w:val="single" w:sz="5" w:space="0" w:color="AFC3D6"/>
              <w:right w:val="single" w:sz="5" w:space="0" w:color="AFC3D6"/>
            </w:tcBorders>
            <w:shd w:val="clear" w:color="auto" w:fill="EAF1F8"/>
            <w:tcMar>
              <w:top w:w="45" w:type="dxa"/>
              <w:left w:w="60" w:type="dxa"/>
              <w:bottom w:w="45" w:type="dxa"/>
              <w:right w:w="60" w:type="dxa"/>
            </w:tcMar>
            <w:vAlign w:val="center"/>
          </w:tcPr>
          <w:p w14:paraId="4A5C9010" w14:textId="77777777" w:rsidR="0019057E" w:rsidRPr="00E50110" w:rsidRDefault="00000000">
            <w:pPr>
              <w:spacing w:after="0" w:line="240" w:lineRule="auto"/>
              <w:rPr>
                <w:lang w:val="es-ES"/>
              </w:rPr>
            </w:pPr>
            <w:r w:rsidRPr="00E50110">
              <w:rPr>
                <w:b/>
                <w:lang w:val="es-ES"/>
              </w:rPr>
              <w:t>7.3. La organización ha llevado a cabo y puede demostrar una Evaluación de riesgos de la seguridad de la información.</w:t>
            </w:r>
          </w:p>
        </w:tc>
        <w:tc>
          <w:tcPr>
            <w:tcW w:w="1872" w:type="dxa"/>
            <w:tcBorders>
              <w:top w:val="single" w:sz="5" w:space="0" w:color="AFC3D6"/>
              <w:left w:val="single" w:sz="5" w:space="0" w:color="AFC3D6"/>
              <w:bottom w:val="single" w:sz="5" w:space="0" w:color="AFC3D6"/>
              <w:right w:val="single" w:sz="5" w:space="0" w:color="AFC3D6"/>
            </w:tcBorders>
            <w:shd w:val="clear" w:color="auto" w:fill="F7FAFD"/>
            <w:tcMar>
              <w:top w:w="40" w:type="dxa"/>
              <w:left w:w="35" w:type="dxa"/>
              <w:bottom w:w="40" w:type="dxa"/>
              <w:right w:w="35" w:type="dxa"/>
            </w:tcMar>
            <w:vAlign w:val="center"/>
          </w:tcPr>
          <w:p w14:paraId="5C0FA24F" w14:textId="77777777" w:rsidR="0019057E" w:rsidRPr="00E50110" w:rsidRDefault="00000000">
            <w:pPr>
              <w:spacing w:after="0" w:line="240" w:lineRule="auto"/>
              <w:jc w:val="center"/>
              <w:rPr>
                <w:lang w:val="es-ES"/>
              </w:rPr>
            </w:pPr>
            <w:sdt>
              <w:sdtPr>
                <w:rPr>
                  <w:lang w:val="es-ES"/>
                </w:rPr>
                <w:alias w:val="req_inicio_3_1"/>
                <w:tag w:val="req_inicio_3_1"/>
                <w:id w:val="664273029"/>
                <w14:checkbox>
                  <w14:checked w14:val="0"/>
                  <w14:checkedState w14:val="2612" w14:font="MS Gothic"/>
                  <w14:uncheckedState w14:val="2610" w14:font="MS Gothic"/>
                </w14:checkbox>
              </w:sdtPr>
              <w:sdtContent>
                <w:r w:rsidRPr="00E50110">
                  <w:rPr>
                    <w:color w:val="003B5C"/>
                    <w:lang w:val="es-ES"/>
                  </w:rPr>
                  <w:t>☐</w:t>
                </w:r>
              </w:sdtContent>
            </w:sdt>
            <w:r w:rsidRPr="00E50110">
              <w:rPr>
                <w:color w:val="003B5C"/>
                <w:lang w:val="es-ES"/>
              </w:rPr>
              <w:t xml:space="preserve"> Sí</w:t>
            </w:r>
            <w:r w:rsidRPr="00E50110">
              <w:rPr>
                <w:lang w:val="es-ES"/>
              </w:rPr>
              <w:t xml:space="preserve">   </w:t>
            </w:r>
            <w:sdt>
              <w:sdtPr>
                <w:rPr>
                  <w:lang w:val="es-ES"/>
                </w:rPr>
                <w:alias w:val="req_inicio_3_2"/>
                <w:tag w:val="req_inicio_3_2"/>
                <w:id w:val="1593256513"/>
                <w14:checkbox>
                  <w14:checked w14:val="0"/>
                  <w14:checkedState w14:val="2612" w14:font="MS Gothic"/>
                  <w14:uncheckedState w14:val="2610" w14:font="MS Gothic"/>
                </w14:checkbox>
              </w:sdtPr>
              <w:sdtContent>
                <w:r w:rsidRPr="00E50110">
                  <w:rPr>
                    <w:color w:val="003B5C"/>
                    <w:lang w:val="es-ES"/>
                  </w:rPr>
                  <w:t>☐</w:t>
                </w:r>
              </w:sdtContent>
            </w:sdt>
            <w:r w:rsidRPr="00E50110">
              <w:rPr>
                <w:color w:val="003B5C"/>
                <w:lang w:val="es-ES"/>
              </w:rPr>
              <w:t xml:space="preserve"> No</w:t>
            </w:r>
          </w:p>
        </w:tc>
      </w:tr>
      <w:tr w:rsidR="0019057E" w:rsidRPr="00E50110" w14:paraId="6EA641EA" w14:textId="77777777">
        <w:trPr>
          <w:cantSplit/>
          <w:jc w:val="center"/>
        </w:trPr>
        <w:tc>
          <w:tcPr>
            <w:tcW w:w="8568" w:type="dxa"/>
            <w:tcBorders>
              <w:top w:val="single" w:sz="5" w:space="0" w:color="AFC3D6"/>
              <w:left w:val="single" w:sz="5" w:space="0" w:color="AFC3D6"/>
              <w:bottom w:val="single" w:sz="5" w:space="0" w:color="AFC3D6"/>
              <w:right w:val="single" w:sz="5" w:space="0" w:color="AFC3D6"/>
            </w:tcBorders>
            <w:shd w:val="clear" w:color="auto" w:fill="FFFFFF"/>
            <w:tcMar>
              <w:top w:w="45" w:type="dxa"/>
              <w:left w:w="60" w:type="dxa"/>
              <w:bottom w:w="45" w:type="dxa"/>
              <w:right w:w="60" w:type="dxa"/>
            </w:tcMar>
            <w:vAlign w:val="center"/>
          </w:tcPr>
          <w:p w14:paraId="4E30A0C5" w14:textId="77777777" w:rsidR="0019057E" w:rsidRPr="00E50110" w:rsidRDefault="00000000">
            <w:pPr>
              <w:spacing w:after="0" w:line="240" w:lineRule="auto"/>
              <w:rPr>
                <w:lang w:val="es-ES"/>
              </w:rPr>
            </w:pPr>
            <w:r w:rsidRPr="00E50110">
              <w:rPr>
                <w:b/>
                <w:lang w:val="es-ES"/>
              </w:rPr>
              <w:t>7.4. La organización ha identificado, evaluado y abordado los riesgos al producto/servicio y a los procesos incluidos en el alcance de la certificación.</w:t>
            </w:r>
          </w:p>
        </w:tc>
        <w:tc>
          <w:tcPr>
            <w:tcW w:w="1872" w:type="dxa"/>
            <w:tcBorders>
              <w:top w:val="single" w:sz="5" w:space="0" w:color="AFC3D6"/>
              <w:left w:val="single" w:sz="5" w:space="0" w:color="AFC3D6"/>
              <w:bottom w:val="single" w:sz="5" w:space="0" w:color="AFC3D6"/>
              <w:right w:val="single" w:sz="5" w:space="0" w:color="AFC3D6"/>
            </w:tcBorders>
            <w:shd w:val="clear" w:color="auto" w:fill="FFFFFF"/>
            <w:tcMar>
              <w:top w:w="40" w:type="dxa"/>
              <w:left w:w="35" w:type="dxa"/>
              <w:bottom w:w="40" w:type="dxa"/>
              <w:right w:w="35" w:type="dxa"/>
            </w:tcMar>
            <w:vAlign w:val="center"/>
          </w:tcPr>
          <w:p w14:paraId="3A94845A" w14:textId="77777777" w:rsidR="0019057E" w:rsidRPr="00E50110" w:rsidRDefault="00000000">
            <w:pPr>
              <w:spacing w:after="0" w:line="240" w:lineRule="auto"/>
              <w:jc w:val="center"/>
              <w:rPr>
                <w:lang w:val="es-ES"/>
              </w:rPr>
            </w:pPr>
            <w:sdt>
              <w:sdtPr>
                <w:rPr>
                  <w:lang w:val="es-ES"/>
                </w:rPr>
                <w:alias w:val="req_inicio_4_1"/>
                <w:tag w:val="req_inicio_4_1"/>
                <w:id w:val="1684583506"/>
                <w14:checkbox>
                  <w14:checked w14:val="0"/>
                  <w14:checkedState w14:val="2612" w14:font="MS Gothic"/>
                  <w14:uncheckedState w14:val="2610" w14:font="MS Gothic"/>
                </w14:checkbox>
              </w:sdtPr>
              <w:sdtContent>
                <w:r w:rsidRPr="00E50110">
                  <w:rPr>
                    <w:color w:val="003B5C"/>
                    <w:lang w:val="es-ES"/>
                  </w:rPr>
                  <w:t>☐</w:t>
                </w:r>
              </w:sdtContent>
            </w:sdt>
            <w:r w:rsidRPr="00E50110">
              <w:rPr>
                <w:color w:val="003B5C"/>
                <w:lang w:val="es-ES"/>
              </w:rPr>
              <w:t xml:space="preserve"> Sí</w:t>
            </w:r>
            <w:r w:rsidRPr="00E50110">
              <w:rPr>
                <w:lang w:val="es-ES"/>
              </w:rPr>
              <w:t xml:space="preserve">   </w:t>
            </w:r>
            <w:sdt>
              <w:sdtPr>
                <w:rPr>
                  <w:lang w:val="es-ES"/>
                </w:rPr>
                <w:alias w:val="req_inicio_4_2"/>
                <w:tag w:val="req_inicio_4_2"/>
                <w:id w:val="956811208"/>
                <w14:checkbox>
                  <w14:checked w14:val="0"/>
                  <w14:checkedState w14:val="2612" w14:font="MS Gothic"/>
                  <w14:uncheckedState w14:val="2610" w14:font="MS Gothic"/>
                </w14:checkbox>
              </w:sdtPr>
              <w:sdtContent>
                <w:r w:rsidRPr="00E50110">
                  <w:rPr>
                    <w:color w:val="003B5C"/>
                    <w:lang w:val="es-ES"/>
                  </w:rPr>
                  <w:t>☐</w:t>
                </w:r>
              </w:sdtContent>
            </w:sdt>
            <w:r w:rsidRPr="00E50110">
              <w:rPr>
                <w:color w:val="003B5C"/>
                <w:lang w:val="es-ES"/>
              </w:rPr>
              <w:t xml:space="preserve"> No</w:t>
            </w:r>
          </w:p>
        </w:tc>
      </w:tr>
      <w:tr w:rsidR="0019057E" w:rsidRPr="00E50110" w14:paraId="494D90E7" w14:textId="77777777">
        <w:trPr>
          <w:cantSplit/>
          <w:jc w:val="center"/>
        </w:trPr>
        <w:tc>
          <w:tcPr>
            <w:tcW w:w="8568" w:type="dxa"/>
            <w:tcBorders>
              <w:top w:val="single" w:sz="5" w:space="0" w:color="AFC3D6"/>
              <w:left w:val="single" w:sz="5" w:space="0" w:color="AFC3D6"/>
              <w:bottom w:val="single" w:sz="5" w:space="0" w:color="AFC3D6"/>
              <w:right w:val="single" w:sz="5" w:space="0" w:color="AFC3D6"/>
            </w:tcBorders>
            <w:shd w:val="clear" w:color="auto" w:fill="EAF1F8"/>
            <w:tcMar>
              <w:top w:w="45" w:type="dxa"/>
              <w:left w:w="60" w:type="dxa"/>
              <w:bottom w:w="45" w:type="dxa"/>
              <w:right w:w="60" w:type="dxa"/>
            </w:tcMar>
            <w:vAlign w:val="center"/>
          </w:tcPr>
          <w:p w14:paraId="7B3BAA50" w14:textId="77777777" w:rsidR="0019057E" w:rsidRPr="00E50110" w:rsidRDefault="00000000">
            <w:pPr>
              <w:spacing w:after="0" w:line="240" w:lineRule="auto"/>
              <w:rPr>
                <w:lang w:val="es-ES"/>
              </w:rPr>
            </w:pPr>
            <w:r w:rsidRPr="00E50110">
              <w:rPr>
                <w:b/>
                <w:lang w:val="es-ES"/>
              </w:rPr>
              <w:t>7.5. La organización ha llevado a cabo y puede demostrar una Declaración de aplicabilidad (SoA) de los controles implementados en su SGSI.</w:t>
            </w:r>
          </w:p>
        </w:tc>
        <w:tc>
          <w:tcPr>
            <w:tcW w:w="1872" w:type="dxa"/>
            <w:tcBorders>
              <w:top w:val="single" w:sz="5" w:space="0" w:color="AFC3D6"/>
              <w:left w:val="single" w:sz="5" w:space="0" w:color="AFC3D6"/>
              <w:bottom w:val="single" w:sz="5" w:space="0" w:color="AFC3D6"/>
              <w:right w:val="single" w:sz="5" w:space="0" w:color="AFC3D6"/>
            </w:tcBorders>
            <w:shd w:val="clear" w:color="auto" w:fill="F7FAFD"/>
            <w:tcMar>
              <w:top w:w="40" w:type="dxa"/>
              <w:left w:w="35" w:type="dxa"/>
              <w:bottom w:w="40" w:type="dxa"/>
              <w:right w:w="35" w:type="dxa"/>
            </w:tcMar>
            <w:vAlign w:val="center"/>
          </w:tcPr>
          <w:p w14:paraId="3B01A617" w14:textId="77777777" w:rsidR="0019057E" w:rsidRPr="00E50110" w:rsidRDefault="00000000">
            <w:pPr>
              <w:spacing w:after="0" w:line="240" w:lineRule="auto"/>
              <w:jc w:val="center"/>
              <w:rPr>
                <w:lang w:val="es-ES"/>
              </w:rPr>
            </w:pPr>
            <w:sdt>
              <w:sdtPr>
                <w:rPr>
                  <w:lang w:val="es-ES"/>
                </w:rPr>
                <w:alias w:val="req_inicio_5_1"/>
                <w:tag w:val="req_inicio_5_1"/>
                <w:id w:val="850700182"/>
                <w14:checkbox>
                  <w14:checked w14:val="0"/>
                  <w14:checkedState w14:val="2612" w14:font="MS Gothic"/>
                  <w14:uncheckedState w14:val="2610" w14:font="MS Gothic"/>
                </w14:checkbox>
              </w:sdtPr>
              <w:sdtContent>
                <w:r w:rsidRPr="00E50110">
                  <w:rPr>
                    <w:color w:val="003B5C"/>
                    <w:lang w:val="es-ES"/>
                  </w:rPr>
                  <w:t>☐</w:t>
                </w:r>
              </w:sdtContent>
            </w:sdt>
            <w:r w:rsidRPr="00E50110">
              <w:rPr>
                <w:color w:val="003B5C"/>
                <w:lang w:val="es-ES"/>
              </w:rPr>
              <w:t xml:space="preserve"> Sí</w:t>
            </w:r>
            <w:r w:rsidRPr="00E50110">
              <w:rPr>
                <w:lang w:val="es-ES"/>
              </w:rPr>
              <w:t xml:space="preserve">   </w:t>
            </w:r>
            <w:sdt>
              <w:sdtPr>
                <w:rPr>
                  <w:lang w:val="es-ES"/>
                </w:rPr>
                <w:alias w:val="req_inicio_5_2"/>
                <w:tag w:val="req_inicio_5_2"/>
                <w:id w:val="1608368785"/>
                <w14:checkbox>
                  <w14:checked w14:val="0"/>
                  <w14:checkedState w14:val="2612" w14:font="MS Gothic"/>
                  <w14:uncheckedState w14:val="2610" w14:font="MS Gothic"/>
                </w14:checkbox>
              </w:sdtPr>
              <w:sdtContent>
                <w:r w:rsidRPr="00E50110">
                  <w:rPr>
                    <w:color w:val="003B5C"/>
                    <w:lang w:val="es-ES"/>
                  </w:rPr>
                  <w:t>☐</w:t>
                </w:r>
              </w:sdtContent>
            </w:sdt>
            <w:r w:rsidRPr="00E50110">
              <w:rPr>
                <w:color w:val="003B5C"/>
                <w:lang w:val="es-ES"/>
              </w:rPr>
              <w:t xml:space="preserve"> No</w:t>
            </w:r>
          </w:p>
        </w:tc>
      </w:tr>
      <w:tr w:rsidR="0019057E" w:rsidRPr="00E50110" w14:paraId="3B67756F" w14:textId="77777777">
        <w:trPr>
          <w:cantSplit/>
          <w:jc w:val="center"/>
        </w:trPr>
        <w:tc>
          <w:tcPr>
            <w:tcW w:w="8568" w:type="dxa"/>
            <w:tcBorders>
              <w:top w:val="single" w:sz="5" w:space="0" w:color="AFC3D6"/>
              <w:left w:val="single" w:sz="5" w:space="0" w:color="AFC3D6"/>
              <w:bottom w:val="single" w:sz="5" w:space="0" w:color="AFC3D6"/>
              <w:right w:val="single" w:sz="5" w:space="0" w:color="AFC3D6"/>
            </w:tcBorders>
            <w:shd w:val="clear" w:color="auto" w:fill="FFFFFF"/>
            <w:tcMar>
              <w:top w:w="45" w:type="dxa"/>
              <w:left w:w="60" w:type="dxa"/>
              <w:bottom w:w="45" w:type="dxa"/>
              <w:right w:w="60" w:type="dxa"/>
            </w:tcMar>
            <w:vAlign w:val="center"/>
          </w:tcPr>
          <w:p w14:paraId="3FBCD1DF" w14:textId="77777777" w:rsidR="0019057E" w:rsidRPr="00E50110" w:rsidRDefault="00000000">
            <w:pPr>
              <w:spacing w:after="0" w:line="240" w:lineRule="auto"/>
              <w:rPr>
                <w:lang w:val="es-ES"/>
              </w:rPr>
            </w:pPr>
            <w:r w:rsidRPr="00E50110">
              <w:rPr>
                <w:b/>
                <w:lang w:val="es-ES"/>
              </w:rPr>
              <w:t>7.6. La organización ha llevado a cabo y puede demostrar un ciclo completo de Auditoría interna que incluya todos los sitios incluidos en el alcance.</w:t>
            </w:r>
          </w:p>
        </w:tc>
        <w:tc>
          <w:tcPr>
            <w:tcW w:w="1872" w:type="dxa"/>
            <w:tcBorders>
              <w:top w:val="single" w:sz="5" w:space="0" w:color="AFC3D6"/>
              <w:left w:val="single" w:sz="5" w:space="0" w:color="AFC3D6"/>
              <w:bottom w:val="single" w:sz="5" w:space="0" w:color="AFC3D6"/>
              <w:right w:val="single" w:sz="5" w:space="0" w:color="AFC3D6"/>
            </w:tcBorders>
            <w:shd w:val="clear" w:color="auto" w:fill="FFFFFF"/>
            <w:tcMar>
              <w:top w:w="40" w:type="dxa"/>
              <w:left w:w="35" w:type="dxa"/>
              <w:bottom w:w="40" w:type="dxa"/>
              <w:right w:w="35" w:type="dxa"/>
            </w:tcMar>
            <w:vAlign w:val="center"/>
          </w:tcPr>
          <w:p w14:paraId="49CC3DB0" w14:textId="77777777" w:rsidR="0019057E" w:rsidRPr="00E50110" w:rsidRDefault="00000000">
            <w:pPr>
              <w:spacing w:after="0" w:line="240" w:lineRule="auto"/>
              <w:jc w:val="center"/>
              <w:rPr>
                <w:lang w:val="es-ES"/>
              </w:rPr>
            </w:pPr>
            <w:sdt>
              <w:sdtPr>
                <w:rPr>
                  <w:lang w:val="es-ES"/>
                </w:rPr>
                <w:alias w:val="req_inicio_6_1"/>
                <w:tag w:val="req_inicio_6_1"/>
                <w:id w:val="1735465231"/>
                <w14:checkbox>
                  <w14:checked w14:val="0"/>
                  <w14:checkedState w14:val="2612" w14:font="MS Gothic"/>
                  <w14:uncheckedState w14:val="2610" w14:font="MS Gothic"/>
                </w14:checkbox>
              </w:sdtPr>
              <w:sdtContent>
                <w:r w:rsidRPr="00E50110">
                  <w:rPr>
                    <w:color w:val="003B5C"/>
                    <w:lang w:val="es-ES"/>
                  </w:rPr>
                  <w:t>☐</w:t>
                </w:r>
              </w:sdtContent>
            </w:sdt>
            <w:r w:rsidRPr="00E50110">
              <w:rPr>
                <w:color w:val="003B5C"/>
                <w:lang w:val="es-ES"/>
              </w:rPr>
              <w:t xml:space="preserve"> Sí</w:t>
            </w:r>
            <w:r w:rsidRPr="00E50110">
              <w:rPr>
                <w:lang w:val="es-ES"/>
              </w:rPr>
              <w:t xml:space="preserve">   </w:t>
            </w:r>
            <w:sdt>
              <w:sdtPr>
                <w:rPr>
                  <w:lang w:val="es-ES"/>
                </w:rPr>
                <w:alias w:val="req_inicio_6_2"/>
                <w:tag w:val="req_inicio_6_2"/>
                <w:id w:val="770756516"/>
                <w14:checkbox>
                  <w14:checked w14:val="0"/>
                  <w14:checkedState w14:val="2612" w14:font="MS Gothic"/>
                  <w14:uncheckedState w14:val="2610" w14:font="MS Gothic"/>
                </w14:checkbox>
              </w:sdtPr>
              <w:sdtContent>
                <w:r w:rsidRPr="00E50110">
                  <w:rPr>
                    <w:color w:val="003B5C"/>
                    <w:lang w:val="es-ES"/>
                  </w:rPr>
                  <w:t>☐</w:t>
                </w:r>
              </w:sdtContent>
            </w:sdt>
            <w:r w:rsidRPr="00E50110">
              <w:rPr>
                <w:color w:val="003B5C"/>
                <w:lang w:val="es-ES"/>
              </w:rPr>
              <w:t xml:space="preserve"> No</w:t>
            </w:r>
          </w:p>
        </w:tc>
      </w:tr>
      <w:tr w:rsidR="0019057E" w:rsidRPr="00E50110" w14:paraId="379CA3FA" w14:textId="77777777">
        <w:trPr>
          <w:cantSplit/>
          <w:jc w:val="center"/>
        </w:trPr>
        <w:tc>
          <w:tcPr>
            <w:tcW w:w="8568" w:type="dxa"/>
            <w:tcBorders>
              <w:top w:val="single" w:sz="5" w:space="0" w:color="AFC3D6"/>
              <w:left w:val="single" w:sz="5" w:space="0" w:color="AFC3D6"/>
              <w:bottom w:val="single" w:sz="5" w:space="0" w:color="AFC3D6"/>
              <w:right w:val="single" w:sz="5" w:space="0" w:color="AFC3D6"/>
            </w:tcBorders>
            <w:shd w:val="clear" w:color="auto" w:fill="EAF1F8"/>
            <w:tcMar>
              <w:top w:w="45" w:type="dxa"/>
              <w:left w:w="60" w:type="dxa"/>
              <w:bottom w:w="45" w:type="dxa"/>
              <w:right w:w="60" w:type="dxa"/>
            </w:tcMar>
            <w:vAlign w:val="center"/>
          </w:tcPr>
          <w:p w14:paraId="0B10FDC4" w14:textId="77777777" w:rsidR="0019057E" w:rsidRPr="00E50110" w:rsidRDefault="00000000">
            <w:pPr>
              <w:spacing w:after="0" w:line="240" w:lineRule="auto"/>
              <w:rPr>
                <w:lang w:val="es-ES"/>
              </w:rPr>
            </w:pPr>
            <w:r w:rsidRPr="00E50110">
              <w:rPr>
                <w:b/>
                <w:lang w:val="es-ES"/>
              </w:rPr>
              <w:t>7.7. La organización ha llevado a cabo y puede demostrar una Revisión gerencial única para todos los sitios incluidos en el alcance.</w:t>
            </w:r>
          </w:p>
        </w:tc>
        <w:tc>
          <w:tcPr>
            <w:tcW w:w="1872" w:type="dxa"/>
            <w:tcBorders>
              <w:top w:val="single" w:sz="5" w:space="0" w:color="AFC3D6"/>
              <w:left w:val="single" w:sz="5" w:space="0" w:color="AFC3D6"/>
              <w:bottom w:val="single" w:sz="5" w:space="0" w:color="AFC3D6"/>
              <w:right w:val="single" w:sz="5" w:space="0" w:color="AFC3D6"/>
            </w:tcBorders>
            <w:shd w:val="clear" w:color="auto" w:fill="F7FAFD"/>
            <w:tcMar>
              <w:top w:w="40" w:type="dxa"/>
              <w:left w:w="35" w:type="dxa"/>
              <w:bottom w:w="40" w:type="dxa"/>
              <w:right w:w="35" w:type="dxa"/>
            </w:tcMar>
            <w:vAlign w:val="center"/>
          </w:tcPr>
          <w:p w14:paraId="25E404E6" w14:textId="77777777" w:rsidR="0019057E" w:rsidRPr="00E50110" w:rsidRDefault="00000000">
            <w:pPr>
              <w:spacing w:after="0" w:line="240" w:lineRule="auto"/>
              <w:jc w:val="center"/>
              <w:rPr>
                <w:lang w:val="es-ES"/>
              </w:rPr>
            </w:pPr>
            <w:sdt>
              <w:sdtPr>
                <w:rPr>
                  <w:lang w:val="es-ES"/>
                </w:rPr>
                <w:alias w:val="req_inicio_7_1"/>
                <w:tag w:val="req_inicio_7_1"/>
                <w:id w:val="1212251650"/>
                <w14:checkbox>
                  <w14:checked w14:val="0"/>
                  <w14:checkedState w14:val="2612" w14:font="MS Gothic"/>
                  <w14:uncheckedState w14:val="2610" w14:font="MS Gothic"/>
                </w14:checkbox>
              </w:sdtPr>
              <w:sdtContent>
                <w:r w:rsidRPr="00E50110">
                  <w:rPr>
                    <w:color w:val="003B5C"/>
                    <w:lang w:val="es-ES"/>
                  </w:rPr>
                  <w:t>☐</w:t>
                </w:r>
              </w:sdtContent>
            </w:sdt>
            <w:r w:rsidRPr="00E50110">
              <w:rPr>
                <w:color w:val="003B5C"/>
                <w:lang w:val="es-ES"/>
              </w:rPr>
              <w:t xml:space="preserve"> Sí</w:t>
            </w:r>
            <w:r w:rsidRPr="00E50110">
              <w:rPr>
                <w:lang w:val="es-ES"/>
              </w:rPr>
              <w:t xml:space="preserve">   </w:t>
            </w:r>
            <w:sdt>
              <w:sdtPr>
                <w:rPr>
                  <w:lang w:val="es-ES"/>
                </w:rPr>
                <w:alias w:val="req_inicio_7_2"/>
                <w:tag w:val="req_inicio_7_2"/>
                <w:id w:val="681718314"/>
                <w14:checkbox>
                  <w14:checked w14:val="0"/>
                  <w14:checkedState w14:val="2612" w14:font="MS Gothic"/>
                  <w14:uncheckedState w14:val="2610" w14:font="MS Gothic"/>
                </w14:checkbox>
              </w:sdtPr>
              <w:sdtContent>
                <w:r w:rsidRPr="00E50110">
                  <w:rPr>
                    <w:color w:val="003B5C"/>
                    <w:lang w:val="es-ES"/>
                  </w:rPr>
                  <w:t>☐</w:t>
                </w:r>
              </w:sdtContent>
            </w:sdt>
            <w:r w:rsidRPr="00E50110">
              <w:rPr>
                <w:color w:val="003B5C"/>
                <w:lang w:val="es-ES"/>
              </w:rPr>
              <w:t xml:space="preserve"> No</w:t>
            </w:r>
          </w:p>
        </w:tc>
      </w:tr>
    </w:tbl>
    <w:p w14:paraId="0F4B7F0C" w14:textId="77777777" w:rsidR="0019057E" w:rsidRPr="00E50110" w:rsidRDefault="00000000">
      <w:pPr>
        <w:spacing w:before="120" w:after="40" w:line="252" w:lineRule="auto"/>
        <w:rPr>
          <w:lang w:val="es-ES"/>
        </w:rPr>
      </w:pPr>
      <w:r w:rsidRPr="00E50110">
        <w:rPr>
          <w:i/>
          <w:lang w:val="es-ES"/>
        </w:rPr>
        <w:t>Nota 1.- Las cotizaciones solicitadas por los clientes es totalmente gratuita.</w:t>
      </w:r>
    </w:p>
    <w:p w14:paraId="15BF4424" w14:textId="23F12499" w:rsidR="0019057E" w:rsidRPr="00E50110" w:rsidRDefault="00000000" w:rsidP="008D0CB2">
      <w:pPr>
        <w:spacing w:after="100" w:line="252" w:lineRule="auto"/>
        <w:rPr>
          <w:lang w:val="es-ES"/>
        </w:rPr>
      </w:pPr>
      <w:r w:rsidRPr="00E50110">
        <w:rPr>
          <w:i/>
          <w:lang w:val="es-ES"/>
        </w:rPr>
        <w:t>Nota 2.- Toda la información contenida en este documento es de carácter confidencial y no puede ser revelada a terceros sin el consentimiento del cliente.</w:t>
      </w:r>
    </w:p>
    <w:tbl>
      <w:tblPr>
        <w:tblW w:w="5000" w:type="pct"/>
        <w:jc w:val="center"/>
        <w:tblLayout w:type="fixed"/>
        <w:tblLook w:val="04A0" w:firstRow="1" w:lastRow="0" w:firstColumn="1" w:lastColumn="0" w:noHBand="0" w:noVBand="1"/>
      </w:tblPr>
      <w:tblGrid>
        <w:gridCol w:w="4924"/>
        <w:gridCol w:w="5576"/>
      </w:tblGrid>
      <w:tr w:rsidR="0019057E" w:rsidRPr="00E50110" w14:paraId="27F24F3D" w14:textId="77777777" w:rsidTr="00E50110">
        <w:trPr>
          <w:cantSplit/>
          <w:jc w:val="center"/>
        </w:trPr>
        <w:tc>
          <w:tcPr>
            <w:tcW w:w="10500" w:type="dxa"/>
            <w:gridSpan w:val="2"/>
            <w:tcBorders>
              <w:top w:val="single" w:sz="5" w:space="0" w:color="AFC3D6"/>
              <w:left w:val="single" w:sz="5" w:space="0" w:color="AFC3D6"/>
              <w:bottom w:val="single" w:sz="5" w:space="0" w:color="AFC3D6"/>
              <w:right w:val="single" w:sz="5" w:space="0" w:color="AFC3D6"/>
            </w:tcBorders>
            <w:shd w:val="clear" w:color="auto" w:fill="C00000"/>
            <w:tcMar>
              <w:top w:w="45" w:type="dxa"/>
              <w:left w:w="60" w:type="dxa"/>
              <w:bottom w:w="45" w:type="dxa"/>
              <w:right w:w="60" w:type="dxa"/>
            </w:tcMar>
            <w:vAlign w:val="center"/>
          </w:tcPr>
          <w:p w14:paraId="65A5E295" w14:textId="77777777" w:rsidR="0019057E" w:rsidRPr="00E50110" w:rsidRDefault="00000000">
            <w:pPr>
              <w:spacing w:after="0" w:line="240" w:lineRule="auto"/>
              <w:rPr>
                <w:lang w:val="es-ES"/>
              </w:rPr>
            </w:pPr>
            <w:r w:rsidRPr="00E50110">
              <w:rPr>
                <w:b/>
                <w:i/>
                <w:color w:val="FFFFFF"/>
                <w:sz w:val="22"/>
                <w:lang w:val="es-ES"/>
              </w:rPr>
              <w:t>Para uso interno de AVR</w:t>
            </w:r>
          </w:p>
        </w:tc>
      </w:tr>
      <w:tr w:rsidR="0019057E" w:rsidRPr="00E50110" w14:paraId="1774C71D" w14:textId="77777777" w:rsidTr="00E50110">
        <w:trPr>
          <w:cantSplit/>
          <w:jc w:val="center"/>
        </w:trPr>
        <w:tc>
          <w:tcPr>
            <w:tcW w:w="4924" w:type="dxa"/>
            <w:tcBorders>
              <w:top w:val="single" w:sz="5" w:space="0" w:color="AFC3D6"/>
              <w:left w:val="single" w:sz="5" w:space="0" w:color="AFC3D6"/>
              <w:bottom w:val="single" w:sz="5" w:space="0" w:color="AFC3D6"/>
              <w:right w:val="single" w:sz="5" w:space="0" w:color="AFC3D6"/>
            </w:tcBorders>
            <w:shd w:val="clear" w:color="auto" w:fill="F1F5F9"/>
            <w:tcMar>
              <w:top w:w="45" w:type="dxa"/>
              <w:left w:w="60" w:type="dxa"/>
              <w:bottom w:w="45" w:type="dxa"/>
              <w:right w:w="60" w:type="dxa"/>
            </w:tcMar>
            <w:vAlign w:val="center"/>
          </w:tcPr>
          <w:p w14:paraId="15D69A39" w14:textId="42771F4D" w:rsidR="0019057E" w:rsidRPr="00E50110" w:rsidRDefault="00E50110">
            <w:pPr>
              <w:spacing w:after="0" w:line="240" w:lineRule="auto"/>
              <w:rPr>
                <w:lang w:val="es-ES"/>
              </w:rPr>
            </w:pPr>
            <w:r w:rsidRPr="00E50110">
              <w:rPr>
                <w:b/>
                <w:i/>
                <w:lang w:val="es-ES"/>
              </w:rPr>
              <w:t>Personal revisor de solicitud:</w:t>
            </w:r>
          </w:p>
        </w:tc>
        <w:tc>
          <w:tcPr>
            <w:tcW w:w="5576" w:type="dxa"/>
            <w:tcBorders>
              <w:top w:val="single" w:sz="5" w:space="0" w:color="AFC3D6"/>
              <w:left w:val="single" w:sz="5" w:space="0" w:color="AFC3D6"/>
              <w:bottom w:val="single" w:sz="5" w:space="0" w:color="AFC3D6"/>
              <w:right w:val="single" w:sz="5" w:space="0" w:color="AFC3D6"/>
            </w:tcBorders>
            <w:shd w:val="clear" w:color="auto" w:fill="F7FAFD"/>
            <w:tcMar>
              <w:top w:w="45" w:type="dxa"/>
              <w:left w:w="60" w:type="dxa"/>
              <w:bottom w:w="45" w:type="dxa"/>
              <w:right w:w="60" w:type="dxa"/>
            </w:tcMar>
            <w:vAlign w:val="center"/>
          </w:tcPr>
          <w:p w14:paraId="64E745FC" w14:textId="77777777" w:rsidR="0019057E" w:rsidRPr="00E50110" w:rsidRDefault="0019057E">
            <w:pPr>
              <w:spacing w:after="0" w:line="240" w:lineRule="auto"/>
              <w:rPr>
                <w:lang w:val="es-ES"/>
              </w:rPr>
            </w:pPr>
          </w:p>
        </w:tc>
      </w:tr>
      <w:tr w:rsidR="00E50110" w:rsidRPr="00E50110" w14:paraId="7D45A531" w14:textId="77777777" w:rsidTr="00E50110">
        <w:trPr>
          <w:cantSplit/>
          <w:jc w:val="center"/>
        </w:trPr>
        <w:tc>
          <w:tcPr>
            <w:tcW w:w="4924" w:type="dxa"/>
            <w:tcBorders>
              <w:top w:val="single" w:sz="5" w:space="0" w:color="AFC3D6"/>
              <w:left w:val="single" w:sz="5" w:space="0" w:color="AFC3D6"/>
              <w:bottom w:val="single" w:sz="5" w:space="0" w:color="AFC3D6"/>
              <w:right w:val="single" w:sz="5" w:space="0" w:color="AFC3D6"/>
            </w:tcBorders>
            <w:shd w:val="clear" w:color="auto" w:fill="F1F5F9"/>
            <w:tcMar>
              <w:top w:w="45" w:type="dxa"/>
              <w:left w:w="60" w:type="dxa"/>
              <w:bottom w:w="45" w:type="dxa"/>
              <w:right w:w="60" w:type="dxa"/>
            </w:tcMar>
            <w:vAlign w:val="center"/>
          </w:tcPr>
          <w:p w14:paraId="7A5F5B38" w14:textId="030CC014" w:rsidR="00E50110" w:rsidRPr="00E50110" w:rsidRDefault="00E50110">
            <w:pPr>
              <w:spacing w:after="0" w:line="240" w:lineRule="auto"/>
              <w:rPr>
                <w:b/>
                <w:i/>
                <w:lang w:val="es-ES"/>
              </w:rPr>
            </w:pPr>
            <w:r w:rsidRPr="00E50110">
              <w:rPr>
                <w:b/>
                <w:i/>
                <w:lang w:val="es-ES"/>
              </w:rPr>
              <w:t>Rango del número de empleados efectivos determinado</w:t>
            </w:r>
          </w:p>
        </w:tc>
        <w:tc>
          <w:tcPr>
            <w:tcW w:w="5576" w:type="dxa"/>
            <w:tcBorders>
              <w:top w:val="single" w:sz="5" w:space="0" w:color="AFC3D6"/>
              <w:left w:val="single" w:sz="5" w:space="0" w:color="AFC3D6"/>
              <w:bottom w:val="single" w:sz="5" w:space="0" w:color="AFC3D6"/>
              <w:right w:val="single" w:sz="5" w:space="0" w:color="AFC3D6"/>
            </w:tcBorders>
            <w:shd w:val="clear" w:color="auto" w:fill="F7FAFD"/>
            <w:tcMar>
              <w:top w:w="45" w:type="dxa"/>
              <w:left w:w="60" w:type="dxa"/>
              <w:bottom w:w="45" w:type="dxa"/>
              <w:right w:w="60" w:type="dxa"/>
            </w:tcMar>
            <w:vAlign w:val="center"/>
          </w:tcPr>
          <w:p w14:paraId="373B695B" w14:textId="77777777" w:rsidR="00E50110" w:rsidRPr="00E50110" w:rsidRDefault="00E50110">
            <w:pPr>
              <w:spacing w:after="0" w:line="240" w:lineRule="auto"/>
              <w:rPr>
                <w:lang w:val="es-ES"/>
              </w:rPr>
            </w:pPr>
          </w:p>
        </w:tc>
      </w:tr>
      <w:tr w:rsidR="0019057E" w:rsidRPr="00E50110" w14:paraId="13AA5E86" w14:textId="77777777" w:rsidTr="00E50110">
        <w:trPr>
          <w:cantSplit/>
          <w:jc w:val="center"/>
        </w:trPr>
        <w:tc>
          <w:tcPr>
            <w:tcW w:w="4924" w:type="dxa"/>
            <w:tcBorders>
              <w:top w:val="single" w:sz="5" w:space="0" w:color="AFC3D6"/>
              <w:left w:val="single" w:sz="5" w:space="0" w:color="AFC3D6"/>
              <w:bottom w:val="single" w:sz="5" w:space="0" w:color="AFC3D6"/>
              <w:right w:val="single" w:sz="5" w:space="0" w:color="AFC3D6"/>
            </w:tcBorders>
            <w:shd w:val="clear" w:color="auto" w:fill="F1F5F9"/>
            <w:tcMar>
              <w:top w:w="45" w:type="dxa"/>
              <w:left w:w="60" w:type="dxa"/>
              <w:bottom w:w="45" w:type="dxa"/>
              <w:right w:w="60" w:type="dxa"/>
            </w:tcMar>
            <w:vAlign w:val="center"/>
          </w:tcPr>
          <w:p w14:paraId="760772F5" w14:textId="77777777" w:rsidR="0019057E" w:rsidRPr="00E50110" w:rsidRDefault="00000000">
            <w:pPr>
              <w:spacing w:after="0" w:line="240" w:lineRule="auto"/>
              <w:rPr>
                <w:lang w:val="es-ES"/>
              </w:rPr>
            </w:pPr>
            <w:r w:rsidRPr="00E50110">
              <w:rPr>
                <w:b/>
                <w:i/>
                <w:lang w:val="es-ES"/>
              </w:rPr>
              <w:t>Códigos(s) EAC/NACE/SECTORES relacionado con el alcance solicitado:</w:t>
            </w:r>
          </w:p>
        </w:tc>
        <w:tc>
          <w:tcPr>
            <w:tcW w:w="5576" w:type="dxa"/>
            <w:tcBorders>
              <w:top w:val="single" w:sz="5" w:space="0" w:color="AFC3D6"/>
              <w:left w:val="single" w:sz="5" w:space="0" w:color="AFC3D6"/>
              <w:bottom w:val="single" w:sz="5" w:space="0" w:color="AFC3D6"/>
              <w:right w:val="single" w:sz="5" w:space="0" w:color="AFC3D6"/>
            </w:tcBorders>
            <w:shd w:val="clear" w:color="auto" w:fill="F7FAFD"/>
            <w:tcMar>
              <w:top w:w="45" w:type="dxa"/>
              <w:left w:w="60" w:type="dxa"/>
              <w:bottom w:w="45" w:type="dxa"/>
              <w:right w:w="60" w:type="dxa"/>
            </w:tcMar>
            <w:vAlign w:val="center"/>
          </w:tcPr>
          <w:p w14:paraId="16D20F87" w14:textId="77777777" w:rsidR="0019057E" w:rsidRPr="00E50110" w:rsidRDefault="0019057E">
            <w:pPr>
              <w:spacing w:after="0" w:line="240" w:lineRule="auto"/>
              <w:rPr>
                <w:lang w:val="es-ES"/>
              </w:rPr>
            </w:pPr>
          </w:p>
        </w:tc>
      </w:tr>
      <w:tr w:rsidR="0019057E" w:rsidRPr="00E50110" w14:paraId="6D638316" w14:textId="77777777" w:rsidTr="00E50110">
        <w:trPr>
          <w:cantSplit/>
          <w:jc w:val="center"/>
        </w:trPr>
        <w:tc>
          <w:tcPr>
            <w:tcW w:w="4924" w:type="dxa"/>
            <w:tcBorders>
              <w:top w:val="single" w:sz="5" w:space="0" w:color="AFC3D6"/>
              <w:left w:val="single" w:sz="5" w:space="0" w:color="AFC3D6"/>
              <w:bottom w:val="single" w:sz="5" w:space="0" w:color="AFC3D6"/>
              <w:right w:val="single" w:sz="5" w:space="0" w:color="AFC3D6"/>
            </w:tcBorders>
            <w:shd w:val="clear" w:color="auto" w:fill="F1F5F9"/>
            <w:tcMar>
              <w:top w:w="45" w:type="dxa"/>
              <w:left w:w="60" w:type="dxa"/>
              <w:bottom w:w="45" w:type="dxa"/>
              <w:right w:w="60" w:type="dxa"/>
            </w:tcMar>
            <w:vAlign w:val="center"/>
          </w:tcPr>
          <w:p w14:paraId="09F9022A" w14:textId="35D02D29" w:rsidR="0019057E" w:rsidRPr="00E50110" w:rsidRDefault="00000000">
            <w:pPr>
              <w:spacing w:after="0" w:line="240" w:lineRule="auto"/>
              <w:rPr>
                <w:lang w:val="es-ES"/>
              </w:rPr>
            </w:pPr>
            <w:r w:rsidRPr="00E50110">
              <w:rPr>
                <w:b/>
                <w:i/>
                <w:lang w:val="es-ES"/>
              </w:rPr>
              <w:t>Equipo auditor</w:t>
            </w:r>
            <w:r w:rsidR="00E50110" w:rsidRPr="00E50110">
              <w:rPr>
                <w:b/>
                <w:i/>
                <w:lang w:val="es-ES"/>
              </w:rPr>
              <w:t>:</w:t>
            </w:r>
          </w:p>
        </w:tc>
        <w:tc>
          <w:tcPr>
            <w:tcW w:w="5576" w:type="dxa"/>
            <w:tcBorders>
              <w:top w:val="single" w:sz="5" w:space="0" w:color="AFC3D6"/>
              <w:left w:val="single" w:sz="5" w:space="0" w:color="AFC3D6"/>
              <w:bottom w:val="single" w:sz="5" w:space="0" w:color="AFC3D6"/>
              <w:right w:val="single" w:sz="5" w:space="0" w:color="AFC3D6"/>
            </w:tcBorders>
            <w:shd w:val="clear" w:color="auto" w:fill="F7FAFD"/>
            <w:tcMar>
              <w:top w:w="45" w:type="dxa"/>
              <w:left w:w="60" w:type="dxa"/>
              <w:bottom w:w="45" w:type="dxa"/>
              <w:right w:w="60" w:type="dxa"/>
            </w:tcMar>
            <w:vAlign w:val="center"/>
          </w:tcPr>
          <w:p w14:paraId="30D4C3AD" w14:textId="77777777" w:rsidR="0019057E" w:rsidRPr="00E50110" w:rsidRDefault="0019057E">
            <w:pPr>
              <w:spacing w:after="0" w:line="240" w:lineRule="auto"/>
              <w:rPr>
                <w:lang w:val="es-ES"/>
              </w:rPr>
            </w:pPr>
          </w:p>
        </w:tc>
      </w:tr>
    </w:tbl>
    <w:p w14:paraId="1DA8C886" w14:textId="77777777" w:rsidR="00C857F9" w:rsidRPr="00E50110" w:rsidRDefault="00C857F9">
      <w:pPr>
        <w:rPr>
          <w:lang w:val="es-ES"/>
        </w:rPr>
      </w:pPr>
    </w:p>
    <w:sectPr w:rsidR="00C857F9" w:rsidRPr="00E50110" w:rsidSect="00034616">
      <w:pgSz w:w="12240" w:h="15840"/>
      <w:pgMar w:top="1872" w:right="864" w:bottom="1512" w:left="864" w:header="259" w:footer="21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14DC4B" w14:textId="77777777" w:rsidR="008725F9" w:rsidRPr="000A2EA6" w:rsidRDefault="008725F9">
      <w:pPr>
        <w:spacing w:after="0" w:line="240" w:lineRule="auto"/>
      </w:pPr>
      <w:r w:rsidRPr="000A2EA6">
        <w:separator/>
      </w:r>
    </w:p>
  </w:endnote>
  <w:endnote w:type="continuationSeparator" w:id="0">
    <w:p w14:paraId="02C56EAA" w14:textId="77777777" w:rsidR="008725F9" w:rsidRPr="000A2EA6" w:rsidRDefault="008725F9">
      <w:pPr>
        <w:spacing w:after="0" w:line="240" w:lineRule="auto"/>
      </w:pPr>
      <w:r w:rsidRPr="000A2EA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venir Book">
    <w:altName w:val="Tw Cen MT"/>
    <w:charset w:val="00"/>
    <w:family w:val="auto"/>
    <w:pitch w:val="variable"/>
    <w:sig w:usb0="800000AF" w:usb1="5000204A" w:usb2="00000000" w:usb3="00000000" w:csb0="0000009B"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venir Black">
    <w:altName w:val="Calibri"/>
    <w:charset w:val="4D"/>
    <w:family w:val="swiss"/>
    <w:pitch w:val="variable"/>
    <w:sig w:usb0="800000AF" w:usb1="5000204A" w:usb2="00000000" w:usb3="00000000" w:csb0="0000009B" w:csb1="00000000"/>
  </w:font>
  <w:font w:name="Arimo">
    <w:altName w:val="Cambria"/>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Look w:val="04A0" w:firstRow="1" w:lastRow="0" w:firstColumn="1" w:lastColumn="0" w:noHBand="0" w:noVBand="1"/>
    </w:tblPr>
    <w:tblGrid>
      <w:gridCol w:w="4680"/>
      <w:gridCol w:w="2304"/>
      <w:gridCol w:w="619"/>
      <w:gridCol w:w="3052"/>
      <w:gridCol w:w="30"/>
    </w:tblGrid>
    <w:tr w:rsidR="000A2EA6" w:rsidRPr="008F71B7" w14:paraId="17DFA481" w14:textId="77777777" w:rsidTr="005302B7">
      <w:trPr>
        <w:trHeight w:hRule="exact" w:val="72"/>
        <w:jc w:val="center"/>
      </w:trPr>
      <w:tc>
        <w:tcPr>
          <w:tcW w:w="7603" w:type="dxa"/>
          <w:gridSpan w:val="3"/>
          <w:tcBorders>
            <w:top w:val="nil"/>
            <w:left w:val="nil"/>
            <w:bottom w:val="single" w:sz="6" w:space="0" w:color="A6A6A6"/>
            <w:right w:val="nil"/>
          </w:tcBorders>
          <w:tcMar>
            <w:top w:w="0" w:type="dxa"/>
            <w:left w:w="0" w:type="dxa"/>
            <w:bottom w:w="0" w:type="dxa"/>
            <w:right w:w="0" w:type="dxa"/>
          </w:tcMar>
        </w:tcPr>
        <w:p w14:paraId="5FC4323E" w14:textId="77777777" w:rsidR="000A2EA6" w:rsidRPr="008F71B7" w:rsidRDefault="000A2EA6" w:rsidP="000A2EA6">
          <w:pPr>
            <w:spacing w:after="0"/>
            <w:rPr>
              <w:sz w:val="18"/>
              <w:szCs w:val="24"/>
            </w:rPr>
          </w:pPr>
        </w:p>
      </w:tc>
      <w:tc>
        <w:tcPr>
          <w:tcW w:w="3052" w:type="dxa"/>
          <w:gridSpan w:val="2"/>
          <w:tcBorders>
            <w:top w:val="nil"/>
            <w:left w:val="nil"/>
            <w:bottom w:val="single" w:sz="14" w:space="0" w:color="A6A6A6"/>
            <w:right w:val="nil"/>
          </w:tcBorders>
          <w:tcMar>
            <w:top w:w="0" w:type="dxa"/>
            <w:left w:w="0" w:type="dxa"/>
            <w:bottom w:w="0" w:type="dxa"/>
            <w:right w:w="0" w:type="dxa"/>
          </w:tcMar>
        </w:tcPr>
        <w:p w14:paraId="04C86BE3" w14:textId="77777777" w:rsidR="000A2EA6" w:rsidRPr="008F71B7" w:rsidRDefault="000A2EA6" w:rsidP="000A2EA6">
          <w:pPr>
            <w:spacing w:after="0"/>
          </w:pPr>
        </w:p>
      </w:tc>
    </w:tr>
    <w:tr w:rsidR="000A2EA6" w:rsidRPr="008F71B7" w14:paraId="31F7860F" w14:textId="77777777" w:rsidTr="005302B7">
      <w:trPr>
        <w:gridAfter w:val="1"/>
        <w:wAfter w:w="30" w:type="dxa"/>
        <w:trHeight w:val="1080"/>
        <w:jc w:val="center"/>
      </w:trPr>
      <w:tc>
        <w:tcPr>
          <w:tcW w:w="4680" w:type="dxa"/>
          <w:tcBorders>
            <w:top w:val="nil"/>
            <w:left w:val="single" w:sz="6" w:space="0" w:color="A6A6A6"/>
            <w:bottom w:val="nil"/>
            <w:right w:val="nil"/>
          </w:tcBorders>
          <w:tcMar>
            <w:top w:w="0" w:type="dxa"/>
            <w:left w:w="30" w:type="dxa"/>
            <w:bottom w:w="0" w:type="dxa"/>
            <w:right w:w="30" w:type="dxa"/>
          </w:tcMar>
        </w:tcPr>
        <w:p w14:paraId="79B6B5D0" w14:textId="77777777" w:rsidR="000A2EA6" w:rsidRPr="00E50110" w:rsidRDefault="000A2EA6" w:rsidP="000A2EA6">
          <w:pPr>
            <w:spacing w:after="0" w:line="221" w:lineRule="auto"/>
            <w:rPr>
              <w:sz w:val="18"/>
              <w:szCs w:val="24"/>
            </w:rPr>
          </w:pPr>
          <w:r w:rsidRPr="00E50110">
            <w:rPr>
              <w:rFonts w:eastAsia="Arimo"/>
              <w:b/>
              <w:sz w:val="18"/>
              <w:szCs w:val="24"/>
            </w:rPr>
            <w:t>Dirección</w:t>
          </w:r>
          <w:r w:rsidRPr="00E50110">
            <w:rPr>
              <w:sz w:val="18"/>
              <w:szCs w:val="24"/>
            </w:rPr>
            <w:br/>
          </w:r>
          <w:r w:rsidRPr="00E50110">
            <w:rPr>
              <w:rFonts w:eastAsia="Arimo"/>
              <w:sz w:val="18"/>
              <w:szCs w:val="24"/>
            </w:rPr>
            <w:t>Bosque de Ciruelos 190</w:t>
          </w:r>
          <w:r w:rsidRPr="00E50110">
            <w:rPr>
              <w:sz w:val="18"/>
              <w:szCs w:val="24"/>
            </w:rPr>
            <w:br/>
          </w:r>
          <w:r w:rsidRPr="00E50110">
            <w:rPr>
              <w:rFonts w:eastAsia="Arimo"/>
              <w:sz w:val="18"/>
              <w:szCs w:val="24"/>
            </w:rPr>
            <w:t>Oficina A-107</w:t>
          </w:r>
          <w:r w:rsidRPr="00E50110">
            <w:rPr>
              <w:sz w:val="18"/>
              <w:szCs w:val="24"/>
            </w:rPr>
            <w:br/>
          </w:r>
          <w:r w:rsidRPr="00E50110">
            <w:rPr>
              <w:rFonts w:eastAsia="Arimo"/>
              <w:sz w:val="18"/>
              <w:szCs w:val="24"/>
            </w:rPr>
            <w:t>Bosque de las lomas</w:t>
          </w:r>
          <w:r w:rsidRPr="00E50110">
            <w:rPr>
              <w:sz w:val="18"/>
              <w:szCs w:val="24"/>
            </w:rPr>
            <w:br/>
          </w:r>
          <w:r w:rsidRPr="00E50110">
            <w:rPr>
              <w:rFonts w:eastAsia="Arimo"/>
              <w:sz w:val="18"/>
              <w:szCs w:val="24"/>
            </w:rPr>
            <w:t>Ciudad de México</w:t>
          </w:r>
          <w:r w:rsidRPr="00E50110">
            <w:rPr>
              <w:sz w:val="18"/>
              <w:szCs w:val="24"/>
            </w:rPr>
            <w:br/>
          </w:r>
          <w:r w:rsidRPr="00E50110">
            <w:rPr>
              <w:rFonts w:eastAsia="Arimo"/>
              <w:sz w:val="18"/>
              <w:szCs w:val="24"/>
            </w:rPr>
            <w:t>CP. 11700</w:t>
          </w:r>
        </w:p>
      </w:tc>
      <w:tc>
        <w:tcPr>
          <w:tcW w:w="2304" w:type="dxa"/>
          <w:tcBorders>
            <w:top w:val="nil"/>
            <w:left w:val="single" w:sz="6" w:space="0" w:color="A6A6A6"/>
            <w:bottom w:val="nil"/>
            <w:right w:val="nil"/>
          </w:tcBorders>
          <w:tcMar>
            <w:top w:w="0" w:type="dxa"/>
            <w:left w:w="30" w:type="dxa"/>
            <w:bottom w:w="0" w:type="dxa"/>
            <w:right w:w="30" w:type="dxa"/>
          </w:tcMar>
        </w:tcPr>
        <w:p w14:paraId="7169DB4E" w14:textId="77777777" w:rsidR="000A2EA6" w:rsidRPr="00E50110" w:rsidRDefault="000A2EA6" w:rsidP="000A2EA6">
          <w:pPr>
            <w:spacing w:after="0" w:line="221" w:lineRule="auto"/>
            <w:rPr>
              <w:sz w:val="18"/>
              <w:szCs w:val="24"/>
            </w:rPr>
          </w:pPr>
          <w:r w:rsidRPr="00E50110">
            <w:rPr>
              <w:rFonts w:eastAsia="Arimo"/>
              <w:b/>
              <w:sz w:val="18"/>
              <w:szCs w:val="24"/>
            </w:rPr>
            <w:t>Contacto</w:t>
          </w:r>
          <w:r w:rsidRPr="00E50110">
            <w:rPr>
              <w:sz w:val="18"/>
              <w:szCs w:val="24"/>
            </w:rPr>
            <w:br/>
          </w:r>
          <w:r w:rsidRPr="00E50110">
            <w:rPr>
              <w:rFonts w:eastAsia="Arimo"/>
              <w:sz w:val="18"/>
              <w:szCs w:val="24"/>
            </w:rPr>
            <w:t>www.avr.com.mx</w:t>
          </w:r>
          <w:r w:rsidRPr="00E50110">
            <w:rPr>
              <w:sz w:val="18"/>
              <w:szCs w:val="24"/>
            </w:rPr>
            <w:br/>
          </w:r>
          <w:r w:rsidRPr="00E50110">
            <w:rPr>
              <w:rFonts w:eastAsia="Arimo"/>
              <w:sz w:val="18"/>
              <w:szCs w:val="24"/>
              <w:u w:val="single"/>
            </w:rPr>
            <w:t>informes@avr.com.mx</w:t>
          </w:r>
          <w:r w:rsidRPr="00E50110">
            <w:rPr>
              <w:sz w:val="18"/>
              <w:szCs w:val="24"/>
            </w:rPr>
            <w:br/>
          </w:r>
          <w:r w:rsidRPr="00E50110">
            <w:rPr>
              <w:rFonts w:eastAsia="Arimo"/>
              <w:sz w:val="18"/>
              <w:szCs w:val="24"/>
            </w:rPr>
            <w:t>+ 52 55 50194025</w:t>
          </w:r>
          <w:r w:rsidRPr="00E50110">
            <w:rPr>
              <w:sz w:val="18"/>
              <w:szCs w:val="24"/>
            </w:rPr>
            <w:br/>
          </w:r>
          <w:r w:rsidRPr="00E50110">
            <w:rPr>
              <w:rFonts w:eastAsia="Arimo"/>
              <w:sz w:val="18"/>
              <w:szCs w:val="24"/>
            </w:rPr>
            <w:t>+ 52 55 52451069</w:t>
          </w:r>
          <w:r w:rsidRPr="00E50110">
            <w:rPr>
              <w:sz w:val="18"/>
              <w:szCs w:val="24"/>
            </w:rPr>
            <w:br/>
          </w:r>
          <w:r w:rsidRPr="00E50110">
            <w:rPr>
              <w:rFonts w:eastAsia="Arimo"/>
              <w:sz w:val="18"/>
              <w:szCs w:val="24"/>
            </w:rPr>
            <w:t>+ 52 55 52926692</w:t>
          </w:r>
        </w:p>
      </w:tc>
      <w:tc>
        <w:tcPr>
          <w:tcW w:w="3671" w:type="dxa"/>
          <w:gridSpan w:val="2"/>
          <w:tcBorders>
            <w:top w:val="nil"/>
            <w:left w:val="nil"/>
            <w:bottom w:val="nil"/>
            <w:right w:val="nil"/>
          </w:tcBorders>
          <w:tcMar>
            <w:top w:w="0" w:type="dxa"/>
            <w:left w:w="30" w:type="dxa"/>
            <w:bottom w:w="0" w:type="dxa"/>
            <w:right w:w="30" w:type="dxa"/>
          </w:tcMar>
        </w:tcPr>
        <w:p w14:paraId="050F2B29" w14:textId="77777777" w:rsidR="000A2EA6" w:rsidRPr="00E50110" w:rsidRDefault="000A2EA6" w:rsidP="000A2EA6">
          <w:pPr>
            <w:spacing w:after="0" w:line="240" w:lineRule="auto"/>
            <w:jc w:val="right"/>
          </w:pPr>
          <w:r w:rsidRPr="00E50110">
            <w:rPr>
              <w:noProof/>
            </w:rPr>
            <w:drawing>
              <wp:inline distT="0" distB="0" distL="0" distR="0" wp14:anchorId="041D2C6E" wp14:editId="6E3E37B9">
                <wp:extent cx="1691640" cy="690624"/>
                <wp:effectExtent l="0" t="0" r="0" b="0"/>
                <wp:docPr id="19661551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pic:nvPicPr>
                      <pic:blipFill>
                        <a:blip r:embed="rId1"/>
                        <a:stretch>
                          <a:fillRect/>
                        </a:stretch>
                      </pic:blipFill>
                      <pic:spPr>
                        <a:xfrm>
                          <a:off x="0" y="0"/>
                          <a:ext cx="1691640" cy="690624"/>
                        </a:xfrm>
                        <a:prstGeom prst="rect">
                          <a:avLst/>
                        </a:prstGeom>
                      </pic:spPr>
                    </pic:pic>
                  </a:graphicData>
                </a:graphic>
              </wp:inline>
            </w:drawing>
          </w:r>
        </w:p>
      </w:tc>
    </w:tr>
  </w:tbl>
  <w:p w14:paraId="7FDEAFD5" w14:textId="77777777" w:rsidR="00AD2687" w:rsidRPr="000A2EA6" w:rsidRDefault="00AD268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37F3EB" w14:textId="77777777" w:rsidR="008725F9" w:rsidRPr="000A2EA6" w:rsidRDefault="008725F9">
      <w:pPr>
        <w:spacing w:after="0" w:line="240" w:lineRule="auto"/>
      </w:pPr>
      <w:r w:rsidRPr="000A2EA6">
        <w:separator/>
      </w:r>
    </w:p>
  </w:footnote>
  <w:footnote w:type="continuationSeparator" w:id="0">
    <w:p w14:paraId="7B42E075" w14:textId="77777777" w:rsidR="008725F9" w:rsidRPr="000A2EA6" w:rsidRDefault="008725F9">
      <w:pPr>
        <w:spacing w:after="0" w:line="240" w:lineRule="auto"/>
      </w:pPr>
      <w:r w:rsidRPr="000A2EA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Look w:val="04A0" w:firstRow="1" w:lastRow="0" w:firstColumn="1" w:lastColumn="0" w:noHBand="0" w:noVBand="1"/>
    </w:tblPr>
    <w:tblGrid>
      <w:gridCol w:w="662"/>
      <w:gridCol w:w="7416"/>
      <w:gridCol w:w="2577"/>
    </w:tblGrid>
    <w:tr w:rsidR="000A2EA6" w:rsidRPr="000A2EA6" w14:paraId="047B7536" w14:textId="77777777" w:rsidTr="005302B7">
      <w:trPr>
        <w:jc w:val="center"/>
      </w:trPr>
      <w:tc>
        <w:tcPr>
          <w:tcW w:w="662" w:type="dxa"/>
          <w:tcBorders>
            <w:top w:val="nil"/>
            <w:left w:val="nil"/>
            <w:bottom w:val="nil"/>
            <w:right w:val="nil"/>
          </w:tcBorders>
          <w:tcMar>
            <w:top w:w="0" w:type="dxa"/>
            <w:left w:w="0" w:type="dxa"/>
            <w:bottom w:w="0" w:type="dxa"/>
            <w:right w:w="0" w:type="dxa"/>
          </w:tcMar>
          <w:vAlign w:val="center"/>
        </w:tcPr>
        <w:p w14:paraId="76E9542F" w14:textId="77777777" w:rsidR="000A2EA6" w:rsidRPr="000A2EA6" w:rsidRDefault="000A2EA6" w:rsidP="000A2EA6">
          <w:pPr>
            <w:spacing w:line="228" w:lineRule="auto"/>
          </w:pPr>
          <w:r w:rsidRPr="000A2EA6">
            <w:rPr>
              <w:rFonts w:ascii="Avenir Black" w:hAnsi="Avenir Black"/>
              <w:b/>
              <w:noProof/>
              <w:lang w:eastAsia="es-MX"/>
            </w:rPr>
            <mc:AlternateContent>
              <mc:Choice Requires="wps">
                <w:drawing>
                  <wp:anchor distT="0" distB="0" distL="114300" distR="114300" simplePos="0" relativeHeight="251658240" behindDoc="0" locked="0" layoutInCell="1" allowOverlap="1" wp14:anchorId="1AC92645" wp14:editId="31CDEA00">
                    <wp:simplePos x="0" y="0"/>
                    <wp:positionH relativeFrom="column">
                      <wp:posOffset>38100</wp:posOffset>
                    </wp:positionH>
                    <wp:positionV relativeFrom="paragraph">
                      <wp:posOffset>-485140</wp:posOffset>
                    </wp:positionV>
                    <wp:extent cx="485140" cy="480060"/>
                    <wp:effectExtent l="0" t="0" r="0" b="0"/>
                    <wp:wrapNone/>
                    <wp:docPr id="78085909" name="Cruz 78085909"/>
                    <wp:cNvGraphicFramePr/>
                    <a:graphic xmlns:a="http://schemas.openxmlformats.org/drawingml/2006/main">
                      <a:graphicData uri="http://schemas.microsoft.com/office/word/2010/wordprocessingShape">
                        <wps:wsp>
                          <wps:cNvSpPr/>
                          <wps:spPr>
                            <a:xfrm>
                              <a:off x="0" y="0"/>
                              <a:ext cx="485140" cy="480060"/>
                            </a:xfrm>
                            <a:prstGeom prst="plus">
                              <a:avLst>
                                <a:gd name="adj" fmla="val 41112"/>
                              </a:avLst>
                            </a:prstGeom>
                            <a:solidFill>
                              <a:srgbClr val="C31A0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0" tIns="0" rIns="0" bIns="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452929" id="_x0000_t11" coordsize="21600,21600" o:spt="11" adj="5400" path="m@0,l@0@0,0@0,0@2@0@2@0,21600@1,21600@1@2,21600@2,21600@0@1@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5400,5400,16200,16200;10800,10800,10800,10800"/>
                    <v:handles>
                      <v:h position="#0,topLeft" switch="" xrange="0,10800"/>
                    </v:handles>
                  </v:shapetype>
                  <v:shape id="Cruz 78085909" o:spid="_x0000_s1026" type="#_x0000_t11" style="position:absolute;margin-left:3pt;margin-top:-38.2pt;width:38.2pt;height:37.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" adj="8880" fillcolor="#c31a06" stroked="f" strokeweight="2pt">
                    <v:textbox inset="0,0,0,0"/>
                  </v:shape>
                </w:pict>
              </mc:Fallback>
            </mc:AlternateContent>
          </w:r>
        </w:p>
      </w:tc>
      <w:tc>
        <w:tcPr>
          <w:tcW w:w="7416" w:type="dxa"/>
          <w:tcBorders>
            <w:top w:val="nil"/>
            <w:left w:val="nil"/>
            <w:bottom w:val="nil"/>
            <w:right w:val="nil"/>
          </w:tcBorders>
          <w:tcMar>
            <w:top w:w="0" w:type="dxa"/>
            <w:left w:w="0" w:type="dxa"/>
            <w:bottom w:w="0" w:type="dxa"/>
            <w:right w:w="0" w:type="dxa"/>
          </w:tcMar>
        </w:tcPr>
        <w:p w14:paraId="704F7E1E" w14:textId="77777777" w:rsidR="000A2EA6" w:rsidRPr="000A2EA6" w:rsidRDefault="000A2EA6" w:rsidP="000A2EA6">
          <w:pPr>
            <w:spacing w:line="228" w:lineRule="auto"/>
            <w:rPr>
              <w:rFonts w:ascii="Avenir Black" w:eastAsia="Arimo" w:hAnsi="Avenir Black"/>
              <w:b/>
              <w:color w:val="808080"/>
              <w:sz w:val="32"/>
              <w:szCs w:val="32"/>
            </w:rPr>
          </w:pPr>
        </w:p>
        <w:p w14:paraId="34A6263B" w14:textId="77777777" w:rsidR="000A2EA6" w:rsidRPr="000A2EA6" w:rsidRDefault="000A2EA6" w:rsidP="000A2EA6">
          <w:pPr>
            <w:spacing w:after="0" w:line="228" w:lineRule="auto"/>
            <w:rPr>
              <w:rFonts w:ascii="Avenir Black" w:hAnsi="Avenir Black"/>
              <w:sz w:val="32"/>
              <w:szCs w:val="32"/>
            </w:rPr>
          </w:pPr>
          <w:r w:rsidRPr="000A2EA6">
            <w:rPr>
              <w:rFonts w:ascii="Avenir Black" w:eastAsia="Arimo" w:hAnsi="Avenir Black"/>
              <w:b/>
              <w:color w:val="808080"/>
              <w:sz w:val="32"/>
              <w:szCs w:val="32"/>
            </w:rPr>
            <w:t>Solicitud de cotización</w:t>
          </w:r>
          <w:r w:rsidRPr="000A2EA6">
            <w:rPr>
              <w:rFonts w:ascii="Avenir Black" w:hAnsi="Avenir Black"/>
              <w:sz w:val="32"/>
              <w:szCs w:val="32"/>
            </w:rPr>
            <w:br/>
          </w:r>
          <w:r w:rsidRPr="000A2EA6">
            <w:rPr>
              <w:rFonts w:ascii="Avenir Black" w:eastAsia="Arimo" w:hAnsi="Avenir Black"/>
              <w:b/>
              <w:color w:val="808080"/>
              <w:sz w:val="32"/>
              <w:szCs w:val="32"/>
            </w:rPr>
            <w:t>Alliance Veritas Register</w:t>
          </w:r>
          <w:r w:rsidRPr="000A2EA6">
            <w:rPr>
              <w:rFonts w:ascii="Avenir Black" w:hAnsi="Avenir Black"/>
              <w:sz w:val="32"/>
              <w:szCs w:val="32"/>
            </w:rPr>
            <w:br/>
          </w:r>
          <w:r w:rsidRPr="000A2EA6">
            <w:rPr>
              <w:rFonts w:ascii="Avenir Black" w:eastAsia="Arimo" w:hAnsi="Avenir Black"/>
              <w:color w:val="BFBFBF"/>
              <w:sz w:val="30"/>
              <w:szCs w:val="28"/>
            </w:rPr>
            <w:t>Servicios de certificación de sistemas de gestión</w:t>
          </w:r>
        </w:p>
      </w:tc>
      <w:tc>
        <w:tcPr>
          <w:tcW w:w="2577" w:type="dxa"/>
          <w:tcBorders>
            <w:top w:val="nil"/>
            <w:left w:val="nil"/>
            <w:bottom w:val="nil"/>
            <w:right w:val="nil"/>
          </w:tcBorders>
          <w:tcMar>
            <w:top w:w="0" w:type="dxa"/>
            <w:left w:w="0" w:type="dxa"/>
            <w:bottom w:w="0" w:type="dxa"/>
            <w:right w:w="0" w:type="dxa"/>
          </w:tcMar>
          <w:vAlign w:val="center"/>
        </w:tcPr>
        <w:p w14:paraId="65157D79" w14:textId="7CC67324" w:rsidR="000A2EA6" w:rsidRPr="000A2EA6" w:rsidRDefault="000A2EA6" w:rsidP="000A2EA6">
          <w:pPr>
            <w:spacing w:line="228" w:lineRule="auto"/>
            <w:jc w:val="right"/>
            <w:rPr>
              <w:rFonts w:ascii="Avenir Black" w:hAnsi="Avenir Black"/>
              <w:sz w:val="24"/>
              <w:szCs w:val="20"/>
            </w:rPr>
          </w:pPr>
          <w:r w:rsidRPr="000A2EA6">
            <w:rPr>
              <w:rFonts w:ascii="Avenir Black" w:eastAsia="Arimo" w:hAnsi="Avenir Black"/>
              <w:b/>
              <w:color w:val="808080"/>
              <w:sz w:val="24"/>
              <w:szCs w:val="20"/>
            </w:rPr>
            <w:t>AVR-FO-133 Ver. 0</w:t>
          </w:r>
          <w:r w:rsidR="00F57AEF">
            <w:rPr>
              <w:rFonts w:ascii="Avenir Black" w:eastAsia="Arimo" w:hAnsi="Avenir Black"/>
              <w:b/>
              <w:color w:val="808080"/>
              <w:sz w:val="24"/>
              <w:szCs w:val="20"/>
            </w:rPr>
            <w:t>9</w:t>
          </w:r>
        </w:p>
      </w:tc>
    </w:tr>
  </w:tbl>
  <w:p w14:paraId="0F4C3B76" w14:textId="77777777" w:rsidR="00AD2687" w:rsidRPr="000A2EA6" w:rsidRDefault="00AD2687" w:rsidP="000A2EA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num w:numId="1" w16cid:durableId="1941911578">
    <w:abstractNumId w:val="8"/>
  </w:num>
  <w:num w:numId="2" w16cid:durableId="2071339930">
    <w:abstractNumId w:val="6"/>
  </w:num>
  <w:num w:numId="3" w16cid:durableId="413937101">
    <w:abstractNumId w:val="5"/>
  </w:num>
  <w:num w:numId="4" w16cid:durableId="650791119">
    <w:abstractNumId w:val="4"/>
  </w:num>
  <w:num w:numId="5" w16cid:durableId="422729283">
    <w:abstractNumId w:val="7"/>
  </w:num>
  <w:num w:numId="6" w16cid:durableId="2068020077">
    <w:abstractNumId w:val="3"/>
  </w:num>
  <w:num w:numId="7" w16cid:durableId="23099616">
    <w:abstractNumId w:val="2"/>
  </w:num>
  <w:num w:numId="8" w16cid:durableId="464130404">
    <w:abstractNumId w:val="1"/>
  </w:num>
  <w:num w:numId="9" w16cid:durableId="7819959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74D0E"/>
    <w:rsid w:val="000A2EA6"/>
    <w:rsid w:val="00104AE4"/>
    <w:rsid w:val="0015074B"/>
    <w:rsid w:val="0019057E"/>
    <w:rsid w:val="00277B86"/>
    <w:rsid w:val="0029639D"/>
    <w:rsid w:val="00326F90"/>
    <w:rsid w:val="004B07B7"/>
    <w:rsid w:val="005911B7"/>
    <w:rsid w:val="005C5209"/>
    <w:rsid w:val="00630CF4"/>
    <w:rsid w:val="007A1FBC"/>
    <w:rsid w:val="007C1F8F"/>
    <w:rsid w:val="00856570"/>
    <w:rsid w:val="008725F9"/>
    <w:rsid w:val="008943D7"/>
    <w:rsid w:val="008D0CB2"/>
    <w:rsid w:val="009E038C"/>
    <w:rsid w:val="00A9049C"/>
    <w:rsid w:val="00A93A43"/>
    <w:rsid w:val="00AA1D8D"/>
    <w:rsid w:val="00AC7B62"/>
    <w:rsid w:val="00AD2687"/>
    <w:rsid w:val="00B47730"/>
    <w:rsid w:val="00B65A9D"/>
    <w:rsid w:val="00C30B19"/>
    <w:rsid w:val="00C857F9"/>
    <w:rsid w:val="00CB0664"/>
    <w:rsid w:val="00CF0F24"/>
    <w:rsid w:val="00D53EF0"/>
    <w:rsid w:val="00DF4B0F"/>
    <w:rsid w:val="00E50110"/>
    <w:rsid w:val="00F03519"/>
    <w:rsid w:val="00F5708C"/>
    <w:rsid w:val="00F57AEF"/>
    <w:rsid w:val="00FA4C8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50EB8A"/>
  <w14:defaultImageDpi w14:val="300"/>
  <w15:docId w15:val="{C8A01C8A-D80D-47E1-B151-20B129094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venir Book" w:eastAsia="Avenir Book" w:hAnsi="Avenir Book"/>
      <w:color w:val="333333"/>
      <w:sz w:val="20"/>
      <w:lang w:val="es-MX"/>
    </w:rPr>
  </w:style>
  <w:style w:type="paragraph" w:styleId="Ttulo1">
    <w:name w:val="heading 1"/>
    <w:basedOn w:val="Normal"/>
    <w:next w:val="Normal"/>
    <w:link w:val="Ttulo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Fuerte">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ipervnculo">
    <w:name w:val="Hyperlink"/>
    <w:basedOn w:val="Fuentedeprrafopredeter"/>
    <w:uiPriority w:val="99"/>
    <w:unhideWhenUsed/>
    <w:rsid w:val="00E50110"/>
    <w:rPr>
      <w:color w:val="0000FF" w:themeColor="hyperlink"/>
      <w:u w:val="single"/>
    </w:rPr>
  </w:style>
  <w:style w:type="character" w:styleId="Mencinsinresolver">
    <w:name w:val="Unresolved Mention"/>
    <w:basedOn w:val="Fuentedeprrafopredeter"/>
    <w:uiPriority w:val="99"/>
    <w:semiHidden/>
    <w:unhideWhenUsed/>
    <w:rsid w:val="00E501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avr.com.mx" TargetMode="Externa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61"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1E28580-B5E5-4D1E-8998-F6A7063AE7D3}">
  <we:reference id="wa200010453" version="1.0.0.1" store="es-ES" storeType="OMEX"/>
  <we:alternateReferences>
    <we:reference id="WA200010453" version="1.0.0.1" store="" storeType="OMEX"/>
  </we:alternateReferences>
  <we:properties>
    <we:property name="claude.fileId" value="&quot;5ba88855-f47f-4dd4-a099-c074f88f16aa&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7</Pages>
  <Words>1773</Words>
  <Characters>9754</Characters>
  <Application>Microsoft Office Word</Application>
  <DocSecurity>0</DocSecurity>
  <Lines>81</Lines>
  <Paragraphs>23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11504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AVR</dc:creator>
  <cp:keywords/>
  <dc:description>generated by python-docx</dc:description>
  <cp:lastModifiedBy>LUQUE GARCIA MARCO ANTONIO</cp:lastModifiedBy>
  <cp:revision>5</cp:revision>
  <cp:lastPrinted>2026-06-01T10:20:00Z</cp:lastPrinted>
  <dcterms:created xsi:type="dcterms:W3CDTF">2026-06-01T12:01:00Z</dcterms:created>
  <dcterms:modified xsi:type="dcterms:W3CDTF">2026-06-05T20:20:00Z</dcterms:modified>
  <cp:category/>
</cp:coreProperties>
</file>